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Metroid’s Samus Aran Became a Quiet LGBTQ+ Icon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Metroid’s 40th anniversary by recognising how Samus Aran reshaped gaming identity , fans, queer players and critics alike credit her for flipping feminine strength, offering trans resonance, and making action heroes feel emotionally real. Here’s why Samus matters, and what it means for players today.</w:t>
      </w:r>
      <w:r/>
    </w:p>
    <w:p>
      <w:r/>
      <w:r>
        <w:t>Essential Takeaways</w:t>
      </w:r>
      <w:r/>
      <w:r/>
    </w:p>
    <w:p>
      <w:pPr>
        <w:pStyle w:val="ListBullet"/>
        <w:spacing w:line="240" w:lineRule="auto"/>
        <w:ind w:left="720"/>
      </w:pPr>
      <w:r/>
      <w:r>
        <w:rPr>
          <w:b/>
        </w:rPr>
        <w:t>Pioneering reveal:</w:t>
      </w:r>
      <w:r>
        <w:t xml:space="preserve"> Samus’ gender twist in the original Metroid upended expectations and gave women a starring action role.</w:t>
      </w:r>
      <w:r/>
    </w:p>
    <w:p>
      <w:pPr>
        <w:pStyle w:val="ListBullet"/>
        <w:spacing w:line="240" w:lineRule="auto"/>
        <w:ind w:left="720"/>
      </w:pPr>
      <w:r/>
      <w:r>
        <w:rPr>
          <w:b/>
        </w:rPr>
        <w:t>Complex hero:</w:t>
      </w:r>
      <w:r>
        <w:t xml:space="preserve"> Samus blends physical power with emotional nuance, making her feel real rather than token.</w:t>
      </w:r>
      <w:r/>
    </w:p>
    <w:p>
      <w:pPr>
        <w:pStyle w:val="ListBullet"/>
        <w:spacing w:line="240" w:lineRule="auto"/>
        <w:ind w:left="720"/>
      </w:pPr>
      <w:r/>
      <w:r>
        <w:rPr>
          <w:b/>
        </w:rPr>
        <w:t>Queer resonance:</w:t>
      </w:r>
      <w:r>
        <w:t xml:space="preserve"> Fans and some creators read Samus as trans or queer, finding personal identification in her identity and solitude.</w:t>
      </w:r>
      <w:r/>
    </w:p>
    <w:p>
      <w:pPr>
        <w:pStyle w:val="ListBullet"/>
        <w:spacing w:line="240" w:lineRule="auto"/>
        <w:ind w:left="720"/>
      </w:pPr>
      <w:r/>
      <w:r>
        <w:rPr>
          <w:b/>
        </w:rPr>
        <w:t>Femininity as strength:</w:t>
      </w:r>
      <w:r>
        <w:t xml:space="preserve"> Whether in armour or a bodysuit, Samus shows that appearing feminine doesn’t reduce capability.</w:t>
      </w:r>
      <w:r/>
    </w:p>
    <w:p>
      <w:pPr>
        <w:pStyle w:val="ListBullet"/>
        <w:spacing w:line="240" w:lineRule="auto"/>
        <w:ind w:left="720"/>
      </w:pPr>
      <w:r/>
      <w:r>
        <w:rPr>
          <w:b/>
        </w:rPr>
        <w:t>Enduring influence:</w:t>
      </w:r>
      <w:r>
        <w:t xml:space="preserve"> Forty years on, Samus still informs how developers write solitary, morally complicated protagonists.</w:t>
      </w:r>
      <w:r/>
      <w:r/>
    </w:p>
    <w:p>
      <w:pPr>
        <w:pStyle w:val="Heading2"/>
      </w:pPr>
      <w:r>
        <w:t>Why that 1986 reveal still lands like a punch to the gut</w:t>
      </w:r>
      <w:r/>
    </w:p>
    <w:p>
      <w:r/>
      <w:r>
        <w:t>The original Metroid’s twist , the hulking, arm‑cannon wielder is actually a woman , still feels cinematic and sly, a small moment that reshaped expectations about who could carry an action game. Players first encountered Samus as a machine of survival, then saw her peel off the armour to reveal someone vulnerable and human, and that contrast hit hard. According to long-running franchise histories, that reveal helped set a template for future games to use surprise to add emotional weight rather than cheap shock.</w:t>
      </w:r>
      <w:r/>
    </w:p>
    <w:p>
      <w:r/>
      <w:r>
        <w:t>Backstory matters here because it wasn’t just a marketing stunt. Creators used the reveal to question genre norms that treated women as scenery rather than agents. For queer players in particular, that early choice read as a signal: identities in games could be layered and worth investing in. If you’re picking a modern entry to show a friend, point out the original endgame , it’s tiny theatre with a loud message.</w:t>
      </w:r>
      <w:r/>
    </w:p>
    <w:p>
      <w:pPr>
        <w:pStyle w:val="Heading2"/>
      </w:pPr>
      <w:r>
        <w:t>Samus’ complexity: a bounty hunter who feels lonely and moral</w:t>
      </w:r>
      <w:r/>
    </w:p>
    <w:p>
      <w:r/>
      <w:r>
        <w:t>Across the series, Samus isn’t a one‑note warrior. She carries trauma, doubts, and a defined moral code that’s revealed in small beats , a lost family, harsh training, and the occasional flicker of tenderness. This emotional texture turns platforming and exploration into character study, where a silent protagonist still tells a story.</w:t>
      </w:r>
      <w:r/>
    </w:p>
    <w:p>
      <w:r/>
      <w:r>
        <w:t>Game writers since have leaned into this style, so modern players expect more than bullets and boss fights. If you’re judging a game by its lead, Samus shows that a stoic hero can still be emotionally engaging without heavy dialogue. It’s a lesson developers keep returning to when they want players to care about solitary protagonists.</w:t>
      </w:r>
      <w:r/>
    </w:p>
    <w:p>
      <w:pPr>
        <w:pStyle w:val="Heading2"/>
      </w:pPr>
      <w:r>
        <w:t>Why many queer and trans players see themselves in Samus</w:t>
      </w:r>
      <w:r/>
    </w:p>
    <w:p>
      <w:r/>
      <w:r>
        <w:t>There’s a long tradition of fans reading characters through personal experience, and Samus is a particularly generous canvas. Some original designers later suggested trans resonance in her concept, and while Nintendo has been inconsistent about confirming such readings, community interpretation has stuck. For many trans players, elements like hidden identity, transformation, and an uncomfortable relationship with public expectation mirror their own stories.</w:t>
      </w:r>
      <w:r/>
    </w:p>
    <w:p>
      <w:r/>
      <w:r>
        <w:t>Community reaction matters more than corporate statements in this case. Players create meaning in the spaces they occupy, so Samus’ ambiguity becomes an invitation to identify, whether you see her as cis, trans, or simply a powerful woman. That’s why fan art, cosplay, and discussion still cluster around Samus every anniversary.</w:t>
      </w:r>
      <w:r/>
    </w:p>
    <w:p>
      <w:pPr>
        <w:pStyle w:val="Heading2"/>
      </w:pPr>
      <w:r>
        <w:t>The bodysuit moment: femininity without consequence</w:t>
      </w:r>
      <w:r/>
    </w:p>
    <w:p>
      <w:r/>
      <w:r>
        <w:t>One of the neat things about Samus is that shedding the Power Suit doesn’t equal weakness. In crossovers and promotional appearances she strides into a scene in a sleek blue suit and remains formidable, which quietly pushes back against the idea that femaleness is a liability. It’s playful, a wink to players who might’ve assumed the visual change should come with penalties.</w:t>
      </w:r>
      <w:r/>
    </w:p>
    <w:p>
      <w:r/>
      <w:r>
        <w:t>This matters when you’re thinking about representation: showing a character who’s both physically capable and visually feminine challenges old game design tropes. If you’re choosing characters to highlight in a celebration or a playlist, Samus’ nonchalant confidence in both forms makes for an easy pick.</w:t>
      </w:r>
      <w:r/>
    </w:p>
    <w:p>
      <w:pPr>
        <w:pStyle w:val="Heading2"/>
      </w:pPr>
      <w:r>
        <w:t>What the next forty years could look like for Samus and queer fandom</w:t>
      </w:r>
      <w:r/>
    </w:p>
    <w:p>
      <w:r/>
      <w:r>
        <w:t>Looking forward, Samus’ legacy feels secure, but it can grow in obvious ways: clearer storytelling about identity, more nuanced supporting casts, and mechanics that reflect character psychology. Industry shifts toward inclusive narrative design make those developments possible, and fans are already steering conversations in that direction.</w:t>
      </w:r>
      <w:r/>
    </w:p>
    <w:p>
      <w:r/>
      <w:r>
        <w:t>Whether Nintendo embraces any explicit queer reading or leaves Samus mysterious, the character will keep inspiring players who need a hero who’s both tough and quietly complicated. For developers, Samus is proof that subtlety and depth can outlast flashy gimmicks.</w:t>
      </w:r>
      <w:r/>
    </w:p>
    <w:p>
      <w:r/>
      <w:r>
        <w:t>It's a small change that can make every reveal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https://gaymingmag.com/2026/08/metroids-40th-anniversary-is-an-lgbtq-celebration/?utm_source=rss&amp;utm_medium=rss&amp;utm_campaign=metroids-40th-anniversary-is-an-lgbtq-celebration</w:t>
        </w:r>
      </w:hyperlink>
      <w:r>
        <w:t xml:space="preserve"> - Please view link - unable to able to access data</w:t>
      </w:r>
      <w:r/>
    </w:p>
    <w:p>
      <w:pPr>
        <w:pStyle w:val="ListNumber"/>
        <w:spacing w:line="240" w:lineRule="auto"/>
        <w:ind w:left="720"/>
      </w:pPr>
      <w:r/>
      <w:hyperlink r:id="rId10">
        <w:r>
          <w:rPr>
            <w:color w:val="0000EE"/>
            <w:u w:val="single"/>
          </w:rPr>
          <w:t>https://en.wikipedia.org/wiki/Samus_Aran</w:t>
        </w:r>
      </w:hyperlink>
      <w:r>
        <w:t xml:space="preserve"> - Samus Aran is the protagonist of the Metroid video game series, first introduced in 1986. Created by Makoto Kano and designed by Hiroji Kiyotake, she is depicted as a female bounty hunter equipped with a powered exoskeleton. The character's gender was initially concealed to surprise players, challenging traditional gender roles in gaming. Over time, Samus has been recognised for her strength and complexity, making her a significant figure in video game history.</w:t>
      </w:r>
      <w:r/>
    </w:p>
    <w:p>
      <w:pPr>
        <w:pStyle w:val="ListNumber"/>
        <w:spacing w:line="240" w:lineRule="auto"/>
        <w:ind w:left="720"/>
      </w:pPr>
      <w:r/>
      <w:hyperlink r:id="rId11">
        <w:r>
          <w:rPr>
            <w:color w:val="0000EE"/>
            <w:u w:val="single"/>
          </w:rPr>
          <w:t>https://www.metroidwiki.org/wiki/Samus_Aran</w:t>
        </w:r>
      </w:hyperlink>
      <w:r>
        <w:t xml:space="preserve"> - Samus Aran is an intergalactic bounty hunter and the main protagonist of the Metroid series. Her first appearance was in the original Metroid, released in 1986. Raised by the Chozo, an ancient bird-like race, she was infused with their DNA, granting her enhanced abilities. Throughout the series, she confronts various antagonists, including the Space Pirates and Ridley, showcasing her resilience and determination.</w:t>
      </w:r>
      <w:r/>
    </w:p>
    <w:p>
      <w:pPr>
        <w:pStyle w:val="ListNumber"/>
        <w:spacing w:line="240" w:lineRule="auto"/>
        <w:ind w:left="720"/>
      </w:pPr>
      <w:r/>
      <w:hyperlink r:id="rId12">
        <w:r>
          <w:rPr>
            <w:color w:val="0000EE"/>
            <w:u w:val="single"/>
          </w:rPr>
          <w:t>https://characterprofile.fandom.com/wiki/Samus_Aran</w:t>
        </w:r>
      </w:hyperlink>
      <w:r>
        <w:t xml:space="preserve"> - Samus Aran is the main protagonist of the Metroid franchise. At the age of three, she witnessed her entire planet become a victim of mass genocide at the hands of space pirates, led by a monstrous alien dragon named Ridley. Alone for a while, Samus was eventually discovered by a race of aliens called the Chozo, who took pity on the child and adopted her as their own, injecting her with their DNA to help her better fit in. Training with the Chozo for years, she was far beyond the limits of a normal human.</w:t>
      </w:r>
      <w:r/>
    </w:p>
    <w:p>
      <w:pPr>
        <w:pStyle w:val="ListNumber"/>
        <w:spacing w:line="240" w:lineRule="auto"/>
        <w:ind w:left="720"/>
      </w:pPr>
      <w:r/>
      <w:hyperlink r:id="rId13">
        <w:r>
          <w:rPr>
            <w:color w:val="0000EE"/>
            <w:u w:val="single"/>
          </w:rPr>
          <w:t>https://kirby-star-allies.fandom.com/wiki/Samus_Aran_(character)</w:t>
        </w:r>
      </w:hyperlink>
      <w:r>
        <w:t xml:space="preserve"> - Samus Aran is a member of the "perfect-attendance crew", a term for the twelve fighters who were playable in Super Smash Bros. and have appeared in every game to date. Her special moves are based on power-ups from the Metroid series, with her fighting moves being original melee attacks. In Super Smash Bros. Brawl, she has a separate character transformation, Zero Suit Samus, who becomes a separate fighter in subsequent games.</w:t>
      </w:r>
      <w:r/>
    </w:p>
    <w:p>
      <w:pPr>
        <w:pStyle w:val="ListNumber"/>
        <w:spacing w:line="240" w:lineRule="auto"/>
        <w:ind w:left="720"/>
      </w:pPr>
      <w:r/>
      <w:hyperlink r:id="rId14">
        <w:r>
          <w:rPr>
            <w:color w:val="0000EE"/>
            <w:u w:val="single"/>
          </w:rPr>
          <w:t>https://mcleodgaming.fandom.com/wiki/Samus_Aran</w:t>
        </w:r>
      </w:hyperlink>
      <w:r>
        <w:t xml:space="preserve"> - Samus Aran is the main protagonist of the Metroid series where she is a bounty hunter of the Galactic Federation, and organization that fights against the Spatial Pirates. She is a playable character in Super Smash Flash and Super Smash Flash 2.</w:t>
      </w:r>
      <w:r/>
    </w:p>
    <w:p>
      <w:pPr>
        <w:pStyle w:val="ListNumber"/>
        <w:spacing w:line="240" w:lineRule="auto"/>
        <w:ind w:left="720"/>
      </w:pPr>
      <w:r/>
      <w:hyperlink r:id="rId15">
        <w:r>
          <w:rPr>
            <w:color w:val="0000EE"/>
            <w:u w:val="single"/>
          </w:rPr>
          <w:t>https://www.youtube.com/watch?v=wXwFRT0pHjo</w:t>
        </w:r>
      </w:hyperlink>
      <w:r>
        <w:t xml:space="preserve"> - This video discusses the controversy surrounding Megan Fausti, a non-binary activist who was initially hired as a writer for Metroid Prime 4. It highlights her support for the idea that Samus Aran is a transgender character, a stance that has sparked debate within the gaming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metroids-40th-anniversary-is-an-lgbtq-celebration/?utm_source=rss&amp;utm_medium=rss&amp;utm_campaign=metroids-40th-anniversary-is-an-lgbtq-celebration" TargetMode="External"/><Relationship Id="rId10" Type="http://schemas.openxmlformats.org/officeDocument/2006/relationships/hyperlink" Target="https://en.wikipedia.org/wiki/Samus_Aran" TargetMode="External"/><Relationship Id="rId11" Type="http://schemas.openxmlformats.org/officeDocument/2006/relationships/hyperlink" Target="https://www.metroidwiki.org/wiki/Samus_Aran" TargetMode="External"/><Relationship Id="rId12" Type="http://schemas.openxmlformats.org/officeDocument/2006/relationships/hyperlink" Target="https://characterprofile.fandom.com/wiki/Samus_Aran" TargetMode="External"/><Relationship Id="rId13" Type="http://schemas.openxmlformats.org/officeDocument/2006/relationships/hyperlink" Target="https://kirby-star-allies.fandom.com/wiki/Samus_Aran_(character)" TargetMode="External"/><Relationship Id="rId14" Type="http://schemas.openxmlformats.org/officeDocument/2006/relationships/hyperlink" Target="https://mcleodgaming.fandom.com/wiki/Samus_Aran" TargetMode="External"/><Relationship Id="rId15" Type="http://schemas.openxmlformats.org/officeDocument/2006/relationships/hyperlink" Target="https://www.youtube.com/watch?v=wXwFRT0pHj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