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Vancouver Queer Film Festival 2026 Lineup: A Seat at the Table Spotlight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scratch that, film lovers are turning up for the Vancouver Queer Film Festival’s 38th edition, which runs September 10–20 in theatres with a streaming window after; the 87-film programme leans into community, care and belonging, and promises premieres, parties and plenty of stories that don’t fit the tired coming-out script.</w:t>
      </w:r>
      <w:r/>
    </w:p>
    <w:p>
      <w:r/>
      <w:r>
        <w:t>Essential Takeaways</w:t>
      </w:r>
      <w:r/>
      <w:r/>
    </w:p>
    <w:p>
      <w:pPr>
        <w:pStyle w:val="ListBullet"/>
        <w:spacing w:line="240" w:lineRule="auto"/>
        <w:ind w:left="720"/>
      </w:pPr>
      <w:r/>
      <w:r>
        <w:rPr>
          <w:b/>
        </w:rPr>
        <w:t>Dates and format:</w:t>
      </w:r>
      <w:r>
        <w:t xml:space="preserve"> Festival runs September 10–20 in cinemas, with a streaming programme from September 21–27.</w:t>
      </w:r>
      <w:r/>
    </w:p>
    <w:p>
      <w:pPr>
        <w:pStyle w:val="ListBullet"/>
        <w:spacing w:line="240" w:lineRule="auto"/>
        <w:ind w:left="720"/>
      </w:pPr>
      <w:r/>
      <w:r>
        <w:rPr>
          <w:b/>
        </w:rPr>
        <w:t>Scale:</w:t>
      </w:r>
      <w:r>
        <w:t xml:space="preserve"> 87 films total, including world, international, North American and Canadian premieres; plus Q&amp;As, workshops and parties.</w:t>
      </w:r>
      <w:r/>
    </w:p>
    <w:p>
      <w:pPr>
        <w:pStyle w:val="ListBullet"/>
        <w:spacing w:line="240" w:lineRule="auto"/>
        <w:ind w:left="720"/>
      </w:pPr>
      <w:r/>
      <w:r>
        <w:rPr>
          <w:b/>
        </w:rPr>
        <w:t>Curated theme:</w:t>
      </w:r>
      <w:r>
        <w:t xml:space="preserve"> "A Seat at the Table" highlights belonging, shared leadership and who gets to shape queer storytelling.</w:t>
      </w:r>
      <w:r/>
    </w:p>
    <w:p>
      <w:pPr>
        <w:pStyle w:val="ListBullet"/>
        <w:spacing w:line="240" w:lineRule="auto"/>
        <w:ind w:left="720"/>
      </w:pPr>
      <w:r/>
      <w:r>
        <w:rPr>
          <w:b/>
        </w:rPr>
        <w:t>Highlights:</w:t>
      </w:r>
      <w:r>
        <w:t xml:space="preserve"> Centrepiece documentary Apolo, opener Ecosystems, Not Empires, and closer Gugu’s World , plus names like Alan Cumming, Michaela Jaé Rodriguez and Abigail Thorn.</w:t>
      </w:r>
      <w:r/>
    </w:p>
    <w:p>
      <w:pPr>
        <w:pStyle w:val="ListBullet"/>
        <w:spacing w:line="240" w:lineRule="auto"/>
        <w:ind w:left="720"/>
      </w:pPr>
      <w:r/>
      <w:r>
        <w:rPr>
          <w:b/>
        </w:rPr>
        <w:t>Local focus:</w:t>
      </w:r>
      <w:r>
        <w:t xml:space="preserve"> The Coast Is Queer returns, featuring BC shorts including a nonbinary top-surgery story and multiple world premieres.</w:t>
      </w:r>
      <w:r/>
      <w:r/>
    </w:p>
    <w:p>
      <w:pPr>
        <w:pStyle w:val="Heading2"/>
      </w:pPr>
      <w:r>
        <w:t>Opening night sets the tone with care-forward shorts</w:t>
      </w:r>
      <w:r/>
    </w:p>
    <w:p>
      <w:r/>
      <w:r>
        <w:t>The festival kicks off with Ecosystems, Not Empires, a programme of seven shorts that favour tenderness, kinship and collective futures, expect a quiet, hopeful mood rather than flashy spectacle. Festival artwork from local Black queer artists inspired the theme, and you can feel that visual and political throughline before the first screening. That choice signals VQFF’s intent: to centre community voices and rethink whose stories get billing. If you like shorts that linger with you, this opener is a clear invitation.</w:t>
      </w:r>
      <w:r/>
    </w:p>
    <w:p>
      <w:pPr>
        <w:pStyle w:val="Heading2"/>
      </w:pPr>
      <w:r>
        <w:t>Centrepiece and closer bring intimate family stories from Brazil</w:t>
      </w:r>
      <w:r/>
    </w:p>
    <w:p>
      <w:r/>
      <w:r>
        <w:t>Apolo, the centrepiece, follows a trans couple navigating an unexpected pregnancy and will be paired with a post-screening Q&amp;A, so bring questions. Closing night offers Gugu’s World, about a young queer boy caring for his grandmother as Alzheimer’s takes hold; it’s the sort of small, aching drama that rewards attentive audiences. Both films point to the festival’s appetite for intimate, character-driven work and for international perspectives beyond North America.</w:t>
      </w:r>
      <w:r/>
    </w:p>
    <w:p>
      <w:pPr>
        <w:pStyle w:val="Heading2"/>
      </w:pPr>
      <w:r>
        <w:t>Big names and genre variety keep things lively</w:t>
      </w:r>
      <w:r/>
    </w:p>
    <w:p>
      <w:r/>
      <w:r>
        <w:t>You’ll spot familiar faces alongside emerging filmmakers: Alan Cumming appears in a Scottish-set short, Michaela Jaé Rodriguez stars in Beba From 5 to 9, and Abigail Thorn appears in Again Again, a time-loop drama executive produced by Lilly Wachowski. The mix shows VQFF isn’t stuck on one idea of queer cinema, there’s comedy, sci-fi-leaning pieces, historical dramas and documentaries. If you want to sample different genres in a single pass, this lineup makes that easy.</w:t>
      </w:r>
      <w:r/>
    </w:p>
    <w:p>
      <w:pPr>
        <w:pStyle w:val="Heading2"/>
      </w:pPr>
      <w:r>
        <w:t>History, activism and unexpected angles on queer life</w:t>
      </w:r>
      <w:r/>
    </w:p>
    <w:p>
      <w:r/>
      <w:r>
        <w:t>The festival stretches beyond coming-out stories to tackle history and direct action: Gays Against Guns documents a protest movement born after the Pulse shooting, while The Fruit Machine: A Space Opera uses an alien arrival to probe Canada’s Cold War queer purges. There are also works connecting queerness to ecology and the body, like Understanding Myself as an Amphibian. That variety matters, these films refuse to let queer life be reduced to a single narrative arc.</w:t>
      </w:r>
      <w:r/>
    </w:p>
    <w:p>
      <w:pPr>
        <w:pStyle w:val="Heading2"/>
      </w:pPr>
      <w:r>
        <w:t>Local flavour and new voices from BC filmmakers</w:t>
      </w:r>
      <w:r/>
    </w:p>
    <w:p>
      <w:r/>
      <w:r>
        <w:t>Back at home, The Coast Is Queer returns for its 26th year with a shorts lineup that includes Jess McLeod’s She’s Nonbinary, about finally getting off the waitlist for top surgery, and several world premieres. The festival keeps a healthy pipeline for local artists, which means audiences get fresh, immediate stories as well as international gems. For Vancouver viewers it’s a chance to support neighbours and emerging talent; for visitors, it’s a reminder the city’s queer film scene is lively and generous.</w:t>
      </w:r>
      <w:r/>
    </w:p>
    <w:p>
      <w:r/>
      <w:r>
        <w:t>It's a small change that gives many more people a seat at the table.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https://www.straight.com/movies/vancouver-queer-film-festival-sets-table-for-its-2026-lineup</w:t>
        </w:r>
      </w:hyperlink>
      <w:r>
        <w:t xml:space="preserve"> - Please view link - unable to able to access data</w:t>
      </w:r>
      <w:r/>
    </w:p>
    <w:p>
      <w:pPr>
        <w:pStyle w:val="ListNumber"/>
        <w:spacing w:line="240" w:lineRule="auto"/>
        <w:ind w:left="720"/>
      </w:pPr>
      <w:r/>
      <w:hyperlink r:id="rId9">
        <w:r>
          <w:rPr>
            <w:color w:val="0000EE"/>
            <w:u w:val="single"/>
          </w:rPr>
          <w:t>https://www.straight.com/movies/vancouver-queer-film-festival-sets-table-for-its-2026-lineup</w:t>
        </w:r>
      </w:hyperlink>
      <w:r>
        <w:t xml:space="preserve"> - The Vancouver Queer Film Festival (VQFF) is set to host its 38th edition from September 10 to 20, 2026, followed by a streaming programme from September 21 to 27. The festival's theme, 'A Seat at the Table', focuses on belonging, community, and the participation in shaping queer stories and spaces. The lineup includes nine world premieres, five international premieres, eight North American premieres, and 25 Canadian premieres, featuring works from 2SLGBTQIA+ filmmakers. The festival will also host filmmaker Q&amp;As, workshops, parties, and other community events throughout its run.</w:t>
      </w:r>
      <w:r/>
    </w:p>
    <w:p>
      <w:pPr>
        <w:pStyle w:val="ListNumber"/>
        <w:spacing w:line="240" w:lineRule="auto"/>
        <w:ind w:left="720"/>
      </w:pPr>
      <w:r/>
      <w:hyperlink r:id="rId11">
        <w:r>
          <w:rPr>
            <w:color w:val="0000EE"/>
            <w:u w:val="single"/>
          </w:rPr>
          <w:t>https://www.todocanada.ca/city/vancouver/event/gemfest-2026/</w:t>
        </w:r>
      </w:hyperlink>
      <w:r>
        <w:t xml:space="preserve"> - The Gender Equity in Media Festival (GEMFest) 2026 is scheduled from March 5 to 8, 2026, at the VIFF Centre in Vancouver. The festival showcases an impressive lineup of short and feature-length films by established and emerging women and gender-diverse filmmakers from around the world. GEMFest is the only film festival dedicated to women and gender-diverse people in Western Canada and one of just three international film festivals for women and gender-diverse people in Canada. The festival provides a platform for challenging gender inequity and the lack of diversity in the screen-based media industry through a combination of film screenings, discussions, and professional development and networking opportunities.</w:t>
      </w:r>
      <w:r/>
    </w:p>
    <w:p>
      <w:pPr>
        <w:pStyle w:val="ListNumber"/>
        <w:spacing w:line="240" w:lineRule="auto"/>
        <w:ind w:left="720"/>
      </w:pPr>
      <w:r/>
      <w:hyperlink r:id="rId12">
        <w:r>
          <w:rPr>
            <w:color w:val="0000EE"/>
            <w:u w:val="single"/>
          </w:rPr>
          <w:t>https://www.ignite-fest.com/</w:t>
        </w:r>
      </w:hyperlink>
      <w:r>
        <w:t xml:space="preserve"> - Ignite Fest is a connective weekend festival in Vancouver, Canada, for gay, bi, trans, and queer men, two-spirit folks, and people who identify somewhere on a gender-fluid male-to-non-binary spectrum. Scheduled from July 10 to 12, 2026, the festival offers 27 diverse workshops designed to help participants connect with themselves and others. The workshops range in intensity, duration, and size, bringing together facilitators from a wide range of backgrounds, world-views, ages, and ability-sets, aiming to provide approachable entry points to connection for every attendee, including all experience and comfort levels.</w:t>
      </w:r>
      <w:r/>
    </w:p>
    <w:p>
      <w:pPr>
        <w:pStyle w:val="ListNumber"/>
        <w:spacing w:line="240" w:lineRule="auto"/>
        <w:ind w:left="720"/>
      </w:pPr>
      <w:r/>
      <w:hyperlink r:id="rId10">
        <w:r>
          <w:rPr>
            <w:color w:val="0000EE"/>
            <w:u w:val="single"/>
          </w:rPr>
          <w:t>https://asianfilmfestivals.com/2025/12/29/vancouver-queer-film-festival-call-for-entry-2026/</w:t>
        </w:r>
      </w:hyperlink>
      <w:r>
        <w:t xml:space="preserve"> - The Vancouver Queer Film Festival (VQFF) is accepting film submissions until April 15, 2026. The festival is one of the largest queer arts events in Western Canada, located on the unceded territories of the xʷməθkʷəy̓əm (Musqueam), Sḵwx̱wú7mesh (Squamish), and səlilwətaɬ (Tsleil-Waututh) Nations. VQFF illuminates, celebrates, and advances queer lives through film, education, and dialogue. Each year, the festival showcases eleven days of outstanding cinema, live performances, community-building events, and parties, all set against the backdrop of Vancouver's beautiful mountain and ocean views.</w:t>
      </w:r>
      <w:r/>
    </w:p>
    <w:p>
      <w:pPr>
        <w:pStyle w:val="ListNumber"/>
        <w:spacing w:line="240" w:lineRule="auto"/>
        <w:ind w:left="720"/>
      </w:pPr>
      <w:r/>
      <w:hyperlink r:id="rId13">
        <w:r>
          <w:rPr>
            <w:color w:val="0000EE"/>
            <w:u w:val="single"/>
          </w:rPr>
          <w:t>https://www.whatsonqueerbc.com/queer-diversions/push-festival-2026</w:t>
        </w:r>
      </w:hyperlink>
      <w:r>
        <w:t xml:space="preserve"> - The PuSh International Performing Arts Festival is scheduled to return to Vancouver from January 22 to February 8, 2026. For two and a half weeks, the festival invites audiences to discover innovative contemporary works of live performances by local, national, and international artists. PuSh has been the city’s midwinter anchor for more than two decades—a place where live arts are celebrated, where risk is rewarded, and where audiences engage with bold, audacious performances. The 2026 PuSh Festival will continue to defy the bounds of discipline, bringing together 25 presentations of theatre, dance, music, installation, film, and multimedia performance.</w:t>
      </w:r>
      <w:r/>
    </w:p>
    <w:p>
      <w:pPr>
        <w:pStyle w:val="ListNumber"/>
        <w:spacing w:line="240" w:lineRule="auto"/>
        <w:ind w:left="720"/>
      </w:pPr>
      <w:r/>
      <w:hyperlink r:id="rId11">
        <w:r>
          <w:rPr>
            <w:color w:val="0000EE"/>
            <w:u w:val="single"/>
          </w:rPr>
          <w:t>https://www.todocanada.ca/city/vancouver/event/gemfest-2026/</w:t>
        </w:r>
      </w:hyperlink>
      <w:r>
        <w:t xml:space="preserve"> - The Gender Equity in Media Festival (GEMFest) 2026 is scheduled from March 5 to 8, 2026, at the VIFF Centre in Vancouver. The festival showcases an impressive lineup of short and feature-length films by established and emerging women and gender-diverse filmmakers from around the world. GEMFest is the only film festival dedicated to women and gender-diverse people in Western Canada and one of just three international film festivals for women and gender-diverse people in Canada. The festival provides a platform for challenging gender inequity and the lack of diversity in the screen-based media industry through a combination of film screenings, discussions, and professional development and networking opportunities.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raight.com/movies/vancouver-queer-film-festival-sets-table-for-its-2026-lineup" TargetMode="External"/><Relationship Id="rId10" Type="http://schemas.openxmlformats.org/officeDocument/2006/relationships/hyperlink" Target="https://asianfilmfestivals.com/2025/12/29/vancouver-queer-film-festival-call-for-entry-2026/" TargetMode="External"/><Relationship Id="rId11" Type="http://schemas.openxmlformats.org/officeDocument/2006/relationships/hyperlink" Target="https://www.todocanada.ca/city/vancouver/event/gemfest-2026/" TargetMode="External"/><Relationship Id="rId12" Type="http://schemas.openxmlformats.org/officeDocument/2006/relationships/hyperlink" Target="https://www.ignite-fest.com/" TargetMode="External"/><Relationship Id="rId13" Type="http://schemas.openxmlformats.org/officeDocument/2006/relationships/hyperlink" Target="https://www.whatsonqueerbc.com/queer-diversions/push-festival-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