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TV Shows with Lesbian Characters Over 40 to Watch Now</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Catch up with grown-up sapphic stories: viewers are turning to recent TV series that centre queer women beyond coming-of-age moments, offering late-in-life romance, complicated marriages, career drama, and messy friendships, perfect for anyone who wants characters who’ve already lived a bit and still have surprises in store.</w:t>
      </w:r>
      <w:r/>
    </w:p>
    <w:p>
      <w:r/>
      <w:r>
        <w:t>Essential Takeaways</w:t>
      </w:r>
      <w:r/>
      <w:r/>
    </w:p>
    <w:p>
      <w:pPr>
        <w:pStyle w:val="ListBullet"/>
        <w:spacing w:line="240" w:lineRule="auto"/>
        <w:ind w:left="720"/>
      </w:pPr>
      <w:r/>
      <w:r>
        <w:rPr>
          <w:b/>
        </w:rPr>
        <w:t>Wide range:</w:t>
      </w:r>
      <w:r>
        <w:t xml:space="preserve"> Series span crime, comedy, sci‑fi and drama, so there’s something for every mood. </w:t>
      </w:r>
      <w:r/>
    </w:p>
    <w:p>
      <w:pPr>
        <w:pStyle w:val="ListBullet"/>
        <w:spacing w:line="240" w:lineRule="auto"/>
        <w:ind w:left="720"/>
      </w:pPr>
      <w:r/>
      <w:r>
        <w:rPr>
          <w:b/>
        </w:rPr>
        <w:t>Mature perspectives:</w:t>
      </w:r>
      <w:r>
        <w:t xml:space="preserve"> Characters are often midlife, with careers, exes, marriages and complicated family ties. </w:t>
      </w:r>
      <w:r/>
    </w:p>
    <w:p>
      <w:pPr>
        <w:pStyle w:val="ListBullet"/>
        <w:spacing w:line="240" w:lineRule="auto"/>
        <w:ind w:left="720"/>
      </w:pPr>
      <w:r/>
      <w:r>
        <w:rPr>
          <w:b/>
        </w:rPr>
        <w:t>Standout performances:</w:t>
      </w:r>
      <w:r>
        <w:t xml:space="preserve"> Actors like Rhea Seehorn, Cynthia Nixon and Suranne Jones bring textured portrayals. </w:t>
      </w:r>
      <w:r/>
    </w:p>
    <w:p>
      <w:pPr>
        <w:pStyle w:val="ListBullet"/>
        <w:spacing w:line="240" w:lineRule="auto"/>
        <w:ind w:left="720"/>
      </w:pPr>
      <w:r/>
      <w:r>
        <w:rPr>
          <w:b/>
        </w:rPr>
        <w:t>Easy to find:</w:t>
      </w:r>
      <w:r>
        <w:t xml:space="preserve"> Most shows stream on major platforms such as Apple TV+, Prime Video, Netflix and Paramount+. </w:t>
      </w:r>
      <w:r/>
    </w:p>
    <w:p>
      <w:pPr>
        <w:pStyle w:val="ListBullet"/>
        <w:spacing w:line="240" w:lineRule="auto"/>
        <w:ind w:left="720"/>
      </w:pPr>
      <w:r/>
      <w:r>
        <w:rPr>
          <w:b/>
        </w:rPr>
        <w:t>Feel and tone:</w:t>
      </w:r>
      <w:r>
        <w:t xml:space="preserve"> Expect everything from cosy queer domesticity to dark, thrilling mysteries, often with a sly humour.</w:t>
      </w:r>
      <w:r/>
      <w:r/>
    </w:p>
    <w:p>
      <w:pPr>
        <w:pStyle w:val="Heading2"/>
      </w:pPr>
      <w:r>
        <w:t>Why grown-up sapphic stories finally feel mainstream</w:t>
      </w:r>
      <w:r/>
    </w:p>
    <w:p>
      <w:r/>
      <w:r>
        <w:t>There’s a pleasing shift happening on screen: queer women over 40 are no longer just the wise side character or the punchline. Instead, they headline big-budget dramas, smart comedies and speculative sci‑fi, and you can sense relief in the performances, there’s room for nuance, regret and joy. According to recent listings, the 2020s produced a tidy crop of such shows, from Apple TV+’s high‑concept offerings to Netflix and network dramas. If you’re tired of repeat coming‑out arcs, these picks let characters evolve past that moment.</w:t>
      </w:r>
      <w:r/>
    </w:p>
    <w:p>
      <w:pPr>
        <w:pStyle w:val="Heading2"/>
      </w:pPr>
      <w:r>
        <w:t>Pluribus and the rise of sapphic sci‑fi</w:t>
      </w:r>
      <w:r/>
    </w:p>
    <w:p>
      <w:r/>
      <w:r>
        <w:t>Apple TV+’s Pluribus (2025–) is a prime example of queer midlife storytelling landing in unexpected genres. Rhea Seehorn plays a disillusioned romance novelist drawn into a globe‑spanning, cheerfully eerie hive‑mind plot, which makes for a deliciously strange mix of intimacy and high concept. Apple’s own press and streaming numbers suggest the show has become a big draw, and critics have called it one of 2025’s most memorable sci‑fi dramas. If you like your queer leads with a touch of the uncanny, start here, and expect performances that simmer rather than shout.</w:t>
      </w:r>
      <w:r/>
    </w:p>
    <w:p>
      <w:pPr>
        <w:pStyle w:val="Heading2"/>
      </w:pPr>
      <w:r>
        <w:t>Crime, partnership and queer domesticity</w:t>
      </w:r>
      <w:r/>
    </w:p>
    <w:p>
      <w:r/>
      <w:r>
        <w:t>Crime series are leaning into queer relationships in satisfying ways. Shows like Vigil, Deadloch and Tommy place lesbian detectives and senior practitioners at the centre of procedural plots, letting workplace tension and private life collide. These series make the characters’ romantic or sexual lives part of the texture, not the entire story, so you get mystery, grit and the odd tender scene over tea. If you’re choosing what to watch, pick episodes that focus on character beats to appreciate the quieter moments.</w:t>
      </w:r>
      <w:r/>
    </w:p>
    <w:p>
      <w:pPr>
        <w:pStyle w:val="Heading2"/>
      </w:pPr>
      <w:r>
        <w:t>Comedy and drama that still pack emotional punch</w:t>
      </w:r>
      <w:r/>
    </w:p>
    <w:p>
      <w:r/>
      <w:r>
        <w:t>Comedy‑dramas such as Girls5eva, Work in Progress and The L Word: Generation Q prove that mature queer characters can headline both jokes and heartbreak. Some shows lean nostalgic, others are painfully modern, but each gives older queer women space to be ridiculous, flawed and deeply human. For gentle viewing nights, a comedic reunion or workplace satire will hit the sweet spot; for when you want more weight, reach for shows where life choices carry consequences.</w:t>
      </w:r>
      <w:r/>
    </w:p>
    <w:p>
      <w:pPr>
        <w:pStyle w:val="Heading2"/>
      </w:pPr>
      <w:r>
        <w:t>Spin‑offs, revivals and late revelations</w:t>
      </w:r>
      <w:r/>
    </w:p>
    <w:p>
      <w:r/>
      <w:r>
        <w:t>Revisiting favourite universes has also opened doors. Star Trek: Picard gave Voyager’s Seven of Nine space to explore her sexuality in later life, while Orphan Black: Echoes revisits characters who are older and more settled. Even franchises historically shy of queerness are moving forward, which matters: representation in long‑running sagas normalises sapphic experiences across age ranges. If you grew up with a show, check its new iterations, you might find a character who finally gets the storyline they deserve.</w:t>
      </w:r>
      <w:r/>
    </w:p>
    <w:p>
      <w:pPr>
        <w:pStyle w:val="Heading2"/>
      </w:pPr>
      <w:r>
        <w:t>How to choose what to watch next</w:t>
      </w:r>
      <w:r/>
    </w:p>
    <w:p>
      <w:r/>
      <w:r>
        <w:t>Start with your mood: if you want laughs, try Girls5eva or The Five Star Weekend; for mystery, Deadloch and Vigil deliver; and if you prefer speculative ideas with emotional stakes, Pluribus is worth a shot. Consider tone (dark vs light), episode length, and whether you want serialized payoffs or single‑case satisfaction. And don’t be afraid to skip a season, many of these shows reward selective viewing without losing context.</w:t>
      </w:r>
      <w:r/>
    </w:p>
    <w:p>
      <w:r/>
      <w:r>
        <w:t>It’s a small change on your watchlist that can make evenings feel more familiar, fun and honest.</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[3]</w:t>
        </w:r>
      </w:hyperlink>
      <w:r>
        <w:t xml:space="preserve">- Paragraph 2: </w:t>
      </w:r>
      <w:hyperlink r:id="rId9">
        <w:r>
          <w:rPr>
            <w:color w:val="0000EE"/>
            <w:u w:val="single"/>
          </w:rPr>
          <w:t>[2]</w:t>
        </w:r>
      </w:hyperlink>
      <w:r>
        <w:t xml:space="preserve">, </w:t>
      </w:r>
      <w:hyperlink r:id="rId11">
        <w:r>
          <w:rPr>
            <w:color w:val="0000EE"/>
            <w:u w:val="single"/>
          </w:rPr>
          <w:t>[7]</w:t>
        </w:r>
      </w:hyperlink>
      <w:r>
        <w:t xml:space="preserve">- Paragraph 3: </w:t>
      </w:r>
      <w:hyperlink r:id="rId10">
        <w:r>
          <w:rPr>
            <w:color w:val="0000EE"/>
            <w:u w:val="single"/>
          </w:rPr>
          <w:t>[3]</w:t>
        </w:r>
      </w:hyperlink>
      <w:r>
        <w:t xml:space="preserve">, </w:t>
      </w:r>
      <w:hyperlink r:id="rId12">
        <w:r>
          <w:rPr>
            <w:color w:val="0000EE"/>
            <w:u w:val="single"/>
          </w:rPr>
          <w:t>[6]</w:t>
        </w:r>
      </w:hyperlink>
      <w:r>
        <w:t xml:space="preserve">- Paragraph 4: </w:t>
      </w:r>
      <w:hyperlink r:id="rId9">
        <w:r>
          <w:rPr>
            <w:color w:val="0000EE"/>
            <w:u w:val="single"/>
          </w:rPr>
          <w:t>[2]</w:t>
        </w:r>
      </w:hyperlink>
      <w:r>
        <w:t xml:space="preserve">, </w:t>
      </w:r>
      <w:hyperlink r:id="rId13">
        <w:r>
          <w:rPr>
            <w:color w:val="0000EE"/>
            <w:u w:val="single"/>
          </w:rPr>
          <w:t>[5]</w:t>
        </w:r>
      </w:hyperlink>
      <w:r>
        <w:t xml:space="preserve">- Paragraph 5: </w:t>
      </w:r>
      <w:hyperlink r:id="rId9">
        <w:r>
          <w:rPr>
            <w:color w:val="0000EE"/>
            <w:u w:val="single"/>
          </w:rPr>
          <w:t>[2]</w:t>
        </w:r>
      </w:hyperlink>
      <w:r>
        <w:t xml:space="preserve">, </w:t>
      </w:r>
      <w:hyperlink r:id="rId9">
        <w:r>
          <w:rPr>
            <w:color w:val="0000EE"/>
            <w:u w:val="single"/>
          </w:rPr>
          <w:t>[1]</w:t>
        </w:r>
      </w:hyperlink>
      <w:r>
        <w:t xml:space="preserve">- Paragraph 6: </w:t>
      </w:r>
      <w:hyperlink r:id="rId9">
        <w:r>
          <w:rPr>
            <w:color w:val="0000EE"/>
            <w:u w:val="single"/>
          </w:rPr>
          <w:t>[2]</w:t>
        </w:r>
      </w:hyperlink>
      <w:r>
        <w:t xml:space="preserve">, </w:t>
      </w:r>
      <w:hyperlink r:id="rId14">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https://gomag.com/article/17-recent-tv-shows-with-lesbian-characters-over-40-you-need-to-watch/</w:t>
        </w:r>
      </w:hyperlink>
      <w:r>
        <w:t xml:space="preserve"> - Please view link - unable to able to access data</w:t>
      </w:r>
      <w:r/>
    </w:p>
    <w:p>
      <w:pPr>
        <w:pStyle w:val="ListNumber"/>
        <w:spacing w:line="240" w:lineRule="auto"/>
        <w:ind w:left="720"/>
      </w:pPr>
      <w:r/>
      <w:hyperlink r:id="rId9">
        <w:r>
          <w:rPr>
            <w:color w:val="0000EE"/>
            <w:u w:val="single"/>
          </w:rPr>
          <w:t>https://gomag.com/article/17-recent-tv-shows-with-lesbian-characters-over-40-you-need-to-watch/</w:t>
        </w:r>
      </w:hyperlink>
      <w:r>
        <w:t xml:space="preserve"> - This article from GO Magazine highlights 17 recent television series featuring lesbian characters over 40. It includes shows like 'Pluribus,' a sci-fi drama on Apple TV starring Rhea Seehorn as a romance novelist navigating a world transformed by a mysterious hive mind. The piece also covers other series such as 'Tommy,' 'Star Trek: Picard,' and 'Girls5eva,' providing brief descriptions and where to watch each show.</w:t>
      </w:r>
      <w:r/>
    </w:p>
    <w:p>
      <w:pPr>
        <w:pStyle w:val="ListNumber"/>
        <w:spacing w:line="240" w:lineRule="auto"/>
        <w:ind w:left="720"/>
      </w:pPr>
      <w:r/>
      <w:hyperlink r:id="rId10">
        <w:r>
          <w:rPr>
            <w:color w:val="0000EE"/>
            <w:u w:val="single"/>
          </w:rPr>
          <w:t>https://www.apple.com/tv-pr/news/2025/07/apple-tv-unveils-first-look-at-vince-gilligans-new-science-fiction-drama-pluribus-starring-emmy-award-nominee-rhea-seehorn/</w:t>
        </w:r>
      </w:hyperlink>
      <w:r>
        <w:t xml:space="preserve"> - Apple TV+ announced the premiere of 'Pluribus,' a science fiction drama created by Vince Gilligan, set to debut on November 7, 2025. The series stars Rhea Seehorn as Carol Sturka, a novelist who becomes one of the few unaffected by a global hive mind phenomenon. The announcement includes a first-look image and details about the show's premise and release schedule.</w:t>
      </w:r>
      <w:r/>
    </w:p>
    <w:p>
      <w:pPr>
        <w:pStyle w:val="ListNumber"/>
        <w:spacing w:line="240" w:lineRule="auto"/>
        <w:ind w:left="720"/>
      </w:pPr>
      <w:r/>
      <w:hyperlink r:id="rId14">
        <w:r>
          <w:rPr>
            <w:color w:val="0000EE"/>
            <w:u w:val="single"/>
          </w:rPr>
          <w:t>https://www.mactech.com/2026/01/23/apple-tvs-pluribus-hits-a-new-streaming-high/</w:t>
        </w:r>
      </w:hyperlink>
      <w:r>
        <w:t xml:space="preserve"> - In January 2026, 'Pluribus' achieved a new streaming milestone on Apple TV, with 483 million viewing minutes during the week of December 22, 2025. This marked a 40% increase from the previous week, indicating the show's growing popularity. The article also mentions that 'Pluribus' has been renewed for a second season.</w:t>
      </w:r>
      <w:r/>
    </w:p>
    <w:p>
      <w:pPr>
        <w:pStyle w:val="ListNumber"/>
        <w:spacing w:line="240" w:lineRule="auto"/>
        <w:ind w:left="720"/>
      </w:pPr>
      <w:r/>
      <w:hyperlink r:id="rId13">
        <w:r>
          <w:rPr>
            <w:color w:val="0000EE"/>
            <w:u w:val="single"/>
          </w:rPr>
          <w:t>https://www.gamesradar.com/entertainment/sci-fi-movies/9-months-after-season-1-apple-tv-boss-still-hasnt-seen-any-pluribus-season-2-scripts-but-theyre-being-worked-on/</w:t>
        </w:r>
      </w:hyperlink>
      <w:r>
        <w:t xml:space="preserve"> - As of August 2026, nearly nine months after the debut of 'Pluribus' Season 1, Apple TV executive Eddy Cue revealed that he has not yet seen any scripts for Season 2. Despite this, he assures that the scripts are currently in development under the guidance of show creator Vince Gilligan. The delay raises concerns about a potential three-year gap before the show's return, possibly not until late 2028.</w:t>
      </w:r>
      <w:r/>
    </w:p>
    <w:p>
      <w:pPr>
        <w:pStyle w:val="ListNumber"/>
        <w:spacing w:line="240" w:lineRule="auto"/>
        <w:ind w:left="720"/>
      </w:pPr>
      <w:r/>
      <w:hyperlink r:id="rId12">
        <w:r>
          <w:rPr>
            <w:color w:val="0000EE"/>
            <w:u w:val="single"/>
          </w:rPr>
          <w:t>https://www.gamesradar.com/entertainment/sci-fi-movies/sorry-severance-pluribus-is-now-apple-tvs-most-watched-show/</w:t>
        </w:r>
      </w:hyperlink>
      <w:r>
        <w:t xml:space="preserve"> - Apple TV's 'Pluribus,' created by Vince Gilligan, has become the most-watched show in the streamer's history, surpassing previous record-holders 'Severance' and 'Ted Lasso.' The announcement was made creatively within the show, with a scene featuring Rhea Seehorn's character, Carol, lighting fireworks with an on-screen message: 'Congratulations, Carol.' The series follows Carol Sturka, one of the few remaining individuals not assimilated into a global hive mind.</w:t>
      </w:r>
      <w:r/>
    </w:p>
    <w:p>
      <w:pPr>
        <w:pStyle w:val="ListNumber"/>
        <w:spacing w:line="240" w:lineRule="auto"/>
        <w:ind w:left="720"/>
      </w:pPr>
      <w:r/>
      <w:hyperlink r:id="rId11">
        <w:r>
          <w:rPr>
            <w:color w:val="0000EE"/>
            <w:u w:val="single"/>
          </w:rPr>
          <w:t>https://www.space.com/entertainment/space-movies-shows/the-best-sci-fi-tv-shows-of-2025</w:t>
        </w:r>
      </w:hyperlink>
      <w:r>
        <w:t xml:space="preserve"> - Space.com presents a ranking of the top 12 science fiction television series of 2025. Topping the list is 'Andor' Season 2, praised for its tense political storytelling and emotional depth, followed by 'Pluribus,' a surreal alien invasion story with a twist—kindness becomes contagious. The article also highlights other highly rated shows and notes that Apple TV+ had a strong year with standout originals like 'Murderbot' and 'Silo' Season 2.</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gomag.com/article/17-recent-tv-shows-with-lesbian-characters-over-40-you-need-to-watch/" TargetMode="External"/><Relationship Id="rId10" Type="http://schemas.openxmlformats.org/officeDocument/2006/relationships/hyperlink" Target="https://www.apple.com/tv-pr/news/2025/07/apple-tv-unveils-first-look-at-vince-gilligans-new-science-fiction-drama-pluribus-starring-emmy-award-nominee-rhea-seehorn/" TargetMode="External"/><Relationship Id="rId11" Type="http://schemas.openxmlformats.org/officeDocument/2006/relationships/hyperlink" Target="https://www.space.com/entertainment/space-movies-shows/the-best-sci-fi-tv-shows-of-2025" TargetMode="External"/><Relationship Id="rId12" Type="http://schemas.openxmlformats.org/officeDocument/2006/relationships/hyperlink" Target="https://www.gamesradar.com/entertainment/sci-fi-movies/sorry-severance-pluribus-is-now-apple-tvs-most-watched-show/" TargetMode="External"/><Relationship Id="rId13" Type="http://schemas.openxmlformats.org/officeDocument/2006/relationships/hyperlink" Target="https://www.gamesradar.com/entertainment/sci-fi-movies/9-months-after-season-1-apple-tv-boss-still-hasnt-seen-any-pluribus-season-2-scripts-but-theyre-being-worked-on/" TargetMode="External"/><Relationship Id="rId14" Type="http://schemas.openxmlformats.org/officeDocument/2006/relationships/hyperlink" Target="https://www.mactech.com/2026/01/23/apple-tvs-pluribus-hits-a-new-streaming-high/"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