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Shows of 2026 from the Dorian TV Awards — winners, surprises and why Heated Rivalry led the pack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streaming nights and awards-watchers alike have been tuning in as the Society of LGBTQ Entertainment Critics unveiled the 18th Dorian TV Awards winners , a mix of crowd-pleasers and daring indie voices. Here’s who won, why Heated Rivalry and Hacks stood out, and what the results say about queer storytelling on TV right now.</w:t>
      </w:r>
      <w:r/>
    </w:p>
    <w:p>
      <w:r/>
      <w:r>
        <w:t>Essential Takeaways</w:t>
      </w:r>
      <w:r/>
      <w:r/>
    </w:p>
    <w:p>
      <w:pPr>
        <w:pStyle w:val="ListBullet"/>
        <w:spacing w:line="240" w:lineRule="auto"/>
        <w:ind w:left="720"/>
      </w:pPr>
      <w:r/>
      <w:r>
        <w:rPr>
          <w:b/>
        </w:rPr>
        <w:t>Big winner:</w:t>
      </w:r>
      <w:r>
        <w:t xml:space="preserve"> Heated Rivalry took Best TV Drama and Best LGBTQ TV Show, and François Arnaud won Best Supporting TV Performance , the series also earned a Trailblazer honour for creator Jacob Tierney. </w:t>
      </w:r>
      <w:r/>
    </w:p>
    <w:p>
      <w:pPr>
        <w:pStyle w:val="ListBullet"/>
        <w:spacing w:line="240" w:lineRule="auto"/>
        <w:ind w:left="720"/>
      </w:pPr>
      <w:r/>
      <w:r>
        <w:rPr>
          <w:b/>
        </w:rPr>
        <w:t>Comedy crown:</w:t>
      </w:r>
      <w:r>
        <w:t xml:space="preserve"> Hacks won Best TV Comedy and Best Written TV Show, while Jean Smart scored her third straight Best Comedy TV Performance. </w:t>
      </w:r>
      <w:r/>
    </w:p>
    <w:p>
      <w:pPr>
        <w:pStyle w:val="ListBullet"/>
        <w:spacing w:line="240" w:lineRule="auto"/>
        <w:ind w:left="720"/>
      </w:pPr>
      <w:r/>
      <w:r>
        <w:rPr>
          <w:b/>
        </w:rPr>
        <w:t>Diverse slate:</w:t>
      </w:r>
      <w:r>
        <w:t xml:space="preserve"> Winners span mainstream hits and niche gems , from Squid Game landing Best Non-English Show to Lilith Fair: Building a Mystery winning LGBTQ documentary. </w:t>
      </w:r>
      <w:r/>
    </w:p>
    <w:p>
      <w:pPr>
        <w:pStyle w:val="ListBullet"/>
        <w:spacing w:line="240" w:lineRule="auto"/>
        <w:ind w:left="720"/>
      </w:pPr>
      <w:r/>
      <w:r>
        <w:rPr>
          <w:b/>
        </w:rPr>
        <w:t>Special honours:</w:t>
      </w:r>
      <w:r>
        <w:t xml:space="preserve"> Lisa Kudrow was named a GALECA TV Icon and Hannah Einbinder received the Wilde Wit Award, signalling respect for both legacy and fresh voices. </w:t>
      </w:r>
      <w:r/>
      <w:r/>
    </w:p>
    <w:p>
      <w:pPr>
        <w:pStyle w:val="Heading2"/>
      </w:pPr>
      <w:r>
        <w:t>Heated Rivalry’s sweep tells a wider story about emotional range</w:t>
      </w:r>
      <w:r/>
    </w:p>
    <w:p>
      <w:r/>
      <w:r>
        <w:t>Heated Rivalry’s wins , Best TV Drama and Best LGBTQ TV Show , aren’t just trophies, they’re a statement about appetite for big, messy, heartfelt storytelling. The show’s win for François Arnaud as best supporting actor underlines how performance and chemistry can lift a series from buzzy to beloved. According to critics on the Dorian panel, the series’ swooning devotion and tender complexity resonated in a year that favoured nuance. Viewers will notice the show’s warm textures and intense beats; it’s the kind of drama that sticks with you after the credits roll. If you’re picking a must-watch from the winners list, start here , and consider watching with subtitles on for quieter moments you might otherwise miss. For households with sensitive viewers, know that the series leans into emotional heat rather than shock value.</w:t>
      </w:r>
      <w:r/>
    </w:p>
    <w:p>
      <w:pPr>
        <w:pStyle w:val="Heading2"/>
      </w:pPr>
      <w:r>
        <w:t>Hacks keeps proving it’s the comedy to beat</w:t>
      </w:r>
      <w:r/>
    </w:p>
    <w:p>
      <w:r/>
      <w:r>
        <w:t>Hacks scooped Best TV Comedy and Best Written TV Show, and Jean Smart’s third consecutive win for Best Comedy TV Performance confirms the series’ consistent quality. There’s a grounded, dry humour to Hacks that feels both sharp and comfortingly familiar. GALECA’s nod for writing highlights how craft , tight dialogue, character work and pacing , still wins awards. For comedy fans choosing what to binge, Hacks is a reminder that sitcom tone can be smart and substantial. If you love character-driven laughs, watch the pilot and then stick around: the payoff is in recurring details and performances that age like fine cheese.</w:t>
      </w:r>
      <w:r/>
    </w:p>
    <w:p>
      <w:pPr>
        <w:pStyle w:val="Heading2"/>
      </w:pPr>
      <w:r>
        <w:t>Non-English and queer-language categories show range beyond English-language drama</w:t>
      </w:r>
      <w:r/>
    </w:p>
    <w:p>
      <w:r/>
      <w:r>
        <w:t>Squid Game topped Best Non-English Language TV Show, while The Boyfriend won Best LGBTQ Non-English Language TV Show. These wins reflect how international storytelling continues to break through mainstream awards conversations. GALECA’s picks suggest voters are valuing both spectacle and intimate queer narratives, so expect more streaming platforms to promote subtitled content heavily. For viewers new to non-English shows, start with an acclaimed title and give subtitles a fair go , you’ll likely find emotional honesty that transcends language. This trend also nudges producers: diverse-language projects now have tangible awards momentum, which can attract talent and investment.</w:t>
      </w:r>
      <w:r/>
    </w:p>
    <w:p>
      <w:pPr>
        <w:pStyle w:val="Heading2"/>
      </w:pPr>
      <w:r>
        <w:t>Documentary and unsung winners reveal cultural memory work</w:t>
      </w:r>
      <w:r/>
    </w:p>
    <w:p>
      <w:r/>
      <w:r>
        <w:t>Lilith Fair: Building a Mystery won Best LGBTQ TV Documentary, while Boots was named Best Unsung TV Show. Those selections point to an appetite for reclamation and forgotten histories , viewers and critics are rewarding shows that dig into community memory and overlooked stories. Documentary wins like these matter because they preserve cultural touchstones and open conversations. If you enjoy music history and feminist reclamation, the Lilith Fair documentary is a strong pick. For those hunting hidden gems, the Unsung category is an invitation to explore beyond the headline winners.</w:t>
      </w:r>
      <w:r/>
    </w:p>
    <w:p>
      <w:pPr>
        <w:pStyle w:val="Heading2"/>
      </w:pPr>
      <w:r>
        <w:t>Special honours and what they mean for careers and culture</w:t>
      </w:r>
      <w:r/>
    </w:p>
    <w:p>
      <w:r/>
      <w:r>
        <w:t>GALECA awarded Jacob Tierney the LGBTQIA+ TV Trailblazer honour, Lisa Kudrow a TV Icon award for The Comeback, and Hannah Einbinder the Wilde Wit Award. These career recognitions bridge new talent and established figures, signalling both continuity and change in queer representation. The Trailblazer mention, in particular, links creative leadership to social impact: it’s a reminder that awards today reward not just single-season success but influence on empathy and equity. For industry watchers, these honours can forecast future projects and collaborations to watch. If you’re industry-minded, note who’s being lifted , it often predicts who will get greenlit next.</w:t>
      </w:r>
      <w:r/>
    </w:p>
    <w:p>
      <w:r/>
      <w:r>
        <w:t>It's a small change that can make every watchlist more interesting.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4">
        <w:r>
          <w:rPr>
            <w:color w:val="0000EE"/>
            <w:u w:val="single"/>
          </w:rPr>
          <w:t>[4]</w:t>
        </w:r>
      </w:hyperlink>
      <w:r>
        <w:t xml:space="preserve">, </w:t>
      </w:r>
      <w:hyperlink r:id="rId12">
        <w:r>
          <w:rPr>
            <w:color w:val="0000EE"/>
            <w:u w:val="single"/>
          </w:rPr>
          <w:t>[5]</w:t>
        </w:r>
      </w:hyperlink>
      <w:r>
        <w:t xml:space="preserve">- Paragraph 5: </w:t>
      </w:r>
      <w:hyperlink r:id="rId15">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https://www.hollywoodreporter.com/tv/tv-news/2026-galeca-dorian-tv-awards-winners-1236673379/</w:t>
        </w:r>
      </w:hyperlink>
      <w:r>
        <w:t xml:space="preserve"> - Please view link - unable to able to access data</w:t>
      </w:r>
      <w:r/>
    </w:p>
    <w:p>
      <w:pPr>
        <w:pStyle w:val="ListNumber"/>
        <w:spacing w:line="240" w:lineRule="auto"/>
        <w:ind w:left="720"/>
      </w:pPr>
      <w:r/>
      <w:hyperlink r:id="rId10">
        <w:r>
          <w:rPr>
            <w:color w:val="0000EE"/>
            <w:u w:val="single"/>
          </w:rPr>
          <w:t>https://www.tvinsider.com/1270467/galeca-2026-dorian-tv-awards-nominees-heated-rivalry-hacks-pluribus-widows-bay/</w:t>
        </w:r>
      </w:hyperlink>
      <w:r>
        <w:t xml:space="preserve"> - The 2026 Dorian TV Awards nominations have been announced by GALECA: The Society of LGBTQ Entertainment Critics. Leading the nominations are 'Heated Rivalry' and 'Hacks,' both securing multiple nods across major categories, including Best TV Drama and Best TV Comedy. Other notable nominees include 'Pluribus' and 'Half Man.' GALECA Vice President Gerrick Kennedy highlighted the significance of these queer-centric shows, stating, 'The shows leading our nominations this year—Heated Rivalry, Hacks, Pluribus, and Half Man—aren’t just excellent television, they’re queer at their core.' (</w:t>
      </w:r>
      <w:hyperlink r:id="rId16">
        <w:r>
          <w:rPr>
            <w:color w:val="0000EE"/>
            <w:u w:val="single"/>
          </w:rPr>
          <w:t>tvinsider.com</w:t>
        </w:r>
      </w:hyperlink>
      <w:r>
        <w:t>)</w:t>
      </w:r>
      <w:r/>
    </w:p>
    <w:p>
      <w:pPr>
        <w:pStyle w:val="ListNumber"/>
        <w:spacing w:line="240" w:lineRule="auto"/>
        <w:ind w:left="720"/>
      </w:pPr>
      <w:r/>
      <w:hyperlink r:id="rId15">
        <w:r>
          <w:rPr>
            <w:color w:val="0000EE"/>
            <w:u w:val="single"/>
          </w:rPr>
          <w:t>https://thecontending.com/galeca-tv-noms-2026/</w:t>
        </w:r>
      </w:hyperlink>
      <w:r>
        <w:t xml:space="preserve"> - GALECA: The Society of LGBTQ Entertainment Critics has unveiled the nominees for the 17th Dorian TV Awards. 'Heated Rivalry' and 'Hacks' lead the nominations, with both series receiving multiple nods in major categories such as Best TV Drama and Best TV Comedy. Other contenders include 'Pluribus' and 'Half Man.' GALECA Vice President Gerrick Kennedy emphasized the importance of these queer-focused narratives, remarking, 'The shows leading our nominations this year—Heated Rivalry, Hacks, Pluribus, and Half Man—aren’t just excellent television, they’re queer at their core.' (</w:t>
      </w:r>
      <w:hyperlink r:id="rId17">
        <w:r>
          <w:rPr>
            <w:color w:val="0000EE"/>
            <w:u w:val="single"/>
          </w:rPr>
          <w:t>thecontending.com</w:t>
        </w:r>
      </w:hyperlink>
      <w:r>
        <w:t>)</w:t>
      </w:r>
      <w:r/>
    </w:p>
    <w:p>
      <w:pPr>
        <w:pStyle w:val="ListNumber"/>
        <w:spacing w:line="240" w:lineRule="auto"/>
        <w:ind w:left="720"/>
      </w:pPr>
      <w:r/>
      <w:hyperlink r:id="rId14">
        <w:r>
          <w:rPr>
            <w:color w:val="0000EE"/>
            <w:u w:val="single"/>
          </w:rPr>
          <w:t>https://www.escribiendocine.com/noticias/2026/06/19/23305-todos-los-nominados-a-los-dorian-tv-awards-los-premios-de-la-critica-lgbtiq</w:t>
        </w:r>
      </w:hyperlink>
      <w:r>
        <w:t xml:space="preserve"> - The 2026 Dorian TV Awards nominations have been announced by GALECA: The Society of LGBTQ Entertainment Critics. 'Heated Rivalry' leads with seven major nominations, including Best TV Drama and Best Written TV Show. Other prominent nominees are 'Hacks,' 'Pluribus,' and 'Half Man.' GALECA Vice President Gerrick Kennedy noted, 'The shows leading our nominations this year—Heated Rivalry, Hacks, Pluribus, and Half Man—aren’t just excellent television, they’re queer at their core.' (</w:t>
      </w:r>
      <w:hyperlink r:id="rId18">
        <w:r>
          <w:rPr>
            <w:color w:val="0000EE"/>
            <w:u w:val="single"/>
          </w:rPr>
          <w:t>escribiendocine.com</w:t>
        </w:r>
      </w:hyperlink>
      <w:r>
        <w:t>)</w:t>
      </w:r>
      <w:r/>
    </w:p>
    <w:p>
      <w:pPr>
        <w:pStyle w:val="ListNumber"/>
        <w:spacing w:line="240" w:lineRule="auto"/>
        <w:ind w:left="720"/>
      </w:pPr>
      <w:r/>
      <w:hyperlink r:id="rId12">
        <w:r>
          <w:rPr>
            <w:color w:val="0000EE"/>
            <w:u w:val="single"/>
          </w:rPr>
          <w:t>https://thequeerreview.com/2026/06/17/lgbtq-critics-announce-2026-dorian-tv-award-nominations-heated-rivalry-hacks-lead/amp/</w:t>
        </w:r>
      </w:hyperlink>
      <w:r>
        <w:t xml:space="preserve"> - GALECA: The Society of LGBTQ Entertainment Critics has announced the nominees for the 17th Dorian TV Awards. 'Heated Rivalry' and 'Hacks' lead the nominations, with both series receiving multiple nods in major categories such as Best TV Drama and Best TV Comedy. Other contenders include 'Pluribus' and 'Half Man.' GALECA Vice President Gerrick Kennedy emphasized the importance of these queer-focused narratives, stating, 'The shows leading our nominations this year—Heated Rivalry, Hacks, Pluribus, and Half Man—aren’t just excellent television, they’re queer at their core.' (</w:t>
      </w:r>
      <w:hyperlink r:id="rId19">
        <w:r>
          <w:rPr>
            <w:color w:val="0000EE"/>
            <w:u w:val="single"/>
          </w:rPr>
          <w:t>thequeerreview.com</w:t>
        </w:r>
      </w:hyperlink>
      <w:r>
        <w:t>)</w:t>
      </w:r>
      <w:r/>
    </w:p>
    <w:p>
      <w:pPr>
        <w:pStyle w:val="ListNumber"/>
        <w:spacing w:line="240" w:lineRule="auto"/>
        <w:ind w:left="720"/>
      </w:pPr>
      <w:r/>
      <w:hyperlink r:id="rId13">
        <w:r>
          <w:rPr>
            <w:color w:val="0000EE"/>
            <w:u w:val="single"/>
          </w:rPr>
          <w:t>https://gurlculture.com/2026/07/05/heated-rivalry-hacks-the-pitt-lead-lgbtq-entertainment-critics-tv-award-nominations/</w:t>
        </w:r>
      </w:hyperlink>
      <w:r>
        <w:t xml:space="preserve"> - GALECA: The Society of LGBTQ Entertainment Critics has announced the frontrunners for the 2026 Dorian Television Awards. 'Heated Rivalry' leads with seven major nominations, including Best TV Drama and Best Written TV Show. Other prominent nominees are 'Hacks,' 'Pluribus,' and 'Half Man.' GALECA Vice President Gerrick Kennedy highlighted the significance of these queer-centric shows, stating, 'The shows leading our nominations this year—Heated Rivalry, Hacks, Pluribus, and Half Man—aren’t just excellent television, they’re queer at their core.' (</w:t>
      </w:r>
      <w:hyperlink r:id="rId20">
        <w:r>
          <w:rPr>
            <w:color w:val="0000EE"/>
            <w:u w:val="single"/>
          </w:rPr>
          <w:t>gurlculture.com</w:t>
        </w:r>
      </w:hyperlink>
      <w:r>
        <w:t>)</w:t>
      </w:r>
      <w:r/>
    </w:p>
    <w:p>
      <w:pPr>
        <w:pStyle w:val="ListNumber"/>
        <w:spacing w:line="240" w:lineRule="auto"/>
        <w:ind w:left="720"/>
      </w:pPr>
      <w:r/>
      <w:hyperlink r:id="rId11">
        <w:r>
          <w:rPr>
            <w:color w:val="0000EE"/>
            <w:u w:val="single"/>
          </w:rPr>
          <w:t>https://www.tvline.com/2141797/critics-choice-lgbtq-awards-2026-winners-heated-rivalry/</w:t>
        </w:r>
      </w:hyperlink>
      <w:r>
        <w:t xml:space="preserve"> - The Critics Choice Association's Celebration of LGBTQ+ Cinema &amp; Television has announced its honorees for 2026. 'Heated Rivalry' writer and director Jacob Tierney will receive the Showrunner Award for his work on the show. 'Stranger Things' star Noah Schnapp will receive the Breakthrough Performance Award for his portrayal of Will Byers. 'Hacks' star Hannah Einbinder will receive the Performance Award for a Comedy Series for her role as Ava. Other honorees include Brandon Scott Jones, Bre-Z, and the cast of 'Star Trek: Starfleet Academy.' (</w:t>
      </w:r>
      <w:hyperlink r:id="rId21">
        <w:r>
          <w:rPr>
            <w:color w:val="0000EE"/>
            <w:u w:val="single"/>
          </w:rPr>
          <w:t>tvline.com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ollywoodreporter.com/tv/tv-news/2026-galeca-dorian-tv-awards-winners-1236673379/" TargetMode="External"/><Relationship Id="rId10" Type="http://schemas.openxmlformats.org/officeDocument/2006/relationships/hyperlink" Target="https://www.tvinsider.com/1270467/galeca-2026-dorian-tv-awards-nominees-heated-rivalry-hacks-pluribus-widows-bay/" TargetMode="External"/><Relationship Id="rId11" Type="http://schemas.openxmlformats.org/officeDocument/2006/relationships/hyperlink" Target="https://www.tvline.com/2141797/critics-choice-lgbtq-awards-2026-winners-heated-rivalry/" TargetMode="External"/><Relationship Id="rId12" Type="http://schemas.openxmlformats.org/officeDocument/2006/relationships/hyperlink" Target="https://thequeerreview.com/2026/06/17/lgbtq-critics-announce-2026-dorian-tv-award-nominations-heated-rivalry-hacks-lead/amp/" TargetMode="External"/><Relationship Id="rId13" Type="http://schemas.openxmlformats.org/officeDocument/2006/relationships/hyperlink" Target="https://gurlculture.com/2026/07/05/heated-rivalry-hacks-the-pitt-lead-lgbtq-entertainment-critics-tv-award-nominations/" TargetMode="External"/><Relationship Id="rId14" Type="http://schemas.openxmlformats.org/officeDocument/2006/relationships/hyperlink" Target="https://www.escribiendocine.com/noticias/2026/06/19/23305-todos-los-nominados-a-los-dorian-tv-awards-los-premios-de-la-critica-lgbtiq" TargetMode="External"/><Relationship Id="rId15" Type="http://schemas.openxmlformats.org/officeDocument/2006/relationships/hyperlink" Target="https://thecontending.com/galeca-tv-noms-2026/" TargetMode="External"/><Relationship Id="rId16" Type="http://schemas.openxmlformats.org/officeDocument/2006/relationships/hyperlink" Target="https://www.tvinsider.com/1270467/galeca-2026-dorian-tv-awards-nominees-heated-rivalry-hacks-pluribus-widows-bay/?utm_source=openai" TargetMode="External"/><Relationship Id="rId17" Type="http://schemas.openxmlformats.org/officeDocument/2006/relationships/hyperlink" Target="https://thecontending.com/galeca-tv-noms-2026/?utm_source=openai" TargetMode="External"/><Relationship Id="rId18" Type="http://schemas.openxmlformats.org/officeDocument/2006/relationships/hyperlink" Target="https://www.escribiendocine.com/noticias/2026/06/19/23305-todos-los-nominados-a-los-dorian-tv-awards-los-premios-de-la-critica-lgbtiq?utm_source=openai" TargetMode="External"/><Relationship Id="rId19" Type="http://schemas.openxmlformats.org/officeDocument/2006/relationships/hyperlink" Target="https://thequeerreview.com/2026/06/17/lgbtq-critics-announce-2026-dorian-tv-award-nominations-heated-rivalry-hacks-lead/amp/?utm_source=openai" TargetMode="External"/><Relationship Id="rId20" Type="http://schemas.openxmlformats.org/officeDocument/2006/relationships/hyperlink" Target="https://gurlculture.com/2026/07/05/heated-rivalry-hacks-the-pitt-lead-lgbtq-entertainment-critics-tv-award-nominations/?utm_source=openai" TargetMode="External"/><Relationship Id="rId21" Type="http://schemas.openxmlformats.org/officeDocument/2006/relationships/hyperlink" Target="https://www.tvline.com/2141797/critics-choice-lgbtq-awards-2026-winners-heated-rivalr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