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Sexy Songs to Play for Solo Pleasure: Lesbian and Queer Artist Picks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soundtracks are turning to queer artists for sensual, playlist-ready tracks; readers who want mood music for solo sex will find eight sapphic-made songs that range from smokey sixties cool to slick modern R&amp;B, chosen for feeling, rhythm and intimacy.</w:t>
      </w:r>
      <w:r/>
    </w:p>
    <w:p>
      <w:r/>
      <w:r>
        <w:t>Essential Takeaways</w:t>
      </w:r>
      <w:r/>
      <w:r/>
    </w:p>
    <w:p>
      <w:pPr>
        <w:pStyle w:val="ListBullet"/>
        <w:spacing w:line="240" w:lineRule="auto"/>
        <w:ind w:left="720"/>
      </w:pPr>
      <w:r/>
      <w:r>
        <w:rPr>
          <w:b/>
        </w:rPr>
        <w:t>Varied moods:</w:t>
      </w:r>
      <w:r>
        <w:t xml:space="preserve"> Picks run from slow, cosy folk to pulsing electro-R&amp;B, so you can match tempo to technique. </w:t>
      </w:r>
      <w:r/>
    </w:p>
    <w:p>
      <w:pPr>
        <w:pStyle w:val="ListBullet"/>
        <w:spacing w:line="240" w:lineRule="auto"/>
        <w:ind w:left="720"/>
      </w:pPr>
      <w:r/>
      <w:r>
        <w:rPr>
          <w:b/>
        </w:rPr>
        <w:t>Sensual vocals:</w:t>
      </w:r>
      <w:r>
        <w:t xml:space="preserve"> Many songs feature breathy, emotive singing that feels intimate and immediate. </w:t>
      </w:r>
      <w:r/>
    </w:p>
    <w:p>
      <w:pPr>
        <w:pStyle w:val="ListBullet"/>
        <w:spacing w:line="240" w:lineRule="auto"/>
        <w:ind w:left="720"/>
      </w:pPr>
      <w:r/>
      <w:r>
        <w:rPr>
          <w:b/>
        </w:rPr>
        <w:t>Groove and bass:</w:t>
      </w:r>
      <w:r>
        <w:t xml:space="preserve"> Tracks like Oxytocin bring a low-end hum that’s easy to sync with movement. </w:t>
      </w:r>
      <w:r/>
    </w:p>
    <w:p>
      <w:pPr>
        <w:pStyle w:val="ListBullet"/>
        <w:spacing w:line="240" w:lineRule="auto"/>
        <w:ind w:left="720"/>
      </w:pPr>
      <w:r/>
      <w:r>
        <w:rPr>
          <w:b/>
        </w:rPr>
        <w:t>Comfort and safety:</w:t>
      </w:r>
      <w:r>
        <w:t xml:space="preserve"> Softer numbers offer a calm, candlelit vibe, ideal for relaxed Sunday sessions. </w:t>
      </w:r>
      <w:r/>
    </w:p>
    <w:p>
      <w:pPr>
        <w:pStyle w:val="ListBullet"/>
        <w:spacing w:line="240" w:lineRule="auto"/>
        <w:ind w:left="720"/>
      </w:pPr>
      <w:r/>
      <w:r>
        <w:rPr>
          <w:b/>
        </w:rPr>
        <w:t>Playful options:</w:t>
      </w:r>
      <w:r>
        <w:t xml:space="preserve"> Poppier picks keep things cheeky and upbeat when you want energy rather than ambience.</w:t>
      </w:r>
      <w:r/>
      <w:r/>
    </w:p>
    <w:p>
      <w:pPr>
        <w:pStyle w:val="Heading2"/>
      </w:pPr>
      <w:r>
        <w:t>Why queer artists make great solo-sex soundtracks</w:t>
      </w:r>
      <w:r/>
    </w:p>
    <w:p>
      <w:r/>
      <w:r>
        <w:t>There’s something electric about songs written from queer perspectives; the feeling often lands as both personal and permission-giving. The lead list includes Billie Eilish, girl in red and Dusty Springfield , names that signal a mix of modern intimacy and classic cool. According to album write-ups and fan pages, these tracks tend to lean into texture and atmosphere, which matters when you want music that holds, not distracts. If you’re curating a session, think about whether you want rhythm to match your breathing or something slow that lets sensations lead.</w:t>
      </w:r>
      <w:r/>
    </w:p>
    <w:p>
      <w:pPr>
        <w:pStyle w:val="Heading2"/>
      </w:pPr>
      <w:r>
        <w:t>Billie Eilish’s Oxytocin: bassy and tactile</w:t>
      </w:r>
      <w:r/>
    </w:p>
    <w:p>
      <w:r/>
      <w:r>
        <w:t>Billie’s track is singled out for its wet, urgent production and low bassline that’s easy to follow with your body. Fans and music write-ups note the song’s pulsing rhythm and husky vocal delivery make it an “optimal” anthem for solo play. Practically, it’s a good starter on a playlist when you want momentum: set the volume so the bass is felt rather than just heard, and let the beat guide pacing.</w:t>
      </w:r>
      <w:r/>
    </w:p>
    <w:p>
      <w:pPr>
        <w:pStyle w:val="Heading2"/>
      </w:pPr>
      <w:r>
        <w:t>girl in red’s bad idea!: impulsive and raw</w:t>
      </w:r>
      <w:r/>
    </w:p>
    <w:p>
      <w:r/>
      <w:r>
        <w:t>Norwegian artist girl in red captures reckless desire on bad idea!, a song that reads as immediate and slightly dangerous , ideal if you want to lean into abandon. Reviews and fan pages describe the lyrics as candid about temptation, which can be liberating to hear while you’re focused on yourself. Tip: add this one when you want emotional intensity rather than polished gloss; it’s great for quick, hot bursts in a set.</w:t>
      </w:r>
      <w:r/>
    </w:p>
    <w:p>
      <w:pPr>
        <w:pStyle w:val="Heading2"/>
      </w:pPr>
      <w:r>
        <w:t>Sleek R&amp;B and indie grooves: King Princess, The Internet and LP</w:t>
      </w:r>
      <w:r/>
    </w:p>
    <w:p>
      <w:r/>
      <w:r>
        <w:t>King Princess’s Pussy Is God brings laid-back, sultry R&amp;B that manages playful swagger and smoothness at once. The Internet offers warm, slow-burning grooves that sit perfectly under quiet, unhurried sessions. LP’s Tightrope gives dramatic, cinematic vocals that make solo time feel theatrical , perfect for those moments when you want to indulge in full-on feeling. Use these tracks to shift vibe mid-play: from teasing to deep immersion.</w:t>
      </w:r>
      <w:r/>
    </w:p>
    <w:p>
      <w:pPr>
        <w:pStyle w:val="Heading2"/>
      </w:pPr>
      <w:r>
        <w:t>Folk softness and sixties chic: Brandi Carlile and Dusty Springfield</w:t>
      </w:r>
      <w:r/>
    </w:p>
    <w:p>
      <w:r/>
      <w:r>
        <w:t>If you want calm, tender and a little nostalgic, Brandi Carlile’s Heart’s Content is the kind of acoustic, cosy song that invites touch and lingering. On the opposite side of the vintage spectrum, Dusty Springfield’s Spooky supplies that smoky sixties sound , cool, chic and slightly distant, like a dimly lit jazz bar. Both are excellent choices for winding down or creating an intimate, candlelit atmosphere.</w:t>
      </w:r>
      <w:r/>
    </w:p>
    <w:p>
      <w:pPr>
        <w:pStyle w:val="Heading2"/>
      </w:pPr>
      <w:r>
        <w:t>Pop energy and cheeky fun: Reneé Rapp</w:t>
      </w:r>
      <w:r/>
    </w:p>
    <w:p>
      <w:r/>
      <w:r>
        <w:t>For when you want upbeat, poppy electricity, Reneé Rapp’s Kiss It Kiss It delivers catchy hooks and a playful tone that can turn an orgasm into a mini celebration. It’s bright, fizzy and fun , a reminder that solo sex can be cheeky as well as profound. Drop it in when you want to shift from serious mood music to something more buoyant.</w:t>
      </w:r>
      <w:r/>
    </w:p>
    <w:p>
      <w:r/>
      <w:r>
        <w:t>Closing Line</w:t>
      </w:r>
      <w:r/>
    </w:p>
    <w:p>
      <w:r/>
      <w:r>
        <w:t>Try a short mix that moves from slow to fast, and let these queer artists soundtrack your solo exploration , small changes can make every session feel more intentional.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[6]</w:t>
        </w:r>
      </w:hyperlink>
      <w:r>
        <w:t xml:space="preserve">, </w:t>
      </w:r>
      <w:hyperlink r:id="rId12">
        <w:r>
          <w:rPr>
            <w:color w:val="0000EE"/>
            <w:u w:val="single"/>
          </w:rPr>
          <w:t>[7]</w:t>
        </w:r>
      </w:hyperlink>
      <w:r>
        <w:t xml:space="preserve">- Paragraph 3: </w:t>
      </w:r>
      <w:hyperlink r:id="rId9">
        <w:r>
          <w:rPr>
            <w:color w:val="0000EE"/>
            <w:u w:val="single"/>
          </w:rPr>
          <w:t>[6]</w:t>
        </w:r>
      </w:hyperlink>
      <w:r>
        <w:t xml:space="preserve">, </w:t>
      </w:r>
      <w:hyperlink r:id="rId13">
        <w:r>
          <w:rPr>
            <w:color w:val="0000EE"/>
            <w:u w:val="single"/>
          </w:rPr>
          <w:t>[4]</w:t>
        </w:r>
      </w:hyperlink>
      <w:r>
        <w:t xml:space="preserve">- Paragraph 4: </w:t>
      </w:r>
      <w:hyperlink r:id="rId9">
        <w:r>
          <w:rPr>
            <w:color w:val="0000EE"/>
            <w:u w:val="single"/>
          </w:rPr>
          <w:t>[6]</w:t>
        </w:r>
      </w:hyperlink>
      <w:r>
        <w:t xml:space="preserve">, </w:t>
      </w:r>
      <w:hyperlink r:id="rId14">
        <w:r>
          <w:rPr>
            <w:color w:val="0000EE"/>
            <w:u w:val="single"/>
          </w:rPr>
          <w:t>[5]</w:t>
        </w:r>
      </w:hyperlink>
      <w:r>
        <w:t xml:space="preserve">- Paragraph 5: </w:t>
      </w:r>
      <w:hyperlink r:id="rId9">
        <w:r>
          <w:rPr>
            <w:color w:val="0000EE"/>
            <w:u w:val="single"/>
          </w:rPr>
          <w:t>[6]</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https://diva-magazine.com/2026/08/14/songs-to-masturbate-to/?utm_source=rss&amp;utm_medium=rss&amp;utm_campaign=songs-to-masturbate-to</w:t>
        </w:r>
      </w:hyperlink>
      <w:r>
        <w:t xml:space="preserve"> - Please view link - unable to able to access data</w:t>
      </w:r>
      <w:r/>
    </w:p>
    <w:p>
      <w:pPr>
        <w:pStyle w:val="ListNumber"/>
        <w:spacing w:line="240" w:lineRule="auto"/>
        <w:ind w:left="720"/>
      </w:pPr>
      <w:r/>
      <w:hyperlink r:id="rId10">
        <w:r>
          <w:rPr>
            <w:color w:val="0000EE"/>
            <w:u w:val="single"/>
          </w:rPr>
          <w:t>https://en.wikipedia.org/wiki/Oxytocin_%28song%29</w:t>
        </w:r>
      </w:hyperlink>
      <w:r>
        <w:t xml:space="preserve"> - 'Oxytocin' is a track by American singer-songwriter Billie Eilish from her second studio album, 'Happier Than Ever', released on July 30, 2021. The song, co-written with her brother Finneas O'Connell, features genres like EDM, electronica, electropop, industrial pop, and techno. Eilish aimed to create a live performance that would be 'insane', envisioning sexual imagery in the lyrics. Critics have described the song as 'horny', 'upbeat', and Eilish's 'sexiest song yet'. (</w:t>
      </w:r>
      <w:hyperlink r:id="rId15">
        <w:r>
          <w:rPr>
            <w:color w:val="0000EE"/>
            <w:u w:val="single"/>
          </w:rPr>
          <w:t>en.wikipedia.org</w:t>
        </w:r>
      </w:hyperlink>
      <w:r>
        <w:t>)</w:t>
      </w:r>
      <w:r/>
    </w:p>
    <w:p>
      <w:pPr>
        <w:pStyle w:val="ListNumber"/>
        <w:spacing w:line="240" w:lineRule="auto"/>
        <w:ind w:left="720"/>
      </w:pPr>
      <w:r/>
      <w:hyperlink r:id="rId11">
        <w:r>
          <w:rPr>
            <w:color w:val="0000EE"/>
            <w:u w:val="single"/>
          </w:rPr>
          <w:t>https://girl-in-red.fandom.com/wiki/Bad_Idea%21</w:t>
        </w:r>
      </w:hyperlink>
      <w:r>
        <w:t xml:space="preserve"> - 'Bad Idea!' is a single by Norwegian queer artist girl in red, released on September 4, 2019, as part of the album 'Beginnings'. The song blends alternative rock, indie pop, grunge, and pop-punk genres. The lyrics narrate a strong and impulsive desire leading to decisions that might be regretted later, aligning with the theme of losing oneself in lust. (</w:t>
      </w:r>
      <w:hyperlink r:id="rId16">
        <w:r>
          <w:rPr>
            <w:color w:val="0000EE"/>
            <w:u w:val="single"/>
          </w:rPr>
          <w:t>girl-in-red.fandom.com</w:t>
        </w:r>
      </w:hyperlink>
      <w:r>
        <w:t>)</w:t>
      </w:r>
      <w:r/>
    </w:p>
    <w:p>
      <w:pPr>
        <w:pStyle w:val="ListNumber"/>
        <w:spacing w:line="240" w:lineRule="auto"/>
        <w:ind w:left="720"/>
      </w:pPr>
      <w:r/>
      <w:hyperlink r:id="rId13">
        <w:r>
          <w:rPr>
            <w:color w:val="0000EE"/>
            <w:u w:val="single"/>
          </w:rPr>
          <w:t>https://www.shazam.com/en-us/song/1476438449/bad-idea</w:t>
        </w:r>
      </w:hyperlink>
      <w:r>
        <w:t xml:space="preserve"> - 'Bad Idea!' by girl in red was released on September 6, 2019, as part of the album 'Chapter 2 - EP'. The song is characterized by its alternative genre and has been popular among listeners. The lyrics depict a narrative of impulsive decisions and the consequences that follow, resonating with themes of desire and regret. (</w:t>
      </w:r>
      <w:hyperlink r:id="rId17">
        <w:r>
          <w:rPr>
            <w:color w:val="0000EE"/>
            <w:u w:val="single"/>
          </w:rPr>
          <w:t>shazam.com</w:t>
        </w:r>
      </w:hyperlink>
      <w:r>
        <w:t>)</w:t>
      </w:r>
      <w:r/>
    </w:p>
    <w:p>
      <w:pPr>
        <w:pStyle w:val="ListNumber"/>
        <w:spacing w:line="240" w:lineRule="auto"/>
        <w:ind w:left="720"/>
      </w:pPr>
      <w:r/>
      <w:hyperlink r:id="rId14">
        <w:r>
          <w:rPr>
            <w:color w:val="0000EE"/>
            <w:u w:val="single"/>
          </w:rPr>
          <w:t>https://www.youtube.com/watch?v=g7v1ri13ryo</w:t>
        </w:r>
      </w:hyperlink>
      <w:r>
        <w:t xml:space="preserve"> - This YouTube video features the lyrics to 'Bad Idea!' by girl in red, providing viewers with a visual and auditory experience of the song. The video has garnered over 3,000 views and 45 likes, indicating its popularity among fans. The lyrics highlight themes of impulsive decisions and the emotional aftermath, aligning with the song's narrative. (</w:t>
      </w:r>
      <w:hyperlink r:id="rId18">
        <w:r>
          <w:rPr>
            <w:color w:val="0000EE"/>
            <w:u w:val="single"/>
          </w:rPr>
          <w:t>youtube.com</w:t>
        </w:r>
      </w:hyperlink>
      <w:r>
        <w:t>)</w:t>
      </w:r>
      <w:r/>
    </w:p>
    <w:p>
      <w:pPr>
        <w:pStyle w:val="ListNumber"/>
        <w:spacing w:line="240" w:lineRule="auto"/>
        <w:ind w:left="720"/>
      </w:pPr>
      <w:r/>
      <w:hyperlink r:id="rId9">
        <w:r>
          <w:rPr>
            <w:color w:val="0000EE"/>
            <w:u w:val="single"/>
          </w:rPr>
          <w:t>https://diva-magazine.com/2026/08/14/songs-to-masturbate-to/?utm_source=rss&amp;utm_medium=rss&amp;utm_campaign=songs-to-masturbate-to</w:t>
        </w:r>
      </w:hyperlink>
      <w:r>
        <w:t xml:space="preserve"> - This article from DIVA Magazine presents a curated list of eight songs by sapphic artists, including 'Oxytocin' by Billie Eilish and 'Bad Idea!' by girl in red, recommended for enhancing solo pleasure sessions. Each song is accompanied by a brief description highlighting its sensual and mood-setting qualities. The article aims to provide readers with a selection of music to enhance their intimate experiences.</w:t>
      </w:r>
      <w:r/>
    </w:p>
    <w:p>
      <w:pPr>
        <w:pStyle w:val="ListNumber"/>
        <w:spacing w:line="240" w:lineRule="auto"/>
        <w:ind w:left="720"/>
      </w:pPr>
      <w:r/>
      <w:hyperlink r:id="rId12">
        <w:r>
          <w:rPr>
            <w:color w:val="0000EE"/>
            <w:u w:val="single"/>
          </w:rPr>
          <w:t>https://www.musicradar.com/artists/singles-albums/even-when-i-played-the-whole-album-for-the-label-i-was-like-guys-this-one-is-kind-of-stupid-billie-eilish-was-so-embarrassed-by-one-song-on-her-latest-album-that-she-almost-ditched-it-but-then-it-became-a-huge-hit</w:t>
        </w:r>
      </w:hyperlink>
      <w:r>
        <w:t xml:space="preserve"> - In an interview with the Wall Street Journal, Billie Eilish revealed that she almost cut the song 'Birds of a Feather' from her 2024 album 'Hit Me Hard And Soft', feeling it was overly upbeat and didn't align with her usual style. Despite her initial embarrassment and uncertainty—she even referred to it as 'kind of stupid' during the album’s presentation to her label—her brother and collaborator Finneas remained more optimistic about the track. Ultimately, the song defied her doubts and became a massive success. (</w:t>
      </w:r>
      <w:hyperlink r:id="rId19">
        <w:r>
          <w:rPr>
            <w:color w:val="0000EE"/>
            <w:u w:val="single"/>
          </w:rPr>
          <w:t>musicradar.com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14/songs-to-masturbate-to/?utm_source=rss&amp;utm_medium=rss&amp;utm_campaign=songs-to-masturbate-to" TargetMode="External"/><Relationship Id="rId10" Type="http://schemas.openxmlformats.org/officeDocument/2006/relationships/hyperlink" Target="https://en.wikipedia.org/wiki/Oxytocin_%28song%29" TargetMode="External"/><Relationship Id="rId11" Type="http://schemas.openxmlformats.org/officeDocument/2006/relationships/hyperlink" Target="https://girl-in-red.fandom.com/wiki/Bad_Idea%21" TargetMode="External"/><Relationship Id="rId12" Type="http://schemas.openxmlformats.org/officeDocument/2006/relationships/hyperlink" Target="https://www.musicradar.com/artists/singles-albums/even-when-i-played-the-whole-album-for-the-label-i-was-like-guys-this-one-is-kind-of-stupid-billie-eilish-was-so-embarrassed-by-one-song-on-her-latest-album-that-she-almost-ditched-it-but-then-it-became-a-huge-hit" TargetMode="External"/><Relationship Id="rId13" Type="http://schemas.openxmlformats.org/officeDocument/2006/relationships/hyperlink" Target="https://www.shazam.com/en-us/song/1476438449/bad-idea" TargetMode="External"/><Relationship Id="rId14" Type="http://schemas.openxmlformats.org/officeDocument/2006/relationships/hyperlink" Target="https://www.youtube.com/watch?v=g7v1ri13ryo" TargetMode="External"/><Relationship Id="rId15" Type="http://schemas.openxmlformats.org/officeDocument/2006/relationships/hyperlink" Target="https://en.wikipedia.org/wiki/Oxytocin_%28song%29?utm_source=openai" TargetMode="External"/><Relationship Id="rId16" Type="http://schemas.openxmlformats.org/officeDocument/2006/relationships/hyperlink" Target="https://girl-in-red.fandom.com/wiki/Bad_Idea%21?utm_source=openai" TargetMode="External"/><Relationship Id="rId17" Type="http://schemas.openxmlformats.org/officeDocument/2006/relationships/hyperlink" Target="https://www.shazam.com/en-us/song/1476438449/bad-idea?utm_source=openai" TargetMode="External"/><Relationship Id="rId18" Type="http://schemas.openxmlformats.org/officeDocument/2006/relationships/hyperlink" Target="https://www.youtube.com/watch?v=g7v1ri13ryo&amp;utm_source=openai" TargetMode="External"/><Relationship Id="rId19" Type="http://schemas.openxmlformats.org/officeDocument/2006/relationships/hyperlink" Target="https://www.musicradar.com/artists/singles-albums/even-when-i-played-the-whole-album-for-the-label-i-was-like-guys-this-one-is-kind-of-stupid-billie-eilish-was-so-embarrassed-by-one-song-on-her-latest-album-that-she-almost-ditched-it-but-then-it-became-a-huge-hi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