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Scarborough Pride 2026 Guide: What to Expect at This Free, Family-Friendly Celebration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Expect colour, music and connection as Scarborough Pride returns on 12 September , a free, family-friendly festival showcasing local LGBTQ+ talent, a parade through the town and more than 50 stalls at The Spa, all aimed at boosting community spirit across North Yorkshire.</w:t>
      </w:r>
      <w:r/>
    </w:p>
    <w:p>
      <w:r/>
      <w:r>
        <w:t>Essential Takeaways</w:t>
      </w:r>
      <w:r/>
      <w:r/>
    </w:p>
    <w:p>
      <w:pPr>
        <w:pStyle w:val="ListBullet"/>
        <w:spacing w:line="240" w:lineRule="auto"/>
        <w:ind w:left="720"/>
      </w:pPr>
      <w:r/>
      <w:r>
        <w:rPr>
          <w:b/>
        </w:rPr>
        <w:t>When and where:</w:t>
      </w:r>
      <w:r>
        <w:t xml:space="preserve"> Scarborough Pride takes place on 12 September, with the parade starting at 11am from Vernon Road and the main festival at The Spa from 12pm. </w:t>
      </w:r>
      <w:r/>
    </w:p>
    <w:p>
      <w:pPr>
        <w:pStyle w:val="ListBullet"/>
        <w:spacing w:line="240" w:lineRule="auto"/>
        <w:ind w:left="720"/>
      </w:pPr>
      <w:r/>
      <w:r>
        <w:rPr>
          <w:b/>
        </w:rPr>
        <w:t>Free entry:</w:t>
      </w:r>
      <w:r>
        <w:t xml:space="preserve"> The event is free for everyone, kept open by donations and partners such as McCain, Unison and local businesses. </w:t>
      </w:r>
      <w:r/>
    </w:p>
    <w:p>
      <w:pPr>
        <w:pStyle w:val="ListBullet"/>
        <w:spacing w:line="240" w:lineRule="auto"/>
        <w:ind w:left="720"/>
      </w:pPr>
      <w:r/>
      <w:r>
        <w:rPr>
          <w:b/>
        </w:rPr>
        <w:t>What’s on:</w:t>
      </w:r>
      <w:r>
        <w:t xml:space="preserve"> Two stages of entertainment, a food court, family area, wellbeing zone and 50+ stalls offering goods, services and advice. </w:t>
      </w:r>
      <w:r/>
    </w:p>
    <w:p>
      <w:pPr>
        <w:pStyle w:val="ListBullet"/>
        <w:spacing w:line="240" w:lineRule="auto"/>
        <w:ind w:left="720"/>
      </w:pPr>
      <w:r/>
      <w:r>
        <w:rPr>
          <w:b/>
        </w:rPr>
        <w:t>Atmosphere:</w:t>
      </w:r>
      <w:r>
        <w:t xml:space="preserve"> Expect a colourful, lively parade led by partners and local groups, a warm community vibe and performances from homegrown talent. </w:t>
      </w:r>
      <w:r/>
    </w:p>
    <w:p>
      <w:pPr>
        <w:pStyle w:val="ListBullet"/>
        <w:spacing w:line="240" w:lineRule="auto"/>
        <w:ind w:left="720"/>
      </w:pPr>
      <w:r/>
      <w:r>
        <w:rPr>
          <w:b/>
        </w:rPr>
        <w:t>Ways to join:</w:t>
      </w:r>
      <w:r>
        <w:t xml:space="preserve"> You can march, trade in the marketplace, sponsor, or volunteer , organisers provide contact details and a website for sign-up.</w:t>
      </w:r>
      <w:r/>
      <w:r/>
    </w:p>
    <w:p>
      <w:pPr>
        <w:pStyle w:val="Heading2"/>
      </w:pPr>
      <w:r>
        <w:t>A Parade That Paints the Town , start with the route and vibe</w:t>
      </w:r>
      <w:r/>
    </w:p>
    <w:p>
      <w:r/>
      <w:r>
        <w:t>The parade kicks off at 11am outside Poundland on Vernon Road and winds through Westborough, Newborough, Eastborough and down Foreshore Road to The Spa, so you’ll have plenty of vantage points to cheer on participants. Organisers say McCain will lead the procession with a special Smiley guest, followed by local businesses, charities and community groups, creating a bright, family-friendly spectacle. If you like street theatre and lively music, this is the moment , bring a small flag or a colourful accessory and join the applause. For anyone nervous about crowds, the route is long enough to pick a quieter spot and still enjoy the procession.</w:t>
      </w:r>
      <w:r/>
    </w:p>
    <w:p>
      <w:pPr>
        <w:pStyle w:val="Heading2"/>
      </w:pPr>
      <w:r>
        <w:t>Two stages, local talent and family-friendly programming</w:t>
      </w:r>
      <w:r/>
    </w:p>
    <w:p>
      <w:r/>
      <w:r>
        <w:t>Once the parade reaches The Spa, doors open at noon for a programme across two stages, hosted by Krystal Temple, Bella DeBall and Lindy. According to organisers, the line-up is packed with local performers keen to showcase queer talent in a supportive setting. Expect everything from pop and drag to community choirs and spoken word, plus a dedicated family area with gentler activities for younger visitors. If you’re planning to arrive late, check the Scarborough Pride website for set times so you don’t miss particular acts.</w:t>
      </w:r>
      <w:r/>
    </w:p>
    <w:p>
      <w:pPr>
        <w:pStyle w:val="Heading2"/>
      </w:pPr>
      <w:r>
        <w:t>More than a market , stalls, advice and wellbeing hubs</w:t>
      </w:r>
      <w:r/>
    </w:p>
    <w:p>
      <w:r/>
      <w:r>
        <w:t>The marketplace will feature over 50 stalls selling crafts, food and services, alongside advice stands and a wellbeing area for quiet conversations or signposting. This mix makes Pride useful as well as celebratory , local charities and support groups often attend, offering information for people who might feel isolated in rural and coastal communities. Bring cash just in case, but expect card options too; wear comfy shoes for wandering and sampling the food court.</w:t>
      </w:r>
      <w:r/>
    </w:p>
    <w:p>
      <w:pPr>
        <w:pStyle w:val="Heading2"/>
      </w:pPr>
      <w:r>
        <w:t>Why this matters for coastal communities</w:t>
      </w:r>
      <w:r/>
    </w:p>
    <w:p>
      <w:r/>
      <w:r>
        <w:t>Organisers emphasise Scarborough Pride’s role in connecting LGBTQ+ people who can feel especially vulnerable outside big cities. Co-chair Ben Jackson says events like this are vital for cohesion and can be “a real life saver” for those struggling with acceptance. The festival’s accessibility and family focus aim to normalise queer presence in everyday town life, which matters when social services and peer networks are more dispersed. If you live nearby and have been hesitant to attend a Pride before, this local, low-pressure event is an easy step in.</w:t>
      </w:r>
      <w:r/>
    </w:p>
    <w:p>
      <w:pPr>
        <w:pStyle w:val="Heading2"/>
      </w:pPr>
      <w:r>
        <w:t>How to get involved , march, trade, sponsor or volunteer</w:t>
      </w:r>
      <w:r/>
    </w:p>
    <w:p>
      <w:r/>
      <w:r>
        <w:t>There are plenty of ways to take part beyond spectating. Businesses and community groups can march or sponsor an element of the day, traders can book a stall in The Spa marketplace, and volunteers are always needed to steward, set up and support performers. Email the organisers or visit scarboroughpride.co.uk to sign up , offering a few hours as a volunteer is a great way to meet people and see behind the scenes. For groups thinking of marching, arrive early to join the line-up and enjoy the full parade experience.</w:t>
      </w:r>
      <w:r/>
    </w:p>
    <w:p>
      <w:r/>
      <w:r>
        <w:t>It's a small change that can make every Pride clearer, brighter and more welcoming for your community.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https://www.thescarboroughnews.co.uk/whats-on/things-to-do/great-selection-of-local-talent-lined-up-for-scarborough-pride-2026-8921746</w:t>
        </w:r>
      </w:hyperlink>
      <w:r>
        <w:t xml:space="preserve"> - Please view link - unable to able to access data</w:t>
      </w:r>
      <w:r/>
    </w:p>
    <w:p>
      <w:pPr>
        <w:pStyle w:val="ListNumber"/>
        <w:spacing w:line="240" w:lineRule="auto"/>
        <w:ind w:left="720"/>
      </w:pPr>
      <w:r/>
      <w:hyperlink r:id="rId10">
        <w:r>
          <w:rPr>
            <w:color w:val="0000EE"/>
            <w:u w:val="single"/>
          </w:rPr>
          <w:t>https://www.scarboroughpride.co.uk/</w:t>
        </w:r>
      </w:hyperlink>
      <w:r>
        <w:t xml:space="preserve"> - Scarborough Pride is an annual event established to promote equality and diversity, aiming to eliminate discrimination based on sexual orientation and gender identity in Scarborough and surrounding areas. The event features a parade, entertainment across two stages, a food court, family area, wellbeing area, and over 50 stalls offering goods, services, and advice. The 2026 event is scheduled for 12th September at Scarborough Spa, with the parade starting at 11 am from outside Poundland on Vernon Road, proceeding through the town to the Spa. The main event at the Spa begins at 12 pm, offering a variety of activities for all ages.</w:t>
      </w:r>
      <w:r/>
    </w:p>
    <w:p>
      <w:pPr>
        <w:pStyle w:val="ListNumber"/>
        <w:spacing w:line="240" w:lineRule="auto"/>
        <w:ind w:left="720"/>
      </w:pPr>
      <w:r/>
      <w:hyperlink r:id="rId11">
        <w:r>
          <w:rPr>
            <w:color w:val="0000EE"/>
            <w:u w:val="single"/>
          </w:rPr>
          <w:t>https://visitnorthyorkshire.com/events/2929107-scarborough-pride-scarborough-spa</w:t>
        </w:r>
      </w:hyperlink>
      <w:r>
        <w:t xml:space="preserve"> - Scarborough Pride is an annual event established to promote equality and diversity, aiming to eliminate discrimination based on sexual orientation and gender identity in Scarborough and surrounding areas. The event features a parade, entertainment across two stages, a food court, family area, wellbeing area, and over 50 stalls offering goods, services, and advice. The 2026 event is scheduled for 12th September at Scarborough Spa, with the parade starting at 11 am from outside Poundland on Vernon Road, proceeding through the town to the Spa. The main event at the Spa begins at 12 pm, offering a variety of activities for all ages.</w:t>
      </w:r>
      <w:r/>
    </w:p>
    <w:p>
      <w:pPr>
        <w:pStyle w:val="ListNumber"/>
        <w:spacing w:line="240" w:lineRule="auto"/>
        <w:ind w:left="720"/>
      </w:pPr>
      <w:r/>
      <w:hyperlink r:id="rId12">
        <w:r>
          <w:rPr>
            <w:color w:val="0000EE"/>
            <w:u w:val="single"/>
          </w:rPr>
          <w:t>https://www.thisisthecoast.co.uk/local-info/calendar/event/scarborough-pride1/</w:t>
        </w:r>
      </w:hyperlink>
      <w:r>
        <w:t xml:space="preserve"> - Scarborough Pride is an annual event established to promote equality and diversity, aiming to eliminate discrimination based on sexual orientation and gender identity in Scarborough and surrounding areas. The event features a parade, entertainment across two stages, a food court, family area, wellbeing area, and over 50 stalls offering goods, services, and advice. The 2026 event is scheduled for 12th September at Scarborough Spa, with the parade starting at 11 am from outside Poundland on Vernon Road, proceeding through the town to the Spa. The main event at the Spa begins at 12 pm, offering a variety of activities for all ages.</w:t>
      </w:r>
      <w:r/>
    </w:p>
    <w:p>
      <w:pPr>
        <w:pStyle w:val="ListNumber"/>
        <w:spacing w:line="240" w:lineRule="auto"/>
        <w:ind w:left="720"/>
      </w:pPr>
      <w:r/>
      <w:hyperlink r:id="rId13">
        <w:r>
          <w:rPr>
            <w:color w:val="0000EE"/>
            <w:u w:val="single"/>
          </w:rPr>
          <w:t>https://www.hellorayo.co.uk/greatest-hits/south-yorkshire/local/kelham-pride-announces-main-stage-line-up-with-star-headliner-for-2026</w:t>
        </w:r>
      </w:hyperlink>
      <w:r>
        <w:t xml:space="preserve"> - Kelham Pride, Sheffield’s largest LGBTQ+ event, has unveiled its main stage lineup for 2026, featuring drag superstar Danny Beard as the headliner. The event, scheduled for Saturday, 20th June 2026, at Kelham Island, promises a diverse array of live music, drag performances, and local talent, including Marigold Addams, Ghetto Fabulous, Generkia, and more. This announcement highlights the growing prominence of LGBTQ+ events in the Yorkshire region, with Scarborough Pride also set to take place on 12th September 2026, celebrating the town's vibrant LGBTQ+ community.</w:t>
      </w:r>
      <w:r/>
    </w:p>
    <w:p>
      <w:pPr>
        <w:pStyle w:val="ListNumber"/>
        <w:spacing w:line="240" w:lineRule="auto"/>
        <w:ind w:left="720"/>
      </w:pPr>
      <w:r/>
      <w:hyperlink r:id="rId13">
        <w:r>
          <w:rPr>
            <w:color w:val="0000EE"/>
            <w:u w:val="single"/>
          </w:rPr>
          <w:t>https://www.hellorayo.co.uk/greatest-hits/south-yorkshire/local/kelham-pride-announces-main-stage-line-up-with-star-headliner-for-2026</w:t>
        </w:r>
      </w:hyperlink>
      <w:r>
        <w:t xml:space="preserve"> - Kelham Pride, Sheffield’s largest LGBTQ+ event, has unveiled its main stage lineup for 2026, featuring drag superstar Danny Beard as the headliner. The event, scheduled for Saturday, 20th June 2026, at Kelham Island, promises a diverse array of live music, drag performances, and local talent, including Marigold Addams, Ghetto Fabulous, Generkia, and more. This announcement highlights the growing prominence of LGBTQ+ events in the Yorkshire region, with Scarborough Pride also set to take place on 12th September 2026, celebrating the town's vibrant LGBTQ+ community.</w:t>
      </w:r>
      <w:r/>
    </w:p>
    <w:p>
      <w:pPr>
        <w:pStyle w:val="ListNumber"/>
        <w:spacing w:line="240" w:lineRule="auto"/>
        <w:ind w:left="720"/>
      </w:pPr>
      <w:r/>
      <w:hyperlink r:id="rId13">
        <w:r>
          <w:rPr>
            <w:color w:val="0000EE"/>
            <w:u w:val="single"/>
          </w:rPr>
          <w:t>https://www.hellorayo.co.uk/greatest-hits/south-yorkshire/local/kelham-pride-announces-main-stage-line-up-with-star-headliner-for-2026</w:t>
        </w:r>
      </w:hyperlink>
      <w:r>
        <w:t xml:space="preserve"> - Kelham Pride, Sheffield’s largest LGBTQ+ event, has unveiled its main stage lineup for 2026, featuring drag superstar Danny Beard as the headliner. The event, scheduled for Saturday, 20th June 2026, at Kelham Island, promises a diverse array of live music, drag performances, and local talent, including Marigold Addams, Ghetto Fabulous, Generkia, and more. This announcement highlights the growing prominence of LGBTQ+ events in the Yorkshire region, with Scarborough Pride also set to take place on 12th September 2026, celebrating the town's vibrant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scarboroughnews.co.uk/whats-on/things-to-do/great-selection-of-local-talent-lined-up-for-scarborough-pride-2026-8921746" TargetMode="External"/><Relationship Id="rId10" Type="http://schemas.openxmlformats.org/officeDocument/2006/relationships/hyperlink" Target="https://www.scarboroughpride.co.uk/" TargetMode="External"/><Relationship Id="rId11" Type="http://schemas.openxmlformats.org/officeDocument/2006/relationships/hyperlink" Target="https://visitnorthyorkshire.com/events/2929107-scarborough-pride-scarborough-spa" TargetMode="External"/><Relationship Id="rId12" Type="http://schemas.openxmlformats.org/officeDocument/2006/relationships/hyperlink" Target="https://www.thisisthecoast.co.uk/local-info/calendar/event/scarborough-pride1/" TargetMode="External"/><Relationship Id="rId13" Type="http://schemas.openxmlformats.org/officeDocument/2006/relationships/hyperlink" Target="https://www.hellorayo.co.uk/greatest-hits/south-yorkshire/local/kelham-pride-announces-main-stage-line-up-with-star-headliner-for-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