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Sarau-Vá Events for Lesbian Visibility in Ceilândia This August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and community are gathering in Ceilândia this Saturday as Sarau-Vá closes its special run celebrating lesbian visibility; the free, afternoon-long programme brings music, poetry and open-mic moments to Casa Akotirene, spotlighting local lesbian, sapatona and queer artists and creating a relaxed space for exchange.</w:t>
      </w:r>
      <w:r/>
    </w:p>
    <w:p>
      <w:r/>
      <w:r>
        <w:t>Essential Takeaways</w:t>
      </w:r>
      <w:r/>
      <w:r/>
    </w:p>
    <w:p>
      <w:pPr>
        <w:pStyle w:val="ListBullet"/>
        <w:spacing w:line="240" w:lineRule="auto"/>
        <w:ind w:left="720"/>
      </w:pPr>
      <w:r/>
      <w:r>
        <w:rPr>
          <w:b/>
        </w:rPr>
        <w:t>Free and open:</w:t>
      </w:r>
      <w:r>
        <w:t xml:space="preserve"> The closing Sarau-Vá happens 15 August at Casa Akotirene, Ceilândia, from 15:00, with no entry fee and a family-friendly vibe.</w:t>
      </w:r>
      <w:r/>
    </w:p>
    <w:p>
      <w:pPr>
        <w:pStyle w:val="ListBullet"/>
        <w:spacing w:line="240" w:lineRule="auto"/>
        <w:ind w:left="720"/>
      </w:pPr>
      <w:r/>
      <w:r>
        <w:rPr>
          <w:b/>
        </w:rPr>
        <w:t>Strong line-up:</w:t>
      </w:r>
      <w:r>
        <w:t xml:space="preserve"> Performers include Ellen Oléria, Karla Testa and Ane Êoketu, along with poets Benedita, Bia Blackman and Layó , a blend of music and spoken word.</w:t>
      </w:r>
      <w:r/>
    </w:p>
    <w:p>
      <w:pPr>
        <w:pStyle w:val="ListBullet"/>
        <w:spacing w:line="240" w:lineRule="auto"/>
        <w:ind w:left="720"/>
      </w:pPr>
      <w:r/>
      <w:r>
        <w:rPr>
          <w:b/>
        </w:rPr>
        <w:t>Community-driven:</w:t>
      </w:r>
      <w:r>
        <w:t xml:space="preserve"> Organised by Moverments, Ação Lésbica do DF e Entorno, Distrito Drag and Secec-DF, the event centres local lesbian and queer visibility.</w:t>
      </w:r>
      <w:r/>
    </w:p>
    <w:p>
      <w:pPr>
        <w:pStyle w:val="ListBullet"/>
        <w:spacing w:line="240" w:lineRule="auto"/>
        <w:ind w:left="720"/>
      </w:pPr>
      <w:r/>
      <w:r>
        <w:rPr>
          <w:b/>
        </w:rPr>
        <w:t>Participatory format:</w:t>
      </w:r>
      <w:r>
        <w:t xml:space="preserve"> The programme includes scheduled sets and microfone aberto moments, so attendees can both watch and perform.</w:t>
      </w:r>
      <w:r/>
    </w:p>
    <w:p>
      <w:pPr>
        <w:pStyle w:val="ListBullet"/>
        <w:spacing w:line="240" w:lineRule="auto"/>
        <w:ind w:left="720"/>
      </w:pPr>
      <w:r/>
      <w:r>
        <w:rPr>
          <w:b/>
        </w:rPr>
        <w:t>Cultural memory focus:</w:t>
      </w:r>
      <w:r>
        <w:t xml:space="preserve"> The series connects art, memory and resistance, highlighting contributions of lesbians, sapatonas, transmasculine and non-binary people to the region’s cultural history.</w:t>
      </w:r>
      <w:r/>
      <w:r/>
    </w:p>
    <w:p>
      <w:pPr>
        <w:pStyle w:val="Heading2"/>
      </w:pPr>
      <w:r>
        <w:t>Why the closing Sarau-Vá matters right now</w:t>
      </w:r>
      <w:r/>
    </w:p>
    <w:p>
      <w:r/>
      <w:r>
        <w:t>Ceilândia’s Casa Akotirene will feel lively and warm this Saturday, with music and poetry filling the rooms and a mild hum of conversation outside. According to local press coverage, Sarau-Vá was designed to expand visibility for lesbian artists in the Federal District and to create spaces where different territories meet and exchange. That matters because small, public events like this make culture tangible , people meet, voices are heard and networks form.</w:t>
      </w:r>
      <w:r/>
    </w:p>
    <w:p>
      <w:pPr>
        <w:pStyle w:val="Heading2"/>
      </w:pPr>
      <w:r>
        <w:t>A line-up built to showcase range and voice</w:t>
      </w:r>
      <w:r/>
    </w:p>
    <w:p>
      <w:r/>
      <w:r>
        <w:t>Expect an eclectic evening: names like Ellen Oléria bring recognised vocal power, while poets such as Benedita, Bia Blackman and Layó offer intimate, performed texts. Reports on the series note the intent to mix established and emerging artists, so you’ll get both the polish of seasoned performers and the fresh edges of newer voices. If you go for the music, linger for the poetry , the contrast makes the whole afternoon feel fuller.</w:t>
      </w:r>
      <w:r/>
    </w:p>
    <w:p>
      <w:pPr>
        <w:pStyle w:val="Heading2"/>
      </w:pPr>
      <w:r>
        <w:t>How the organisers turned visibility into a calendar</w:t>
      </w:r>
      <w:r/>
    </w:p>
    <w:p>
      <w:r/>
      <w:r>
        <w:t>The project sits inside the month of lesbian and sapatão visibility promoted by Ação Lésbica do DF e Entorno, and the festival’s three editions were planned to amplify local trajectories. Partners include Moverments, the District’s cultural secretary and Distrito Drag, reflecting a coalition approach. This coordination shows how grassroots and institutional support can combine to sustain cultural moments beyond one-off nights.</w:t>
      </w:r>
      <w:r/>
    </w:p>
    <w:p>
      <w:pPr>
        <w:pStyle w:val="Heading2"/>
      </w:pPr>
      <w:r>
        <w:t>What to expect on the day , practical tips</w:t>
      </w:r>
      <w:r/>
    </w:p>
    <w:p>
      <w:r/>
      <w:r>
        <w:t>Arrive early to grab a seat and soak up the pre-show socialising; the event starts at 15:00 and is free and open to all ages. There’s a microfone aberto slot, so if you’re a poet, musician or speaker, bring a short piece and be ready for spontaneous connections. Wear comfortable shoes , Ceilândia events are friendly and informal, and conversations often spill outdoors. Follow @acaolesbicadf for last-minute updates.</w:t>
      </w:r>
      <w:r/>
    </w:p>
    <w:p>
      <w:pPr>
        <w:pStyle w:val="Heading2"/>
      </w:pPr>
      <w:r>
        <w:t>The cultural and political thread: memory, resistance and inclusion</w:t>
      </w:r>
      <w:r/>
    </w:p>
    <w:p>
      <w:r/>
      <w:r>
        <w:t>Organisers have framed Sarau-Vá as more than performance: it’s a way to document and celebrate contributions of lesbians and related communities to Federal District culture. Coverage of the series emphasises memory and shared struggle, and notes participation across gender-diverse groups, including transmasculine and non-binary people. It’s a reminder that visibility events also weave together histories and hopes, not just set lists.</w:t>
      </w:r>
      <w:r/>
    </w:p>
    <w:p>
      <w:r/>
      <w:r>
        <w:t>It's a small change that can deepen local culture and make every stage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https://jornaldebrasilia.com.br/viva/eventos/sarau-va-encerra-edicao-especial-com-ellen-oleria-e-outras-artistas-em-ceilandia/</w:t>
        </w:r>
      </w:hyperlink>
      <w:r>
        <w:t xml:space="preserve"> - Please view link - unable to able to access data</w:t>
      </w:r>
      <w:r/>
    </w:p>
    <w:p>
      <w:pPr>
        <w:pStyle w:val="ListNumber"/>
        <w:spacing w:line="240" w:lineRule="auto"/>
        <w:ind w:left="720"/>
      </w:pPr>
      <w:r/>
      <w:hyperlink r:id="rId10">
        <w:r>
          <w:rPr>
            <w:color w:val="0000EE"/>
            <w:u w:val="single"/>
          </w:rPr>
          <w:t>https://www.correiobraziliense.com.br/cidades-df/2025/03/7082129-sarau-va-promove-edicao-especial-para-visibilidade-lesbica-em-ceilandia.html</w:t>
        </w:r>
      </w:hyperlink>
      <w:r>
        <w:t xml:space="preserve"> - The article discusses the 'Sarau-Vá – Edição Especial Visibilidade Lésbica' event held on March 15, 2025, at Casa Akotirene in Ceilândia. Organised by the Moverments and Ação Lésbica do DF e Entorno collectives, in partnership with Distrito Drag and the Secretaria de Cultura do Distrito Federal (Secec-DF), the event aimed to promote the culture of lesbians and sapatonas in the Federal District. The programme featured performances by poets Bia Blackman, Benedita, and Layó, and singers Ànna Moura, Ane Êoketu, Beatriz Águida, Haynna, Julia Nara, Sam Defor, Fernanda Jacob, and Negra Eve. The event was free and open to all audiences.</w:t>
      </w:r>
      <w:r/>
    </w:p>
    <w:p>
      <w:pPr>
        <w:pStyle w:val="ListNumber"/>
        <w:spacing w:line="240" w:lineRule="auto"/>
        <w:ind w:left="720"/>
      </w:pPr>
      <w:r/>
      <w:hyperlink r:id="rId12">
        <w:r>
          <w:rPr>
            <w:color w:val="0000EE"/>
            <w:u w:val="single"/>
          </w:rPr>
          <w:t>https://www.deubombrasilia.com.br/post/sarau-va-promove-edi%C3%A7%C3%A3o-especial-para-visibilidade-l%C3%A9sbica-em-ceil%C3%A2ndia</w:t>
        </w:r>
      </w:hyperlink>
      <w:r>
        <w:t xml:space="preserve"> - This article highlights the 'Sarau-Vá – Edição Especial Visibilidade Lésbica' event that took place on March 15, 2025, at Casa Akotirene in Ceilândia. The event was organised by the Moverments and Ação Lésbica do DF e Entorno collectives, in partnership with Distrito Drag and the Secretaria de Cultura do Distrito Federal (Secec-DF). It aimed to promote the culture of lesbians and sapatonas in the Federal District. The programme included performances by poets Bia Blackman, Benedita, and Layó, and singers Ànna Moura, Ane Êoketu, Beatriz Águida, Haynna, Julia Nara, Sam Defor, Fernanda Jacob, and Negra Eve. The event was free and open to all audiences.</w:t>
      </w:r>
      <w:r/>
    </w:p>
    <w:p>
      <w:pPr>
        <w:pStyle w:val="ListNumber"/>
        <w:spacing w:line="240" w:lineRule="auto"/>
        <w:ind w:left="720"/>
      </w:pPr>
      <w:r/>
      <w:hyperlink r:id="rId11">
        <w:r>
          <w:rPr>
            <w:color w:val="0000EE"/>
            <w:u w:val="single"/>
          </w:rPr>
          <w:t>https://jornaldebrasilia.com.br/viva/eventos/sarau-va-promove-edicao-especial-dedicada-a-visibilidade-lesbica/</w:t>
        </w:r>
      </w:hyperlink>
      <w:r>
        <w:t xml:space="preserve"> - The article reports on the 'Sarau-Vá – Edição Especial Visibilidade Lésbica' event held on July 18, 2026, at Casa Afrolatinas in Varjão. Organised by the Moverments, Ação Lésbica do DF e Entorno, and Distrito Drag collectives, with support from the Secretaria de Cultura e Economia Criativa do Distrito Federal (Secec-DF), the event aimed to strengthen the cultural production of black women and LBTs. The programme featured performances by Ànna Moura, Ane Êoketu, Bruna Tassy, Fernanda Jacob, Haynna, Julia Nara, Lene Black, and Sam Defor, as well as interventions by poets Benedita, Layó, and Nathália Oliveira, and a DJ set by Beatmilla. The event was free and open to all audiences.</w:t>
      </w:r>
      <w:r/>
    </w:p>
    <w:p>
      <w:pPr>
        <w:pStyle w:val="ListNumber"/>
        <w:spacing w:line="240" w:lineRule="auto"/>
        <w:ind w:left="720"/>
      </w:pPr>
      <w:r/>
      <w:hyperlink r:id="rId13">
        <w:r>
          <w:rPr>
            <w:color w:val="0000EE"/>
            <w:u w:val="single"/>
          </w:rPr>
          <w:t>https://aquitemdiversao.com.br/sarau-va-3/</w:t>
        </w:r>
      </w:hyperlink>
      <w:r>
        <w:t xml:space="preserve"> - This article discusses the 'Sarau-Vá – Edição Especial Visibilidade Lésbica' event held on June 27, 2026, at Casa Akotirene in Ceilândia. Organised by the Moverments and Ação Lésbica do DF e Entorno collectives, in partnership with Distrito Drag and the Secretaria de Cultura do Distrito Federal (Secec-DF), the event aimed to promote the culture of lesbians and sapatonas in the Federal District. The programme included performances by poets Bia Blackman, Benedita, and Layó, and singers Ànna Moura, Ane Êoketu, Beatriz Águida, Haynna, Julia Nara, Sam Defor, Fernanda Jacob, and Negra Eve. The event was free and open to all audiences.</w:t>
      </w:r>
      <w:r/>
    </w:p>
    <w:p>
      <w:pPr>
        <w:pStyle w:val="ListNumber"/>
        <w:spacing w:line="240" w:lineRule="auto"/>
        <w:ind w:left="720"/>
      </w:pPr>
      <w:r/>
      <w:hyperlink r:id="rId15">
        <w:r>
          <w:rPr>
            <w:color w:val="0000EE"/>
            <w:u w:val="single"/>
          </w:rPr>
          <w:t>https://abong.org.br/associadas/distrito-drag/</w:t>
        </w:r>
      </w:hyperlink>
      <w:r>
        <w:t xml:space="preserve"> - The article provides information about Distrito Drag, a collective formed by artists in 2018. It serves as a space for self-organisation and self-formation of Drag Queens, aiming to produce and disseminate LGBTQIA+ culture through transformative art. Distrito Drag actively participates in the cultural scene of the Federal District and Brazil, viewing culture as a political action. The collective's mission is to represent, promote, and defend the human, economic, social, cultural, environmental, and other rights of LGBTQIA+ individuals, transformative artists, and historically excluded groups.</w:t>
      </w:r>
      <w:r/>
    </w:p>
    <w:p>
      <w:pPr>
        <w:pStyle w:val="ListNumber"/>
        <w:spacing w:line="240" w:lineRule="auto"/>
        <w:ind w:left="720"/>
      </w:pPr>
      <w:r/>
      <w:hyperlink r:id="rId14">
        <w:r>
          <w:rPr>
            <w:color w:val="0000EE"/>
            <w:u w:val="single"/>
          </w:rPr>
          <w:t>https://www.mpdft.mp.br/portal/index.php/comunicacao-menu/sala-de-imprensa/noticias/noticias-2024/16054-ndh-visita-distrito-drag</w:t>
        </w:r>
      </w:hyperlink>
      <w:r>
        <w:t xml:space="preserve"> - The article reports on the visit of the Núcleo de Direitos Humanos (NDH) of the Ministério Público do Distrito Federal e Territórios (MPDFT) to Distrito Drag on July 18, 2024. Distrito Drag is a collective created in 2017, serving as a civil association without partisan or religious affiliation, with public and social relevance. Its mission is to represent, promote, and defend the human, economic, social, cultural, environmental, and other rights of LGBTQIA+ individuals, transformative artists, and historically excluded groups. The visit aimed to strengthen the relationship between social movements and institutions working on these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rnaldebrasilia.com.br/viva/eventos/sarau-va-encerra-edicao-especial-com-ellen-oleria-e-outras-artistas-em-ceilandia/" TargetMode="External"/><Relationship Id="rId10" Type="http://schemas.openxmlformats.org/officeDocument/2006/relationships/hyperlink" Target="https://www.correiobraziliense.com.br/cidades-df/2025/03/7082129-sarau-va-promove-edicao-especial-para-visibilidade-lesbica-em-ceilandia.html" TargetMode="External"/><Relationship Id="rId11" Type="http://schemas.openxmlformats.org/officeDocument/2006/relationships/hyperlink" Target="https://jornaldebrasilia.com.br/viva/eventos/sarau-va-promove-edicao-especial-dedicada-a-visibilidade-lesbica/" TargetMode="External"/><Relationship Id="rId12" Type="http://schemas.openxmlformats.org/officeDocument/2006/relationships/hyperlink" Target="https://www.deubombrasilia.com.br/post/sarau-va-promove-edi%C3%A7%C3%A3o-especial-para-visibilidade-l%C3%A9sbica-em-ceil%C3%A2ndia" TargetMode="External"/><Relationship Id="rId13" Type="http://schemas.openxmlformats.org/officeDocument/2006/relationships/hyperlink" Target="https://aquitemdiversao.com.br/sarau-va-3/" TargetMode="External"/><Relationship Id="rId14" Type="http://schemas.openxmlformats.org/officeDocument/2006/relationships/hyperlink" Target="https://www.mpdft.mp.br/portal/index.php/comunicacao-menu/sala-de-imprensa/noticias/noticias-2024/16054-ndh-visita-distrito-drag" TargetMode="External"/><Relationship Id="rId15" Type="http://schemas.openxmlformats.org/officeDocument/2006/relationships/hyperlink" Target="https://abong.org.br/associadas/distrito-dr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