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Pop Culture Moments This Week: What Gay Readers Are Buzzing About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clicking through a sticky week of queer pop culture: big-name cameos, campy buys, viral comedians and surprisingly wholesome merch that matter because they give us joy, identity and plenty to gossip about. Here’s what trended, why it landed, and what to add to your cart or playlist.</w:t>
      </w:r>
      <w:r/>
    </w:p>
    <w:p>
      <w:r/>
      <w:r>
        <w:t>Essential Takeaways</w:t>
      </w:r>
      <w:r/>
      <w:r/>
    </w:p>
    <w:p>
      <w:pPr>
        <w:pStyle w:val="ListBullet"/>
        <w:spacing w:line="240" w:lineRule="auto"/>
        <w:ind w:left="720"/>
      </w:pPr>
      <w:r/>
      <w:r>
        <w:rPr>
          <w:b/>
        </w:rPr>
        <w:t>Star power:</w:t>
      </w:r>
      <w:r>
        <w:t xml:space="preserve"> Nicole Kidman’s Ibiza club life anecdote went viral and added a charming, relatable beat to celebrity culture.</w:t>
      </w:r>
      <w:r/>
    </w:p>
    <w:p>
      <w:pPr>
        <w:pStyle w:val="ListBullet"/>
        <w:spacing w:line="240" w:lineRule="auto"/>
        <w:ind w:left="720"/>
      </w:pPr>
      <w:r/>
      <w:r>
        <w:rPr>
          <w:b/>
        </w:rPr>
        <w:t>New music moments:</w:t>
      </w:r>
      <w:r>
        <w:t xml:space="preserve"> Troye Sivan’s theatrical single and Sam Smith’s tender Fergie cover are shaping playlists with drag-ready visuals and emotional delivery.</w:t>
      </w:r>
      <w:r/>
    </w:p>
    <w:p>
      <w:pPr>
        <w:pStyle w:val="ListBullet"/>
        <w:spacing w:line="240" w:lineRule="auto"/>
        <w:ind w:left="720"/>
      </w:pPr>
      <w:r/>
      <w:r>
        <w:rPr>
          <w:b/>
        </w:rPr>
        <w:t>Quirky buys:</w:t>
      </w:r>
      <w:r>
        <w:t xml:space="preserve"> Paper Desk Pets and Virgins on Fire candles are cheap, allergy-friendly, and perfectly campy.</w:t>
      </w:r>
      <w:r/>
    </w:p>
    <w:p>
      <w:pPr>
        <w:pStyle w:val="ListBullet"/>
        <w:spacing w:line="240" w:lineRule="auto"/>
        <w:ind w:left="720"/>
      </w:pPr>
      <w:r/>
      <w:r>
        <w:rPr>
          <w:b/>
        </w:rPr>
        <w:t>Social media sparkle:</w:t>
      </w:r>
      <w:r>
        <w:t xml:space="preserve"> Viral accounts and satirical DMs keep the conversation lively , and remind us to take online receipts with a pinch of salt.</w:t>
      </w:r>
      <w:r/>
    </w:p>
    <w:p>
      <w:pPr>
        <w:pStyle w:val="ListBullet"/>
        <w:spacing w:line="240" w:lineRule="auto"/>
        <w:ind w:left="720"/>
      </w:pPr>
      <w:r/>
      <w:r>
        <w:rPr>
          <w:b/>
        </w:rPr>
        <w:t>Self-care pick:</w:t>
      </w:r>
      <w:r>
        <w:t xml:space="preserve"> Misha Brown’s new book offers fierce, practical pep for anyone needing to be their own best friend.</w:t>
      </w:r>
      <w:r/>
      <w:r/>
    </w:p>
    <w:p>
      <w:pPr>
        <w:pStyle w:val="Heading2"/>
      </w:pPr>
      <w:r>
        <w:t>Nicole Kidman’s club disguise: celebrity relatability goes viral</w:t>
      </w:r>
      <w:r/>
    </w:p>
    <w:p>
      <w:r/>
      <w:r>
        <w:t>Nicole Kidman’s confession about wearing a wig and glasses to dance through Ibiza feels delightfully human and a little bit glamorous, with a soft, slightly conspiratorial tone. According to reporting in mainstream outlets, her “dinner late, club later” routine struck a chord because it’s both aspirational and oddly comforting.</w:t>
      </w:r>
      <w:r/>
    </w:p>
    <w:p>
      <w:r/>
      <w:r>
        <w:t>This clip flew around social feeds, and it’s easy to see why: it gives fans a glimpse of celebrity downtime without the red-carpet polish. For those picking outfits for late-night plans, Kidman’s tip is proof that a small accessory change can be freeing. Expect more interviews to surface where A-listers swap survival tricks for normal life.</w:t>
      </w:r>
      <w:r/>
    </w:p>
    <w:p>
      <w:pPr>
        <w:pStyle w:val="Heading2"/>
      </w:pPr>
      <w:r>
        <w:t>Troye Sivan and Sam Smith are reshaping gay pop moments</w:t>
      </w:r>
      <w:r/>
    </w:p>
    <w:p>
      <w:r/>
      <w:r>
        <w:t>Troye Sivan’s new era , complete with drag visuals and collectible vinyl , landed with theatrical flair, while Sam Smith’s acoustic take on a Fergie classic served up tenderness many of us didn’t know we needed. Troye’s merch drop, including limited transparent vinyl and artful packaging, leans into nostalgia and collectability; Smith’s cover rides emotional familiarity.</w:t>
      </w:r>
      <w:r/>
    </w:p>
    <w:p>
      <w:r/>
      <w:r>
        <w:t>Music fans should watch for pre-order windows and boutique vinyl editions selling out fast. If you want something that smells like Pride and feels like late-night confessionals, grab the limited runs early and follow artist stores for autographs or special editions.</w:t>
      </w:r>
      <w:r/>
    </w:p>
    <w:p>
      <w:pPr>
        <w:pStyle w:val="Heading2"/>
      </w:pPr>
      <w:r>
        <w:t>Shannon Crave and the art of micro-celebrity</w:t>
      </w:r>
      <w:r/>
    </w:p>
    <w:p>
      <w:r/>
      <w:r>
        <w:t>A comedian’s tiny updates about Wordle scores and lunch orders became straight-up addictive content, proving that intimacy and mundane detail create affinity. Shannon Crave’s X feed is a reminder: authenticity , even in the smallest moments , builds audiences.</w:t>
      </w:r>
      <w:r/>
    </w:p>
    <w:p>
      <w:r/>
      <w:r>
        <w:t>If you’re trying to grow a social persona, the takeaway is to lean into specificity; people will care about the office-versus-home WFH debate if you make it vivid. For readers, it’s a fun, low-effort follow that adds levity to the timeline.</w:t>
      </w:r>
      <w:r/>
    </w:p>
    <w:p>
      <w:pPr>
        <w:pStyle w:val="Heading2"/>
      </w:pPr>
      <w:r>
        <w:t>Cute, quirky purchases: paper pets and candles that clap back</w:t>
      </w:r>
      <w:r/>
    </w:p>
    <w:p>
      <w:r/>
      <w:r>
        <w:t>Allergen-friendly origami Paper Desk Pets and sassy, LGBTQ+-owned candles are doing the rounds because they’re cheap, campy and good conversation starters. Uncommon Goods’ paper kits offer a no-fur option for flatshares, while boutique brands like Virgins on Fire sell scent with a side of personality.</w:t>
      </w:r>
      <w:r/>
    </w:p>
    <w:p>
      <w:r/>
      <w:r>
        <w:t>Practical tip: choose paper pets for desk displays or gifts, and pick candles from small makers if you want product with provenance. These buys are perfect for renters, allergy sufferers, or anyone wanting to wink at their living room decor.</w:t>
      </w:r>
      <w:r/>
    </w:p>
    <w:p>
      <w:pPr>
        <w:pStyle w:val="Heading2"/>
      </w:pPr>
      <w:r>
        <w:t>Viral humour, fake DMs and why we still care about receipts</w:t>
      </w:r>
      <w:r/>
    </w:p>
    <w:p>
      <w:r/>
      <w:r>
        <w:t>Comedian Jake Schroeder’s satirical Grindr DMs with a public figure sparked confusion , and laughs , across social platforms, highlighting how easily mockery can be mistaken for truth. The saga is a useful reminder to check context before sharing.</w:t>
      </w:r>
      <w:r/>
    </w:p>
    <w:p>
      <w:r/>
      <w:r>
        <w:t>For creators, satire is potent but requires clear framing. For audiences, a little scepticism goes a long way; laugh, but don’t forward without checking the source. The incident also shows how quickly culture can turn a joke into a wider conversation about authenticity online.</w:t>
      </w:r>
      <w:r/>
    </w:p>
    <w:p>
      <w:r/>
      <w:r>
        <w:t>Closing line Small thrills, big feelings , these are the pop culture moments that made the week brighter and a little bit weirder.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Paragraph 4: </w:t>
      </w:r>
      <w:hyperlink r:id="rId10">
        <w:r>
          <w:rPr>
            <w:color w:val="0000EE"/>
            <w:u w:val="single"/>
          </w:rPr>
          <w:t>[7]</w:t>
        </w:r>
      </w:hyperlink>
      <w:r>
        <w:t xml:space="preserve">- Paragraph 5: </w:t>
      </w:r>
      <w:hyperlink r:id="rId10">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https://www.queerty.com/sam-smith-shannon-crave-paper-pups-10-things-were-obsessed-with-this-week-20260815/</w:t>
        </w:r>
      </w:hyperlink>
      <w:r>
        <w:t xml:space="preserve"> - Please view link - unable to able to access data</w:t>
      </w:r>
      <w:r/>
    </w:p>
    <w:p>
      <w:pPr>
        <w:pStyle w:val="ListNumber"/>
        <w:spacing w:line="240" w:lineRule="auto"/>
        <w:ind w:left="720"/>
      </w:pPr>
      <w:r/>
      <w:hyperlink r:id="rId10">
        <w:r>
          <w:rPr>
            <w:color w:val="0000EE"/>
            <w:u w:val="single"/>
          </w:rPr>
          <w:t>https://www.thedailybeast.com/nicole-kidman-shares-her-trick-for-blending-in-with-normal-people/</w:t>
        </w:r>
      </w:hyperlink>
      <w:r>
        <w:t xml:space="preserve"> - In a candid interview with </w:t>
      </w:r>
      <w:r>
        <w:rPr>
          <w:i/>
        </w:rPr>
        <w:t>British Vogue</w:t>
      </w:r>
      <w:r>
        <w:t>, Oscar-winning actress Nicole Kidman, 59, discussed how she parties incognito amid her high-profile divorce from Keith Urban. She revealed using disguises—like glasses and dark wigs—to blend in at raves in Ibiza, Spain, where her nights alternate between intimate dinner gatherings and lively dance parties. Despite her fame, Kidman considers herself "stealth," capable of slipping in and out unnoticed, often accompanied by friends for comfort. (</w:t>
      </w:r>
      <w:hyperlink r:id="rId11">
        <w:r>
          <w:rPr>
            <w:color w:val="0000EE"/>
            <w:u w:val="single"/>
          </w:rPr>
          <w:t>thedailybeast.com</w:t>
        </w:r>
      </w:hyperlink>
      <w:r>
        <w:t>)</w:t>
      </w:r>
      <w:r/>
    </w:p>
    <w:p>
      <w:pPr>
        <w:pStyle w:val="ListNumber"/>
        <w:spacing w:line="240" w:lineRule="auto"/>
        <w:ind w:left="720"/>
      </w:pPr>
      <w:r/>
      <w:hyperlink r:id="rId10">
        <w:r>
          <w:rPr>
            <w:color w:val="0000EE"/>
            <w:u w:val="single"/>
          </w:rPr>
          <w:t>https://www.thedailybeast.com/nicole-kidman-shares-her-trick-for-blending-in-with-normal-people/</w:t>
        </w:r>
      </w:hyperlink>
      <w:r>
        <w:t xml:space="preserve"> - In a candid interview with </w:t>
      </w:r>
      <w:r>
        <w:rPr>
          <w:i/>
        </w:rPr>
        <w:t>British Vogue</w:t>
      </w:r>
      <w:r>
        <w:t>, Oscar-winning actress Nicole Kidman, 59, discussed how she parties incognito amid her high-profile divorce from Keith Urban. She revealed using disguises—like glasses and dark wigs—to blend in at raves in Ibiza, Spain, where her nights alternate between intimate dinner gatherings and lively dance parties. Despite her fame, Kidman considers herself "stealth," capable of slipping in and out unnoticed, often accompanied by friends for comfort. (</w:t>
      </w:r>
      <w:hyperlink r:id="rId11">
        <w:r>
          <w:rPr>
            <w:color w:val="0000EE"/>
            <w:u w:val="single"/>
          </w:rPr>
          <w:t>thedailybeast.com</w:t>
        </w:r>
      </w:hyperlink>
      <w:r>
        <w:t>)</w:t>
      </w:r>
      <w:r/>
    </w:p>
    <w:p>
      <w:pPr>
        <w:pStyle w:val="ListNumber"/>
        <w:spacing w:line="240" w:lineRule="auto"/>
        <w:ind w:left="720"/>
      </w:pPr>
      <w:r/>
      <w:hyperlink r:id="rId10">
        <w:r>
          <w:rPr>
            <w:color w:val="0000EE"/>
            <w:u w:val="single"/>
          </w:rPr>
          <w:t>https://www.thedailybeast.com/nicole-kidman-shares-her-trick-for-blending-in-with-normal-people/</w:t>
        </w:r>
      </w:hyperlink>
      <w:r>
        <w:t xml:space="preserve"> - In a candid interview with </w:t>
      </w:r>
      <w:r>
        <w:rPr>
          <w:i/>
        </w:rPr>
        <w:t>British Vogue</w:t>
      </w:r>
      <w:r>
        <w:t>, Oscar-winning actress Nicole Kidman, 59, discussed how she parties incognito amid her high-profile divorce from Keith Urban. She revealed using disguises—like glasses and dark wigs—to blend in at raves in Ibiza, Spain, where her nights alternate between intimate dinner gatherings and lively dance parties. Despite her fame, Kidman considers herself "stealth," capable of slipping in and out unnoticed, often accompanied by friends for comfort. (</w:t>
      </w:r>
      <w:hyperlink r:id="rId11">
        <w:r>
          <w:rPr>
            <w:color w:val="0000EE"/>
            <w:u w:val="single"/>
          </w:rPr>
          <w:t>thedailybeast.com</w:t>
        </w:r>
      </w:hyperlink>
      <w:r>
        <w:t>)</w:t>
      </w:r>
      <w:r/>
    </w:p>
    <w:p>
      <w:pPr>
        <w:pStyle w:val="ListNumber"/>
        <w:spacing w:line="240" w:lineRule="auto"/>
        <w:ind w:left="720"/>
      </w:pPr>
      <w:r/>
      <w:hyperlink r:id="rId10">
        <w:r>
          <w:rPr>
            <w:color w:val="0000EE"/>
            <w:u w:val="single"/>
          </w:rPr>
          <w:t>https://www.thedailybeast.com/nicole-kidman-shares-her-trick-for-blending-in-with-normal-people/</w:t>
        </w:r>
      </w:hyperlink>
      <w:r>
        <w:t xml:space="preserve"> - In a candid interview with </w:t>
      </w:r>
      <w:r>
        <w:rPr>
          <w:i/>
        </w:rPr>
        <w:t>British Vogue</w:t>
      </w:r>
      <w:r>
        <w:t>, Oscar-winning actress Nicole Kidman, 59, discussed how she parties incognito amid her high-profile divorce from Keith Urban. She revealed using disguises—like glasses and dark wigs—to blend in at raves in Ibiza, Spain, where her nights alternate between intimate dinner gatherings and lively dance parties. Despite her fame, Kidman considers herself "stealth," capable of slipping in and out unnoticed, often accompanied by friends for comfort. (</w:t>
      </w:r>
      <w:hyperlink r:id="rId11">
        <w:r>
          <w:rPr>
            <w:color w:val="0000EE"/>
            <w:u w:val="single"/>
          </w:rPr>
          <w:t>thedailybeast.com</w:t>
        </w:r>
      </w:hyperlink>
      <w:r>
        <w:t>)</w:t>
      </w:r>
      <w:r/>
    </w:p>
    <w:p>
      <w:pPr>
        <w:pStyle w:val="ListNumber"/>
        <w:spacing w:line="240" w:lineRule="auto"/>
        <w:ind w:left="720"/>
      </w:pPr>
      <w:r/>
      <w:hyperlink r:id="rId10">
        <w:r>
          <w:rPr>
            <w:color w:val="0000EE"/>
            <w:u w:val="single"/>
          </w:rPr>
          <w:t>https://www.thedailybeast.com/nicole-kidman-shares-her-trick-for-blending-in-with-normal-people/</w:t>
        </w:r>
      </w:hyperlink>
      <w:r>
        <w:t xml:space="preserve"> - In a candid interview with </w:t>
      </w:r>
      <w:r>
        <w:rPr>
          <w:i/>
        </w:rPr>
        <w:t>British Vogue</w:t>
      </w:r>
      <w:r>
        <w:t>, Oscar-winning actress Nicole Kidman, 59, discussed how she parties incognito amid her high-profile divorce from Keith Urban. She revealed using disguises—like glasses and dark wigs—to blend in at raves in Ibiza, Spain, where her nights alternate between intimate dinner gatherings and lively dance parties. Despite her fame, Kidman considers herself "stealth," capable of slipping in and out unnoticed, often accompanied by friends for comfort. (</w:t>
      </w:r>
      <w:hyperlink r:id="rId11">
        <w:r>
          <w:rPr>
            <w:color w:val="0000EE"/>
            <w:u w:val="single"/>
          </w:rPr>
          <w:t>thedailybeast.com</w:t>
        </w:r>
      </w:hyperlink>
      <w:r>
        <w:t>)</w:t>
      </w:r>
      <w:r/>
    </w:p>
    <w:p>
      <w:pPr>
        <w:pStyle w:val="ListNumber"/>
        <w:spacing w:line="240" w:lineRule="auto"/>
        <w:ind w:left="720"/>
      </w:pPr>
      <w:r/>
      <w:hyperlink r:id="rId10">
        <w:r>
          <w:rPr>
            <w:color w:val="0000EE"/>
            <w:u w:val="single"/>
          </w:rPr>
          <w:t>https://www.thedailybeast.com/nicole-kidman-shares-her-trick-for-blending-in-with-normal-people/</w:t>
        </w:r>
      </w:hyperlink>
      <w:r>
        <w:t xml:space="preserve"> - In a candid interview with </w:t>
      </w:r>
      <w:r>
        <w:rPr>
          <w:i/>
        </w:rPr>
        <w:t>British Vogue</w:t>
      </w:r>
      <w:r>
        <w:t>, Oscar-winning actress Nicole Kidman, 59, discussed how she parties incognito amid her high-profile divorce from Keith Urban. She revealed using disguises—like glasses and dark wigs—to blend in at raves in Ibiza, Spain, where her nights alternate between intimate dinner gatherings and lively dance parties. Despite her fame, Kidman considers herself "stealth," capable of slipping in and out unnoticed, often accompanied by friends for comfort. (</w:t>
      </w:r>
      <w:hyperlink r:id="rId11">
        <w:r>
          <w:rPr>
            <w:color w:val="0000EE"/>
            <w:u w:val="single"/>
          </w:rPr>
          <w:t>thedailybeast.com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sam-smith-shannon-crave-paper-pups-10-things-were-obsessed-with-this-week-20260815/" TargetMode="External"/><Relationship Id="rId10" Type="http://schemas.openxmlformats.org/officeDocument/2006/relationships/hyperlink" Target="https://www.thedailybeast.com/nicole-kidman-shares-her-trick-for-blending-in-with-normal-people/" TargetMode="External"/><Relationship Id="rId11" Type="http://schemas.openxmlformats.org/officeDocument/2006/relationships/hyperlink" Target="https://www.thedailybeast.com/nicole-kidman-shares-her-trick-for-blending-in-with-normal-peopl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