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Oakland Pride 2026 Guide: Celebrating Pride, Power, and People in Downtown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Catch the vibe: Oakland Pride returns on Sunday 16 August with a parade through Downtown and a free festival at Frank H. Ogawa Plaza, a lineup led by Amerie, and a theme that foregrounds activism, community, and visibility, why locals and visitors should plan a day of celebration, solidarity, and practical joy.</w:t>
      </w:r>
      <w:r/>
    </w:p>
    <w:p>
      <w:r/>
      <w:r>
        <w:t>Essential Takeaways</w:t>
      </w:r>
      <w:r/>
      <w:r/>
    </w:p>
    <w:p>
      <w:pPr>
        <w:pStyle w:val="ListBullet"/>
        <w:spacing w:line="240" w:lineRule="auto"/>
        <w:ind w:left="720"/>
      </w:pPr>
      <w:r/>
      <w:r>
        <w:rPr>
          <w:b/>
        </w:rPr>
        <w:t>When and where:</w:t>
      </w:r>
      <w:r>
        <w:t xml:space="preserve"> Parade begins at 10:30am on Sunday 16 August, followed by a free festival at Frank H. Ogawa Plaza and surrounding streets.</w:t>
      </w:r>
      <w:r/>
    </w:p>
    <w:p>
      <w:pPr>
        <w:pStyle w:val="ListBullet"/>
        <w:spacing w:line="240" w:lineRule="auto"/>
        <w:ind w:left="720"/>
      </w:pPr>
      <w:r/>
      <w:r>
        <w:rPr>
          <w:b/>
        </w:rPr>
        <w:t>Theme:</w:t>
      </w:r>
      <w:r>
        <w:t xml:space="preserve"> Celebrating Pride, Power, and People, reflecting Oakland’s long history of activism and community organising.</w:t>
      </w:r>
      <w:r/>
    </w:p>
    <w:p>
      <w:pPr>
        <w:pStyle w:val="ListBullet"/>
        <w:spacing w:line="240" w:lineRule="auto"/>
        <w:ind w:left="720"/>
      </w:pPr>
      <w:r/>
      <w:r>
        <w:rPr>
          <w:b/>
        </w:rPr>
        <w:t>Headliner:</w:t>
      </w:r>
      <w:r>
        <w:t xml:space="preserve"> Grammy-nominated R&amp;B artist Amerie will perform on the main stage; expect high-energy classics and strong queer fan love.</w:t>
      </w:r>
      <w:r/>
    </w:p>
    <w:p>
      <w:pPr>
        <w:pStyle w:val="ListBullet"/>
        <w:spacing w:line="240" w:lineRule="auto"/>
        <w:ind w:left="720"/>
      </w:pPr>
      <w:r/>
      <w:r>
        <w:rPr>
          <w:b/>
        </w:rPr>
        <w:t>Accessibility and partners:</w:t>
      </w:r>
      <w:r>
        <w:t xml:space="preserve"> The event is presented by the Oakland LGBTQ Community Center with sponsors including health and community organisations, offering year-round programming and on-site resources.</w:t>
      </w:r>
      <w:r/>
    </w:p>
    <w:p>
      <w:pPr>
        <w:pStyle w:val="ListBullet"/>
        <w:spacing w:line="240" w:lineRule="auto"/>
        <w:ind w:left="720"/>
      </w:pPr>
      <w:r/>
      <w:r>
        <w:rPr>
          <w:b/>
        </w:rPr>
        <w:t>Atmosphere:</w:t>
      </w:r>
      <w:r>
        <w:t xml:space="preserve"> Diverse, activist-rooted and family-friendly, with food, stalls, and a sense of local pride and resilience.</w:t>
      </w:r>
      <w:r/>
      <w:r/>
    </w:p>
    <w:p>
      <w:pPr>
        <w:pStyle w:val="Heading2"/>
      </w:pPr>
      <w:r>
        <w:t>Why this year feels different , Pride as programme, not just a party</w:t>
      </w:r>
      <w:r/>
    </w:p>
    <w:p>
      <w:r/>
      <w:r>
        <w:t>Oakland Pride has moved into a new chapter as a programme of the Oakland LGBTQ Community Center, and that shift matters. It signals that Pride will no longer be a single-day event in the margins but part of ongoing community programming, with support for services, outreach, and advocacy. The mood is deliberately both celebratory and serious; expect colourful joy on the streets with an undercurrent of civic purpose. For visitors, that translates to festival booths offering information and services alongside music and food.</w:t>
      </w:r>
      <w:r/>
    </w:p>
    <w:p>
      <w:pPr>
        <w:pStyle w:val="Heading2"/>
      </w:pPr>
      <w:r>
        <w:t>What to expect from the parade and main stage , timing, feel, and the headline act</w:t>
      </w:r>
      <w:r/>
    </w:p>
    <w:p>
      <w:r/>
      <w:r>
        <w:t>The parade kicks off at 10:30am and winds through the heart of Downtown before the festivities at Frank H. Ogawa Plaza. Organisers have leaned into Oakland’s activist DNA, so the procession will include grassroots groups, marching contingents, and performance troupes as well as community organisations. On the main stage Amerie brings an R&amp;B set built on hits that many will know and sing along to, think slick rhythms and a live energy that pairs well with a sunny plaza. If you want the best spot, arrive early; if you prefer a quieter vantage point, scope out nearby side streets for a less crowded view.</w:t>
      </w:r>
      <w:r/>
    </w:p>
    <w:p>
      <w:pPr>
        <w:pStyle w:val="Heading2"/>
      </w:pPr>
      <w:r>
        <w:t>Practical tips for attending , getting there, staying comfortable, and keeping safe</w:t>
      </w:r>
      <w:r/>
    </w:p>
    <w:p>
      <w:r/>
      <w:r>
        <w:t>Public transport and walking are the easiest ways to reach the parade route and plaza; Downtown Oakland is compact but busy on Pride day. Wear comfortable shoes, bring a reusable water bottle, and layer up, August can swing from warm to breezy depending on shade and wind. If you need assistance, look for community centre or sponsor tents where volunteers can point you to first aid, accessibility services, or family-friendly zones. And if you’re planning to meet friends, pick a clear landmark as a rendezvous point because phone signals can be patchy in crowds.</w:t>
      </w:r>
      <w:r/>
    </w:p>
    <w:p>
      <w:pPr>
        <w:pStyle w:val="Heading2"/>
      </w:pPr>
      <w:r>
        <w:t>Community impact and sponsors , why partners matter beyond logos</w:t>
      </w:r>
      <w:r/>
    </w:p>
    <w:p>
      <w:r/>
      <w:r>
        <w:t>Sponsors and partners help keep Pride free and accessible while also supporting health and outreach efforts across the Bay Area. Backing from health organisations and local institutions means on-site resources like HIV awareness, testing information, and referrals are often part of the festival experience. That’s intentional: Pride in Oakland blends celebration with service, helping visitors connect with support networks long after the music ends. It’s a model that keeps local organisers focused on sustainability and equity.</w:t>
      </w:r>
      <w:r/>
    </w:p>
    <w:p>
      <w:pPr>
        <w:pStyle w:val="Heading2"/>
      </w:pPr>
      <w:r>
        <w:t>Who should go and how to make the day yours</w:t>
      </w:r>
      <w:r/>
    </w:p>
    <w:p>
      <w:r/>
      <w:r>
        <w:t>Oakland Pride is for everyone who wants to celebrate LGBTQ+ lives or stand in solidarity; families, elders, activists, and newcomers all find space here. If you want a party atmosphere, follow the main stage and food vendors. If you’re after community connection, visit the organisation tents and booths. For quieter reflection, arrive early or late in the afternoon when the initial rush settles. Bring cash where you can, but many vendors will accept cards; check accessibility info in advance if you have mobility needs.</w:t>
      </w:r>
      <w:r/>
    </w:p>
    <w:p>
      <w:r/>
      <w:r>
        <w:t>It's a small change in planning that can make the day smoother, and the celebration richer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https://sfbaytimes.com/oakland-pride-2026-parade-and-festival-headliners-2/?utm_source=rss&amp;utm_medium=rss&amp;utm_campaign=oakland-pride-2026-parade-and-festival-headliners-2</w:t>
        </w:r>
      </w:hyperlink>
      <w:r>
        <w:t xml:space="preserve"> - Please view link - unable to able to access data</w:t>
      </w:r>
      <w:r/>
    </w:p>
    <w:p>
      <w:pPr>
        <w:pStyle w:val="ListNumber"/>
        <w:spacing w:line="240" w:lineRule="auto"/>
        <w:ind w:left="720"/>
      </w:pPr>
      <w:r/>
      <w:hyperlink r:id="rId10">
        <w:r>
          <w:rPr>
            <w:color w:val="0000EE"/>
            <w:u w:val="single"/>
          </w:rPr>
          <w:t>https://www.oaklandprideofficial.org/</w:t>
        </w:r>
      </w:hyperlink>
      <w:r>
        <w:t xml:space="preserve"> - Oakland Pride is a vibrant annual event celebrating the LGBTQ+ community in Oakland, California. The 2026 parade and festival are scheduled for Sunday, August 16, featuring a theme of 'Celebrating Pride, Power, and People.' The event includes a parade starting at 10:30 AM, followed by a festival at Frank Ogawa Plaza from noon to 6 PM. The festival offers live entertainment, community programming, and various vendors, reflecting Oakland's culture, resilience, and creativity. This year marks a new chapter as Oakland Pride becomes a program of the Oakland LGBTQ Community Center, aiming to support LGBTQ+ individuals year-round.</w:t>
      </w:r>
      <w:r/>
    </w:p>
    <w:p>
      <w:pPr>
        <w:pStyle w:val="ListNumber"/>
        <w:spacing w:line="240" w:lineRule="auto"/>
        <w:ind w:left="720"/>
      </w:pPr>
      <w:r/>
      <w:hyperlink r:id="rId13">
        <w:r>
          <w:rPr>
            <w:color w:val="0000EE"/>
            <w:u w:val="single"/>
          </w:rPr>
          <w:t>https://www.songkick.com/festivals/822839-oakland-pride/id/43274403-oakland-pride-2026</w:t>
        </w:r>
      </w:hyperlink>
      <w:r>
        <w:t xml:space="preserve"> - Songkick provides detailed information about the 2026 Oakland Pride event, highlighting its theme 'Celebrating Pride, Power, and People.' The festival features four stages of live entertainment, including a Main Stage in front of City Hall with Grammy-nominated headliner performances. Additional stages include a Latin Stage and a dedicated House Stage. The event also boasts over 300 exhibitors, a variety of food vendors, and special experiences like Generations of Pride and Sexy Town, catering to diverse community interests and celebrating Oakland's rich cultural heritage.</w:t>
      </w:r>
      <w:r/>
    </w:p>
    <w:p>
      <w:pPr>
        <w:pStyle w:val="ListNumber"/>
        <w:spacing w:line="240" w:lineRule="auto"/>
        <w:ind w:left="720"/>
      </w:pPr>
      <w:r/>
      <w:hyperlink r:id="rId12">
        <w:r>
          <w:rPr>
            <w:color w:val="0000EE"/>
            <w:u w:val="single"/>
          </w:rPr>
          <w:t>https://www.oaklandgmc.org/pride2026</w:t>
        </w:r>
      </w:hyperlink>
      <w:r>
        <w:t xml:space="preserve"> - The Oakland Gay Men's Chorus (Oakland GMC) is actively involved in the LGBTQ+ community, with a focus on supporting Oakland Pride 2026. Through their 'Colors of Pride' crowdfunding campaign, they have raised $8,000 to support Pride-related initiatives. The campaign features videos from members of Oakland GMC's new small ensemble, showcasing their commitment to keeping music accessible for everyone. This initiative underscores the chorus's dedication to fostering inclusivity and supporting the LGBTQ+ community in Oakland.</w:t>
      </w:r>
      <w:r/>
    </w:p>
    <w:p>
      <w:pPr>
        <w:pStyle w:val="ListNumber"/>
        <w:spacing w:line="240" w:lineRule="auto"/>
        <w:ind w:left="720"/>
      </w:pPr>
      <w:r/>
      <w:hyperlink r:id="rId15">
        <w:r>
          <w:rPr>
            <w:color w:val="0000EE"/>
            <w:u w:val="single"/>
          </w:rPr>
          <w:t>https://www.oakland.edu/gsc/pride-month/</w:t>
        </w:r>
      </w:hyperlink>
      <w:r>
        <w:t xml:space="preserve"> - Oakland University celebrates Pride Month annually, with events typically held from mid-March to mid-April. The 2026 Pride Month includes a variety of activities such as the Transgender Day of Visibility, the 21st annual OU Drag Show, and the 7th annual Tim Larrabee Memorial Lecture. This year's lecture features Mike McGuinness, an alumnus and Pontiac's first openly gay mayor. These events aim to empower and educate the LGBTQ+ community and allies, reflecting the university's commitment to diversity and inclusion.</w:t>
      </w:r>
      <w:r/>
    </w:p>
    <w:p>
      <w:pPr>
        <w:pStyle w:val="ListNumber"/>
        <w:spacing w:line="240" w:lineRule="auto"/>
        <w:ind w:left="720"/>
      </w:pPr>
      <w:r/>
      <w:hyperlink r:id="rId14">
        <w:r>
          <w:rPr>
            <w:color w:val="0000EE"/>
            <w:u w:val="single"/>
          </w:rPr>
          <w:t>https://lapride.org/sponsors-2026/</w:t>
        </w:r>
      </w:hyperlink>
      <w:r>
        <w:t xml:space="preserve"> - LA Pride's 2026 event, themed 'Rise with Pride,' is supported by a diverse range of sponsors, media partners, local businesses, and community partners. The theme reflects the resilience of the LGBTQ+ community, celebrating its ability to rise through change and challenge. The event is organized by Christopher Street West Association Inc (CSW), a 501(c)3 nonprofit, which relies on the financial support of these sponsors to produce the annual celebration, highlighting the community's strength and unity.</w:t>
      </w:r>
      <w:r/>
    </w:p>
    <w:p>
      <w:pPr>
        <w:pStyle w:val="ListNumber"/>
        <w:spacing w:line="240" w:lineRule="auto"/>
        <w:ind w:left="720"/>
      </w:pPr>
      <w:r/>
      <w:hyperlink r:id="rId11">
        <w:r>
          <w:rPr>
            <w:color w:val="0000EE"/>
            <w:u w:val="single"/>
          </w:rPr>
          <w:t>https://pinkuk.com/events/north-america/usa/california/oakland/oakland-pride-2026</w:t>
        </w:r>
      </w:hyperlink>
      <w:r>
        <w:t xml:space="preserve"> - Pink UK provides information about the 2026 Oakland Pride event, scheduled for Sunday, August 16, 2026. The event includes a parade starting at 11:00 AM from Broadway &amp; 14th Street, finishing at Broadway &amp; 21st Street, followed by the Oakland Pride Festival and Celebration from 12:00 PM to 6:00 PM. The festival features various activities, including live entertainment, community programming, and vendor opportunities, reflecting Oakland's commitment to celebrating and supporting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oakland-pride-2026-parade-and-festival-headliners-2/?utm_source=rss&amp;utm_medium=rss&amp;utm_campaign=oakland-pride-2026-parade-and-festival-headliners-2" TargetMode="External"/><Relationship Id="rId10" Type="http://schemas.openxmlformats.org/officeDocument/2006/relationships/hyperlink" Target="https://www.oaklandprideofficial.org/" TargetMode="External"/><Relationship Id="rId11" Type="http://schemas.openxmlformats.org/officeDocument/2006/relationships/hyperlink" Target="https://pinkuk.com/events/north-america/usa/california/oakland/oakland-pride-2026" TargetMode="External"/><Relationship Id="rId12" Type="http://schemas.openxmlformats.org/officeDocument/2006/relationships/hyperlink" Target="https://www.oaklandgmc.org/pride2026" TargetMode="External"/><Relationship Id="rId13" Type="http://schemas.openxmlformats.org/officeDocument/2006/relationships/hyperlink" Target="https://www.songkick.com/festivals/822839-oakland-pride/id/43274403-oakland-pride-2026" TargetMode="External"/><Relationship Id="rId14" Type="http://schemas.openxmlformats.org/officeDocument/2006/relationships/hyperlink" Target="https://lapride.org/sponsors-2026/" TargetMode="External"/><Relationship Id="rId15" Type="http://schemas.openxmlformats.org/officeDocument/2006/relationships/hyperlink" Target="https://www.oakland.edu/gsc/pride-mon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