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NFL Preseason Guide: Who to Watch and Why This Year’s Standouts Matter</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Watch closely this preseason , players are staking their claims, fresh faces are flashing, and if you want to enjoy the regular season with a little extra savvy, now’s the time to learn the names and narratives that will shape September.</w:t>
      </w:r>
      <w:r/>
    </w:p>
    <w:p>
      <w:r/>
      <w:r>
        <w:t>Essential Takeaways</w:t>
      </w:r>
      <w:r/>
      <w:r/>
    </w:p>
    <w:p>
      <w:pPr>
        <w:pStyle w:val="ListBullet"/>
        <w:spacing w:line="240" w:lineRule="auto"/>
        <w:ind w:left="720"/>
      </w:pPr>
      <w:r/>
      <w:r>
        <w:rPr>
          <w:b/>
        </w:rPr>
        <w:t>First full slate:</w:t>
      </w:r>
      <w:r>
        <w:t xml:space="preserve"> The 2026 NFL preseason is underway, giving fans weeks of meaningful practice-game action before Week 1.</w:t>
      </w:r>
      <w:r/>
    </w:p>
    <w:p>
      <w:pPr>
        <w:pStyle w:val="ListBullet"/>
        <w:spacing w:line="240" w:lineRule="auto"/>
        <w:ind w:left="720"/>
      </w:pPr>
      <w:r/>
      <w:r>
        <w:rPr>
          <w:b/>
        </w:rPr>
        <w:t>Key positions to watch:</w:t>
      </w:r>
      <w:r>
        <w:t xml:space="preserve"> Quarterbacks, running backs, wide receivers and tight ends often set the tone , they’re where the highlights and headlines come from.</w:t>
      </w:r>
      <w:r/>
    </w:p>
    <w:p>
      <w:pPr>
        <w:pStyle w:val="ListBullet"/>
        <w:spacing w:line="240" w:lineRule="auto"/>
        <w:ind w:left="720"/>
      </w:pPr>
      <w:r/>
      <w:r>
        <w:rPr>
          <w:b/>
        </w:rPr>
        <w:t>Rising stars on display:</w:t>
      </w:r>
      <w:r>
        <w:t xml:space="preserve"> Expect rookies and breakouts to use preseason snaps to push for roster spots and chemistry with starters.</w:t>
      </w:r>
      <w:r/>
    </w:p>
    <w:p>
      <w:pPr>
        <w:pStyle w:val="ListBullet"/>
        <w:spacing w:line="240" w:lineRule="auto"/>
        <w:ind w:left="720"/>
      </w:pPr>
      <w:r/>
      <w:r>
        <w:rPr>
          <w:b/>
        </w:rPr>
        <w:t>How to follow:</w:t>
      </w:r>
      <w:r>
        <w:t xml:space="preserve"> Check official NFL preseason schedules and joint-practice listings to catch games and behind-the-scenes action.</w:t>
      </w:r>
      <w:r/>
    </w:p>
    <w:p>
      <w:pPr>
        <w:pStyle w:val="ListBullet"/>
        <w:spacing w:line="240" w:lineRule="auto"/>
        <w:ind w:left="720"/>
      </w:pPr>
      <w:r/>
      <w:r>
        <w:rPr>
          <w:b/>
        </w:rPr>
        <w:t>What to look for:</w:t>
      </w:r>
      <w:r>
        <w:t xml:space="preserve"> Quarterback accuracy, receiver separation, tight end route-running, and cornerback coverage skills reveal who’ll impact the regular season.</w:t>
      </w:r>
      <w:r/>
      <w:r/>
    </w:p>
    <w:p>
      <w:pPr>
        <w:pStyle w:val="Heading2"/>
      </w:pPr>
      <w:r>
        <w:t>Why the preseason still matters , more than you think</w:t>
      </w:r>
      <w:r/>
    </w:p>
    <w:p>
      <w:r/>
      <w:r>
        <w:t>The preseason isn’t just a warm-up; it’s a proving ground with a low, electric hum , think crisp throws under stadium lights and rookie nerves. According to NFL schedule releases, teams use these weeks to test playbooks and evaluate depth. For fans, that means you can spot which players are adapting and which matchups will matter in September. If a backup QB looks sharp or a tight end suddenly shows crisp route-running, that’s your cue to pay attention.</w:t>
      </w:r>
      <w:r/>
    </w:p>
    <w:p>
      <w:pPr>
        <w:pStyle w:val="Heading2"/>
      </w:pPr>
      <w:r>
        <w:t>Quarterbacks and their supporting cast , watch the chemistry</w:t>
      </w:r>
      <w:r/>
    </w:p>
    <w:p>
      <w:r/>
      <w:r>
        <w:t>Quarterbacks get the headlines, and the preseason is the best time to see their developing rapport with receivers and tight ends. The full slate of practice games gives starters extended reps and backups a chance to shine. Watch how quarterbacks handle pressure, their decision-making speed, and their connection with new targets. Those small, quiet moments , a perfectly timed throw or a calming sideline exchange , often forecast who’ll control the offence when the real points start to count.</w:t>
      </w:r>
      <w:r/>
    </w:p>
    <w:p>
      <w:pPr>
        <w:pStyle w:val="Heading2"/>
      </w:pPr>
      <w:r>
        <w:t>Tight ends and running backs , underrated catalysts</w:t>
      </w:r>
      <w:r/>
    </w:p>
    <w:p>
      <w:r/>
      <w:r>
        <w:t>Tight ends and running backs often tip the balance in close games, and this year they’re earning more attention. Tight ends who can block and stretch the seam become mismatch makers, while versatile running backs who catch out of the backfield expand play-calling options. Pay attention during preseason drives: a tight end who finds soft spots in zone coverage or a running back who shows vision through traffic could be a key fantasy pick and a coach’s favourite.</w:t>
      </w:r>
      <w:r/>
    </w:p>
    <w:p>
      <w:pPr>
        <w:pStyle w:val="Heading2"/>
      </w:pPr>
      <w:r>
        <w:t>Defensive stars to watch , corners and pass rushers</w:t>
      </w:r>
      <w:r/>
    </w:p>
    <w:p>
      <w:r/>
      <w:r>
        <w:t>Defence sets the table for dramatic moments, and cornerbacks are particularly fascinating in the preseason. Young corners demonstrating tight coverage and confident tackling can quickly move up the depth chart, while pass rushers who refine their first-step quickness change game plans. Use the preseason to compare technique and poise , those who don’t get flustered by trick plays or quick releases are likelier to translate practice success into regular-season stops.</w:t>
      </w:r>
      <w:r/>
    </w:p>
    <w:p>
      <w:pPr>
        <w:pStyle w:val="Heading2"/>
      </w:pPr>
      <w:r>
        <w:t>How to follow these games without getting overwhelmed</w:t>
      </w:r>
      <w:r/>
    </w:p>
    <w:p>
      <w:r/>
      <w:r>
        <w:t>Between joint practices and the preseason schedule, there’s a lot to keep up with. The NFL’s official schedule pages list preseason weeks and locations, so pick a handful of matchups that feature teams or players you care about. Stream the games, read coach comments after plays, and watch for patterns rather than single highlights. If you’re into fantasy, focus on consistency: repeated production in preseason often beats one-off big plays.</w:t>
      </w:r>
      <w:r/>
    </w:p>
    <w:p>
      <w:r/>
      <w:r>
        <w:t>It's a small change that makes watching the season start feel smarter and more satisfying.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2">
        <w:r>
          <w:rPr>
            <w:color w:val="0000EE"/>
            <w:u w:val="single"/>
          </w:rPr>
          <w:t>[4]</w:t>
        </w:r>
      </w:hyperlink>
      <w:r>
        <w:t xml:space="preserve">, </w:t>
      </w:r>
      <w:hyperlink r:id="rId13">
        <w:r>
          <w:rPr>
            <w:color w:val="0000EE"/>
            <w:u w:val="single"/>
          </w:rPr>
          <w:t>[5]</w:t>
        </w:r>
      </w:hyperlink>
      <w:r>
        <w:t xml:space="preserve">- Paragraph 3: </w:t>
      </w:r>
      <w:hyperlink r:id="rId9">
        <w:r>
          <w:rPr>
            <w:color w:val="0000EE"/>
            <w:u w:val="single"/>
          </w:rPr>
          <w:t>[1]</w:t>
        </w:r>
      </w:hyperlink>
      <w:r>
        <w:t xml:space="preserve">, </w:t>
      </w:r>
      <w:hyperlink r:id="rId12">
        <w:r>
          <w:rPr>
            <w:color w:val="0000EE"/>
            <w:u w:val="single"/>
          </w:rPr>
          <w:t>[4]</w:t>
        </w:r>
      </w:hyperlink>
      <w:r>
        <w:t xml:space="preserve">- Paragraph 4: </w:t>
      </w:r>
      <w:hyperlink r:id="rId9">
        <w:r>
          <w:rPr>
            <w:color w:val="0000EE"/>
            <w:u w:val="single"/>
          </w:rPr>
          <w:t>[1]</w:t>
        </w:r>
      </w:hyperlink>
      <w:r>
        <w:t xml:space="preserve">, </w:t>
      </w:r>
      <w:hyperlink r:id="rId10">
        <w:r>
          <w:rPr>
            <w:color w:val="0000EE"/>
            <w:u w:val="single"/>
          </w:rPr>
          <w:t>[2]</w:t>
        </w:r>
      </w:hyperlink>
      <w:r>
        <w:t xml:space="preserve">- Paragraph 5: </w:t>
      </w:r>
      <w:hyperlink r:id="rId14">
        <w:r>
          <w:rPr>
            <w:color w:val="0000EE"/>
            <w:u w:val="single"/>
          </w:rPr>
          <w:t>[3]</w:t>
        </w:r>
      </w:hyperlink>
      <w:r>
        <w:t xml:space="preserve">, </w:t>
      </w:r>
      <w:hyperlink r:id="rId13">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https://www.queerty.com/sack-the-quarterback-eye-the-tight-ends-your-ultimate-thirst-trap-guide-to-the-nfl-season-20260814/</w:t>
        </w:r>
      </w:hyperlink>
      <w:r>
        <w:t xml:space="preserve"> - Please view link - unable to able to access data</w:t>
      </w:r>
      <w:r/>
    </w:p>
    <w:p>
      <w:pPr>
        <w:pStyle w:val="ListNumber"/>
        <w:spacing w:line="240" w:lineRule="auto"/>
        <w:ind w:left="720"/>
      </w:pPr>
      <w:r/>
      <w:hyperlink r:id="rId10">
        <w:r>
          <w:rPr>
            <w:color w:val="0000EE"/>
            <w:u w:val="single"/>
          </w:rPr>
          <w:t>https://www.nfl.com/news/nfl-joint-practice-schedule-2026-preseason-dates-locations-teams</w:t>
        </w:r>
      </w:hyperlink>
      <w:r>
        <w:t xml:space="preserve"> - The NFL announced that 28 teams will participate in joint practices during the 2026 preseason. Teams are permitted to conduct up to four joint practice sessions during the preseason, typically ahead of a preseason game. Notably, a joint practice cannot be held on the day before a preseason game. In 2025, 29 teams held at least one joint practice session during the preseason. The schedule includes matchups such as the Dallas Cowboys visiting the Los Angeles Rams in Los Angeles, and the Indianapolis Colts visiting the New England Patriots in Foxborough, Massachusetts, both on August 11, 2026.</w:t>
      </w:r>
      <w:r/>
    </w:p>
    <w:p>
      <w:pPr>
        <w:pStyle w:val="ListNumber"/>
        <w:spacing w:line="240" w:lineRule="auto"/>
        <w:ind w:left="720"/>
      </w:pPr>
      <w:r/>
      <w:hyperlink r:id="rId14">
        <w:r>
          <w:rPr>
            <w:color w:val="0000EE"/>
            <w:u w:val="single"/>
          </w:rPr>
          <w:t>https://www.nfl.com/news/nfl-make-your-plan-to-watch-the-2026-nfl-preseason</w:t>
        </w:r>
      </w:hyperlink>
      <w:r>
        <w:t xml:space="preserve"> - The NFL has released the 2026 preseason schedule, featuring a series of games from August 13 to August 29, 2026. The Pro Football Hall of Fame Game is scheduled for Thursday, August 6, 2026, at 8 p.m. ET, featuring the Carolina Panthers against the Arizona Cardinals. The preseason games will be available for viewing on NFL Network and, for fans with an NFL+ Premium subscription, on-demand game replays will also be accessible. The schedule includes matchups such as the Detroit Lions at the Cincinnati Bengals and the Green Bay Packers at the Pittsburgh Steelers, both on August 13, 2026.</w:t>
      </w:r>
      <w:r/>
    </w:p>
    <w:p>
      <w:pPr>
        <w:pStyle w:val="ListNumber"/>
        <w:spacing w:line="240" w:lineRule="auto"/>
        <w:ind w:left="720"/>
      </w:pPr>
      <w:r/>
      <w:hyperlink r:id="rId12">
        <w:r>
          <w:rPr>
            <w:color w:val="0000EE"/>
            <w:u w:val="single"/>
          </w:rPr>
          <w:t>https://www.nfl.com/schedules/2026/by-week/preseason-week-1</w:t>
        </w:r>
      </w:hyperlink>
      <w:r>
        <w:t xml:space="preserve"> - The NFL has released the 2026 preseason schedule, featuring a series of games from August 13 to August 16, 2026. The Hall of Fame Game is scheduled for August 7, 2026. Preseason Week 1 includes matchups such as the Detroit Lions at the Cincinnati Bengals and the Green Bay Packers at the Pittsburgh Steelers, both on August 13, 2026. The schedule also features games like the Arizona Cardinals at the Las Vegas Raiders and the Los Angeles Chargers at the Houston Texans, both on August 13, 2026.</w:t>
      </w:r>
      <w:r/>
    </w:p>
    <w:p>
      <w:pPr>
        <w:pStyle w:val="ListNumber"/>
        <w:spacing w:line="240" w:lineRule="auto"/>
        <w:ind w:left="720"/>
      </w:pPr>
      <w:r/>
      <w:hyperlink r:id="rId13">
        <w:r>
          <w:rPr>
            <w:color w:val="0000EE"/>
            <w:u w:val="single"/>
          </w:rPr>
          <w:t>https://www.nfl.com/schedules/2026/by-week/preseason-week-3</w:t>
        </w:r>
      </w:hyperlink>
      <w:r>
        <w:t xml:space="preserve"> - The NFL has released the 2026 preseason schedule, featuring a series of games from August 13 to August 29, 2026. Preseason Week 3 includes matchups such as the Pittsburgh Steelers at the Buffalo Bills on August 27, 2026, at 7:00 PM, and the New England Patriots at the Cleveland Browns on August 27, 2026, at 8:00 PM. The schedule also features games like the New York Jets at the New York Giants and the Minnesota Vikings at the New York Giants, both on August 15, 2026.</w:t>
      </w:r>
      <w:r/>
    </w:p>
    <w:p>
      <w:pPr>
        <w:pStyle w:val="ListNumber"/>
        <w:spacing w:line="240" w:lineRule="auto"/>
        <w:ind w:left="720"/>
      </w:pPr>
      <w:r/>
      <w:hyperlink r:id="rId11">
        <w:r>
          <w:rPr>
            <w:color w:val="0000EE"/>
            <w:u w:val="single"/>
          </w:rPr>
          <w:t>https://www.nfl.com/nfl-schedule-release/</w:t>
        </w:r>
      </w:hyperlink>
      <w:r>
        <w:t xml:space="preserve"> - The NFL has released the 2026 regular-season schedule, featuring matchups such as the Dallas Cowboys at the New York Giants in Week 1 on September 13, 2026, and the Denver Broncos at the Kansas City Chiefs in Week 1 on September 14, 2026. The schedule also includes games like the Detroit Lions at the Buffalo Bills in Week 2 on September 20, 2026, and the Green Bay Packers at the Los Angeles Rams in Week 12 on November 23, 2026.</w:t>
      </w:r>
      <w:r/>
    </w:p>
    <w:p>
      <w:pPr>
        <w:pStyle w:val="ListNumber"/>
        <w:spacing w:line="240" w:lineRule="auto"/>
        <w:ind w:left="720"/>
      </w:pPr>
      <w:r/>
      <w:hyperlink r:id="rId15">
        <w:r>
          <w:rPr>
            <w:color w:val="0000EE"/>
            <w:u w:val="single"/>
          </w:rPr>
          <w:t>https://www.youtube.com/watch?v=4P0fPdRJ5fA</w:t>
        </w:r>
      </w:hyperlink>
      <w:r>
        <w:t xml:space="preserve"> - In this video, the NFL announces the start date for the 2026 season amid conflicts with the Sports Broadcasting Act of 1961. The league has decided not to play on the first Friday of the 2026 season, citing new restrictions under the Act. This decision follows last year's controversial Week 1 game in Brazil, which exploited a loophole allowing Friday night games. The Act's ban on televising Friday or Saturday games activates only after the second weekend in September, creating a conflict with Labor Day. The NFL's opener will shift due to Labor Day falling on September 1, 2, or 3, 2026.</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queerty.com/sack-the-quarterback-eye-the-tight-ends-your-ultimate-thirst-trap-guide-to-the-nfl-season-20260814/" TargetMode="External"/><Relationship Id="rId10" Type="http://schemas.openxmlformats.org/officeDocument/2006/relationships/hyperlink" Target="https://www.nfl.com/news/nfl-joint-practice-schedule-2026-preseason-dates-locations-teams" TargetMode="External"/><Relationship Id="rId11" Type="http://schemas.openxmlformats.org/officeDocument/2006/relationships/hyperlink" Target="https://www.nfl.com/nfl-schedule-release/" TargetMode="External"/><Relationship Id="rId12" Type="http://schemas.openxmlformats.org/officeDocument/2006/relationships/hyperlink" Target="https://www.nfl.com/schedules/2026/by-week/preseason-week-1" TargetMode="External"/><Relationship Id="rId13" Type="http://schemas.openxmlformats.org/officeDocument/2006/relationships/hyperlink" Target="https://www.nfl.com/schedules/2026/by-week/preseason-week-3" TargetMode="External"/><Relationship Id="rId14" Type="http://schemas.openxmlformats.org/officeDocument/2006/relationships/hyperlink" Target="https://www.nfl.com/news/nfl-make-your-plan-to-watch-the-2026-nfl-preseason" TargetMode="External"/><Relationship Id="rId15" Type="http://schemas.openxmlformats.org/officeDocument/2006/relationships/hyperlink" Target="https://www.youtube.com/watch?v=4P0fPdRJ5f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