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When Neil Patrick Harris’s Coming Out Changed TV</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remembering the moment Neil Patrick Harris stepped into the open, a move that mattered to fans and fellow actors alike; here we revisit why he felt compelled to come out during his How I Met Your Mother years, what it looked like then, and why it still matters for representation today.</w:t>
      </w:r>
      <w:r/>
    </w:p>
    <w:p>
      <w:r/>
      <w:r>
        <w:t>Essential Takeaways</w:t>
      </w:r>
      <w:r/>
      <w:r/>
    </w:p>
    <w:p>
      <w:pPr>
        <w:pStyle w:val="ListBullet"/>
        <w:spacing w:line="240" w:lineRule="auto"/>
        <w:ind w:left="720"/>
      </w:pPr>
      <w:r/>
      <w:r>
        <w:rPr>
          <w:b/>
        </w:rPr>
        <w:t>Public moment:</w:t>
      </w:r>
      <w:r>
        <w:t xml:space="preserve"> Neil Patrick Harris chose to address speculation about his sexuality while starring on a major network sitcom, aiming to control the narrative.</w:t>
      </w:r>
      <w:r/>
    </w:p>
    <w:p>
      <w:pPr>
        <w:pStyle w:val="ListBullet"/>
        <w:spacing w:line="240" w:lineRule="auto"/>
        <w:ind w:left="720"/>
      </w:pPr>
      <w:r/>
      <w:r>
        <w:rPr>
          <w:b/>
        </w:rPr>
        <w:t>Private partnership:</w:t>
      </w:r>
      <w:r>
        <w:t xml:space="preserve"> He and David Burtka were a couple long before Harris’s HIMYM role, and Burtka later appeared on the show.</w:t>
      </w:r>
      <w:r/>
    </w:p>
    <w:p>
      <w:pPr>
        <w:pStyle w:val="ListBullet"/>
        <w:spacing w:line="240" w:lineRule="auto"/>
        <w:ind w:left="720"/>
      </w:pPr>
      <w:r/>
      <w:r>
        <w:rPr>
          <w:b/>
        </w:rPr>
        <w:t>Media pressure:</w:t>
      </w:r>
      <w:r>
        <w:t xml:space="preserve"> Tabloid and blog speculation pushed Harris to craft a thoughtful, authentic statement rather than react to gossip.</w:t>
      </w:r>
      <w:r/>
    </w:p>
    <w:p>
      <w:pPr>
        <w:pStyle w:val="ListBullet"/>
        <w:spacing w:line="240" w:lineRule="auto"/>
        <w:ind w:left="720"/>
      </w:pPr>
      <w:r/>
      <w:r>
        <w:rPr>
          <w:b/>
        </w:rPr>
        <w:t>Cultural shift:</w:t>
      </w:r>
      <w:r>
        <w:t xml:space="preserve"> Harris credits earlier LGBTQ actors for making his own public acknowledgement less fraught, and his visibility helped normalise queer leading men on TV.</w:t>
      </w:r>
      <w:r/>
    </w:p>
    <w:p>
      <w:pPr>
        <w:pStyle w:val="ListBullet"/>
        <w:spacing w:line="240" w:lineRule="auto"/>
        <w:ind w:left="720"/>
      </w:pPr>
      <w:r/>
      <w:r>
        <w:rPr>
          <w:b/>
        </w:rPr>
        <w:t>Lasting effect:</w:t>
      </w:r>
      <w:r>
        <w:t xml:space="preserve"> His honesty now reads as part of a broader movement toward more inclusive casting and storytelling.</w:t>
      </w:r>
      <w:r/>
      <w:r/>
    </w:p>
    <w:p>
      <w:pPr>
        <w:pStyle w:val="Heading2"/>
      </w:pPr>
      <w:r>
        <w:t>Why he decided to speak up , the moment and the feeling</w:t>
      </w:r>
      <w:r/>
    </w:p>
    <w:p>
      <w:r/>
      <w:r>
        <w:t>Harris has said the decision to come out felt inevitable once his relationship with David Burtka became public knowledge, and there's a quiet, uneasy imagery to that era. According to accounts, bloggers and paparazzi chatter created a sense that if he didn’t speak first, someone else would drag the story into the open in an ugly way. He and his team wanted an authentic message rather than a reactive tabloid smear, which is a very human, protective instinct. For anyone who grew up under the spotlight, choosing how to tell your own story matters.</w:t>
      </w:r>
      <w:r/>
    </w:p>
    <w:p>
      <w:pPr>
        <w:pStyle w:val="Heading2"/>
      </w:pPr>
      <w:r>
        <w:t>How the industry context softened the blow</w:t>
      </w:r>
      <w:r/>
    </w:p>
    <w:p>
      <w:r/>
      <w:r>
        <w:t>Harris has acknowledged that actors who came out before him had already taken much risk, which made his path a little less perilous. That doesn’t mean it was easy , walking red carpets with Burtka and dodging pointed questions was stressful , but the landscape was shifting. Networks and audiences were slowly becoming more accepting, and his decision sits within that gradual cultural loosening. It’s a reminder that progress often arrives in small, cumulative steps rather than a single dramatic breakthrough.</w:t>
      </w:r>
      <w:r/>
    </w:p>
    <w:p>
      <w:pPr>
        <w:pStyle w:val="Heading2"/>
      </w:pPr>
      <w:r>
        <w:t>When his private life intersected with his on-screen world</w:t>
      </w:r>
      <w:r/>
    </w:p>
    <w:p>
      <w:r/>
      <w:r>
        <w:t>There’s a neat, almost cinematic overlap: Burtka eventually guest-starred on the sitcom, which underlines how the personal and professional often blur in TV life. On-set familiarity meant that many cast and crew already knew about their relationship, yet public perception lagged behind. That contrast , the comfort of colleagues versus the glare of public curiosity , is a good snapshot of celebrity life and why managing the message was important for Harris and his team.</w:t>
      </w:r>
      <w:r/>
    </w:p>
    <w:p>
      <w:pPr>
        <w:pStyle w:val="Heading2"/>
      </w:pPr>
      <w:r>
        <w:t>The mechanics of coming out in a tabloid era</w:t>
      </w:r>
      <w:r/>
    </w:p>
    <w:p>
      <w:r/>
      <w:r>
        <w:t>Harris has described how a misquoted or awkwardly phrased publicist line could snowball into damaging chatter, which is exactly what he wanted to avoid. He and his advisers worked to craft a statement that felt honest and pre-emptive rather than defensive, because when gossip fills the void it often becomes invasive and cruel. For anyone navigating a public revelation, a considered approach can protect personal dignity and steer the conversation toward what you actually want people to know.</w:t>
      </w:r>
      <w:r/>
    </w:p>
    <w:p>
      <w:pPr>
        <w:pStyle w:val="Heading2"/>
      </w:pPr>
      <w:r>
        <w:t>Why it still matters for representation on screen</w:t>
      </w:r>
      <w:r/>
    </w:p>
    <w:p>
      <w:r/>
      <w:r>
        <w:t>Harris’s openness helped normalise a leading man who happens to be gay, which quietly widens the range of stories television can tell. Industry changes since then , from more inclusive casting to series that centre LGBTQ lives , owe something to those earlier moments of visibility. Today, when networks and streaming platforms greenlight diverse narratives, it’s worth remembering the actors who made being openly queer on mainstream TV feel possible.</w:t>
      </w:r>
      <w:r/>
    </w:p>
    <w:p>
      <w:r/>
      <w:r>
        <w:t>It's a small change that can make every public life feel a bit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https://www.cinemablend.com/television/why-neil-patrick-harris-felt-compelled-to-come-out-during-himym</w:t>
        </w:r>
      </w:hyperlink>
      <w:r>
        <w:t xml:space="preserve"> - Please view link - unable to able to access data</w:t>
      </w:r>
      <w:r/>
    </w:p>
    <w:p>
      <w:pPr>
        <w:pStyle w:val="ListNumber"/>
        <w:spacing w:line="240" w:lineRule="auto"/>
        <w:ind w:left="720"/>
      </w:pPr>
      <w:r/>
      <w:hyperlink r:id="rId9">
        <w:r>
          <w:rPr>
            <w:color w:val="0000EE"/>
            <w:u w:val="single"/>
          </w:rPr>
          <w:t>https://www.cinemablend.com/television/why-neil-patrick-harris-felt-compelled-to-come-out-during-himym</w:t>
        </w:r>
      </w:hyperlink>
      <w:r>
        <w:t xml:space="preserve"> - In an interview on Jamie Laing's podcast, Neil Patrick Harris discussed his decision to come out during his time on 'How I Met Your Mother'. He revealed that he had been dating David Burtka, now his husband, before auditioning for the show, and that the cast and crew were aware of their relationship. Harris mentioned the presence of bloggers speculating about closeted actors at the time, which influenced his decision to publicly come out to preempt any potential gossip.</w:t>
      </w:r>
      <w:r/>
    </w:p>
    <w:p>
      <w:pPr>
        <w:pStyle w:val="ListNumber"/>
        <w:spacing w:line="240" w:lineRule="auto"/>
        <w:ind w:left="720"/>
      </w:pPr>
      <w:r/>
      <w:hyperlink r:id="rId10">
        <w:r>
          <w:rPr>
            <w:color w:val="0000EE"/>
            <w:u w:val="single"/>
          </w:rPr>
          <w:t>https://www.cinemablend.com/television/how-i-met-your-mother-neil-patrick-harris-josh-radnor-feeling-tension-on-set</w:t>
        </w:r>
      </w:hyperlink>
      <w:r>
        <w:t xml:space="preserve"> - Neil Patrick Harris and Josh Radnor, co-stars of 'How I Met Your Mother', discussed past tensions on set during an appearance on the 'How We Made Your Mother' podcast. Harris admitted to feeling disliked by Radnor due to their contrasting characters, Barney's flamboyance and Ted's emotional depth. Radnor acknowledged that the perceived tension might have stemmed from the characters' on-screen dynamics bleeding into their real-life interactions, but now appreciates their unique chemistry.</w:t>
      </w:r>
      <w:r/>
    </w:p>
    <w:p>
      <w:pPr>
        <w:pStyle w:val="ListNumber"/>
        <w:spacing w:line="240" w:lineRule="auto"/>
        <w:ind w:left="720"/>
      </w:pPr>
      <w:r/>
      <w:hyperlink r:id="rId11">
        <w:r>
          <w:rPr>
            <w:color w:val="0000EE"/>
            <w:u w:val="single"/>
          </w:rPr>
          <w:t>https://time.com/2942237/neil-patrick-harris-smooched-josh-radnor-during-hedwig-performance/</w:t>
        </w:r>
      </w:hyperlink>
      <w:r>
        <w:t xml:space="preserve"> - During a performance of the Broadway musical 'Hedwig and the Angry Inch', Neil Patrick Harris, who stars in the show, gave his former 'How I Met Your Mother' cast-mate, Josh Radnor, a memorable kiss on the forehead during the 'Sugar Daddy' number. Radnor shared that the kiss was both humiliating and joyous, highlighting the enduring friendship between the two actors post-HIMYM.</w:t>
      </w:r>
      <w:r/>
    </w:p>
    <w:p>
      <w:pPr>
        <w:pStyle w:val="ListNumber"/>
        <w:spacing w:line="240" w:lineRule="auto"/>
        <w:ind w:left="720"/>
      </w:pPr>
      <w:r/>
      <w:hyperlink r:id="rId12">
        <w:r>
          <w:rPr>
            <w:color w:val="0000EE"/>
            <w:u w:val="single"/>
          </w:rPr>
          <w:t>https://time.com/99842/neil-patrick-harris-late-show-host-offer/</w:t>
        </w:r>
      </w:hyperlink>
      <w:r>
        <w:t xml:space="preserve"> - Neil Patrick Harris was approached by CBS to potentially take over the hosting duties for the 'Late Show' after David Letterman's retirement in 2015. However, Harris revealed on the Howard Stern radio show that he declined the offer, feeling that his skills were not suited for the role and that he would quickly become bored due to the repetitive nature of the job. Instead, he expressed interest in hosting a weekly variety show, a concept that CBS executives showed interest in.</w:t>
      </w:r>
      <w:r/>
    </w:p>
    <w:p>
      <w:pPr>
        <w:pStyle w:val="ListNumber"/>
        <w:spacing w:line="240" w:lineRule="auto"/>
        <w:ind w:left="720"/>
      </w:pPr>
      <w:r/>
      <w:hyperlink r:id="rId13">
        <w:r>
          <w:rPr>
            <w:color w:val="0000EE"/>
            <w:u w:val="single"/>
          </w:rPr>
          <w:t>https://www.youtube.com/watch?v=F0MBx9Abz60</w:t>
        </w:r>
      </w:hyperlink>
      <w:r>
        <w:t xml:space="preserve"> - In this video, Neil Patrick Harris and Josh Radnor discuss past on-set tensions during the filming of 'How I Met Your Mother'. They reflect on how their contrasting characters may have influenced their real-life interactions and how they now appreciate their unique chemistry.</w:t>
      </w:r>
      <w:r/>
    </w:p>
    <w:p>
      <w:pPr>
        <w:pStyle w:val="ListNumber"/>
        <w:spacing w:line="240" w:lineRule="auto"/>
        <w:ind w:left="720"/>
      </w:pPr>
      <w:r/>
      <w:hyperlink r:id="rId14">
        <w:r>
          <w:rPr>
            <w:color w:val="0000EE"/>
            <w:u w:val="single"/>
          </w:rPr>
          <w:t>https://www.youtube.com/watch?v=r5hrn3OXCno</w:t>
        </w:r>
      </w:hyperlink>
      <w:r>
        <w:t xml:space="preserve"> - At the PaleyFest event, Neil Patrick Harris humorously pays homage and gets undressed over Skype, showcasing his comedic timing and rapport with the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inemablend.com/television/why-neil-patrick-harris-felt-compelled-to-come-out-during-himym" TargetMode="External"/><Relationship Id="rId10" Type="http://schemas.openxmlformats.org/officeDocument/2006/relationships/hyperlink" Target="https://www.cinemablend.com/television/how-i-met-your-mother-neil-patrick-harris-josh-radnor-feeling-tension-on-set" TargetMode="External"/><Relationship Id="rId11" Type="http://schemas.openxmlformats.org/officeDocument/2006/relationships/hyperlink" Target="https://time.com/2942237/neil-patrick-harris-smooched-josh-radnor-during-hedwig-performance/" TargetMode="External"/><Relationship Id="rId12" Type="http://schemas.openxmlformats.org/officeDocument/2006/relationships/hyperlink" Target="https://time.com/99842/neil-patrick-harris-late-show-host-offer/" TargetMode="External"/><Relationship Id="rId13" Type="http://schemas.openxmlformats.org/officeDocument/2006/relationships/hyperlink" Target="https://www.youtube.com/watch?v=F0MBx9Abz60" TargetMode="External"/><Relationship Id="rId14" Type="http://schemas.openxmlformats.org/officeDocument/2006/relationships/hyperlink" Target="https://www.youtube.com/watch?v=r5hrn3OXC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