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 for Visibility: Leo Dillier Comes Out and What It Means for Men's Sport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stories and fans of sport have noticed a change: Swiss beach volleyball talent Leo Dillier has come out publicly as gay, using his platform to give young LGBTQ athletes a visible role model and to nudge elite men’s sport toward greater acceptance. It matters because representation on the sand can ripple into locker rooms worldwide.</w:t>
      </w:r>
      <w:r/>
    </w:p>
    <w:p>
      <w:r/>
      <w:r>
        <w:t>Essential Takeaways</w:t>
      </w:r>
      <w:r/>
      <w:r/>
    </w:p>
    <w:p>
      <w:pPr>
        <w:pStyle w:val="ListBullet"/>
        <w:spacing w:line="240" w:lineRule="auto"/>
        <w:ind w:left="720"/>
      </w:pPr>
      <w:r/>
      <w:r>
        <w:rPr>
          <w:b/>
        </w:rPr>
        <w:t>Bold announcement:</w:t>
      </w:r>
      <w:r>
        <w:t xml:space="preserve"> Leo Dillier publicly came out on Instagram, saying he’s proud of who he is and wants to support younger LGBTQ people.</w:t>
      </w:r>
      <w:r/>
    </w:p>
    <w:p>
      <w:pPr>
        <w:pStyle w:val="ListBullet"/>
        <w:spacing w:line="240" w:lineRule="auto"/>
        <w:ind w:left="720"/>
      </w:pPr>
      <w:r/>
      <w:r>
        <w:rPr>
          <w:b/>
        </w:rPr>
        <w:t>Olympic ambition:</w:t>
      </w:r>
      <w:r>
        <w:t xml:space="preserve"> Dillier, 25, is aiming for the L.A. 2028 Olympics and competes at the top international level, ranked among leading Swiss players.</w:t>
      </w:r>
      <w:r/>
    </w:p>
    <w:p>
      <w:pPr>
        <w:pStyle w:val="ListBullet"/>
        <w:spacing w:line="240" w:lineRule="auto"/>
        <w:ind w:left="720"/>
      </w:pPr>
      <w:r/>
      <w:r>
        <w:rPr>
          <w:b/>
        </w:rPr>
        <w:t>Support nearby:</w:t>
      </w:r>
      <w:r>
        <w:t xml:space="preserve"> His playing partner and the Swiss volleyball federation responded positively, with supportive comments and emojis.</w:t>
      </w:r>
      <w:r/>
    </w:p>
    <w:p>
      <w:pPr>
        <w:pStyle w:val="ListBullet"/>
        <w:spacing w:line="240" w:lineRule="auto"/>
        <w:ind w:left="720"/>
      </w:pPr>
      <w:r/>
      <w:r>
        <w:rPr>
          <w:b/>
        </w:rPr>
        <w:t>Growing trend:</w:t>
      </w:r>
      <w:r>
        <w:t xml:space="preserve"> Dillier joins a small but visible group of male athletes coming out in recent years, helping normalise LGBTQ presence in elite men’s sport.</w:t>
      </w:r>
      <w:r/>
    </w:p>
    <w:p>
      <w:pPr>
        <w:pStyle w:val="ListBullet"/>
        <w:spacing w:line="240" w:lineRule="auto"/>
        <w:ind w:left="720"/>
      </w:pPr>
      <w:r/>
      <w:r>
        <w:rPr>
          <w:b/>
        </w:rPr>
        <w:t>Practical point:</w:t>
      </w:r>
      <w:r>
        <w:t xml:space="preserve"> A public coming out from a rising star can reduce isolation for teens, signal cultural change in teams, and encourage federations to act.</w:t>
      </w:r>
      <w:r/>
      <w:r/>
    </w:p>
    <w:p>
      <w:pPr>
        <w:pStyle w:val="Heading2"/>
      </w:pPr>
      <w:r>
        <w:t>Why Dillier’s decision feels important now</w:t>
      </w:r>
      <w:r/>
    </w:p>
    <w:p>
      <w:r/>
      <w:r>
        <w:t>Leo Dillier’s video announcement landed soon after a European Championship campaign, so it felt both timely and real, there was the sand, the scoreboard and the human reveal. According to his post, he’s felt out of step with the stereotypical image of elite masculinity and wants to change that for others. Outsports reported his hopes to inspire young people who lacked role models when they were teens, and that personal angle gives the news a clear emotional beat.</w:t>
      </w:r>
      <w:r/>
    </w:p>
    <w:p>
      <w:r/>
      <w:r>
        <w:t>The context matters: athletes who speak openly about being queer still face pressure to conform, and Dillier pointed to that stereotype of toughness as a barrier. For fans and teammates alike, seeing a high-level competitor be candid about identity invites quieter conversations about culture, locker-room language and what leadership looks like off the court.</w:t>
      </w:r>
      <w:r/>
    </w:p>
    <w:p>
      <w:pPr>
        <w:pStyle w:val="Heading2"/>
      </w:pPr>
      <w:r>
        <w:t>Where Dillier sits in the sport , and why it helps his message</w:t>
      </w:r>
      <w:r/>
    </w:p>
    <w:p>
      <w:r/>
      <w:r>
        <w:t>Dillier isn’t a weekend player; he’s built a profile on the international beach circuit and has recorded solid finishes, including Challenge and World Championship results with partners such as Marco Krattiger. That competitive credibility gives his coming out weight. According to national and international competition listings, Dillier has climbed through domestic titles and pro tour events, so his words carry both sporting clout and visibility.</w:t>
      </w:r>
      <w:r/>
    </w:p>
    <w:p>
      <w:r/>
      <w:r>
        <w:t>When athletes at his level speak out, national federations and sponsors pay attention. The Swiss volleyball federation’s public-friendly reaction made the moment feel safer and more accepted, which is precisely the kind of response that can make other athletes feel able to be themselves sooner.</w:t>
      </w:r>
      <w:r/>
    </w:p>
    <w:p>
      <w:pPr>
        <w:pStyle w:val="Heading2"/>
      </w:pPr>
      <w:r>
        <w:t>How Dillier fits into a wider shift among male athletes</w:t>
      </w:r>
      <w:r/>
    </w:p>
    <w:p>
      <w:r/>
      <w:r>
        <w:t>This isn’t an isolated act. In recent years more male athletes in Switzerland and beyond have chosen to come out, and Outsports has tracked a number of those stories. Names from tennis, basketball and traditional Swiss wrestling have surfaced, making Dillier’s announcement part of a slow movement rather than a one-off headline.</w:t>
      </w:r>
      <w:r/>
    </w:p>
    <w:p>
      <w:r/>
      <w:r>
        <w:t>Beach volleyball itself already has visible LGBTQ figures, particularly among women, and a handful of out male players and personalities in the broader pro scene. Each new voice chips away at the myth that sexual orientation equals weakness in sport, and over time those chips change culture, selection rooms and youth programmes.</w:t>
      </w:r>
      <w:r/>
    </w:p>
    <w:p>
      <w:pPr>
        <w:pStyle w:val="Heading2"/>
      </w:pPr>
      <w:r>
        <w:t>Practical takeaways for teams, parents and young athletes</w:t>
      </w:r>
      <w:r/>
    </w:p>
    <w:p>
      <w:r/>
      <w:r>
        <w:t>If you’re a coach, an encouraging public response matters: be explicit about inclusion and make sure policies back words up. Parents of sporty teens should know that visibility helps, kids who see someone like them in elite sport report less isolation. And young athletes themselves can take heart from Dillier’s dual message: you can be ambitious and be yourself.</w:t>
      </w:r>
      <w:r/>
    </w:p>
    <w:p>
      <w:r/>
      <w:r>
        <w:t>For federations and clubs, the simple next steps are clear: training on inclusion, clear reporting channels for discrimination, and visible support for athletes who speak out. Those practical moves mean the spotlight on an individual becomes a sustained culture change.</w:t>
      </w:r>
      <w:r/>
    </w:p>
    <w:p>
      <w:pPr>
        <w:pStyle w:val="Heading2"/>
      </w:pPr>
      <w:r>
        <w:t>What’s next for Dillier and the conversation</w:t>
      </w:r>
      <w:r/>
    </w:p>
    <w:p>
      <w:r/>
      <w:r>
        <w:t>Dillier has said he wants to do something about the dynamics he sees in men’s sport, and his Olympic aim gives him runway to keep the conversation going until 2028 and beyond. Expect teammates, rivals and national bodies to test whether supportive words translate into everyday behaviour. And for fans, his candidness adds a human layer to following results: you watch the game and you also watch someone try to make sport easier to enter for the next generation.</w:t>
      </w:r>
      <w:r/>
    </w:p>
    <w:p>
      <w:r/>
      <w:r>
        <w:t>It's a small shift on one Instagram post, but it can make every court, pitch and training session feel a bit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10">
        <w:r>
          <w:rPr>
            <w:color w:val="0000EE"/>
            <w:u w:val="single"/>
          </w:rPr>
          <w:t>[4]</w:t>
        </w:r>
      </w:hyperlink>
      <w:r>
        <w:t xml:space="preserve">, </w:t>
      </w:r>
      <w:hyperlink r:id="rId9">
        <w:r>
          <w:rPr>
            <w:color w:val="0000EE"/>
            <w:u w:val="single"/>
          </w:rPr>
          <w:t>[2]</w:t>
        </w:r>
      </w:hyperlink>
      <w:r>
        <w:t xml:space="preserve">- Paragraph 5: </w:t>
      </w:r>
      <w:hyperlink r:id="rId13">
        <w:r>
          <w:rPr>
            <w:color w:val="0000EE"/>
            <w:u w:val="single"/>
          </w:rPr>
          <w:t>[6]</w:t>
        </w:r>
      </w:hyperlink>
      <w:r>
        <w:t xml:space="preserve">, </w:t>
      </w:r>
      <w:hyperlink r:id="rId9">
        <w:r>
          <w:rPr>
            <w:color w:val="0000EE"/>
            <w:u w:val="single"/>
          </w:rPr>
          <w:t>[2]</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https://www.outsports.com/2026/8/14/24141454/leo-dillier-beach-volleyball-coming-out-gay-athlete-lgbtq-switzerland-olympics/</w:t>
        </w:r>
      </w:hyperlink>
      <w:r>
        <w:t xml:space="preserve"> - Please view link - unable to able to access data</w:t>
      </w:r>
      <w:r/>
    </w:p>
    <w:p>
      <w:pPr>
        <w:pStyle w:val="ListNumber"/>
        <w:spacing w:line="240" w:lineRule="auto"/>
        <w:ind w:left="720"/>
      </w:pPr>
      <w:r/>
      <w:hyperlink r:id="rId9">
        <w:r>
          <w:rPr>
            <w:color w:val="0000EE"/>
            <w:u w:val="single"/>
          </w:rPr>
          <w:t>https://www.outsports.com/2026/8/14/24141454/leo-dillier-beach-volleyball-coming-out-gay-athlete-lgbtq-switzerland-olympics/</w:t>
        </w:r>
      </w:hyperlink>
      <w:r>
        <w:t xml:space="preserve"> - Swiss beach volleyball star Leo Dillier has publicly come out as gay, aiming to inspire young LGBTQ individuals in elite sports. The 25-year-old, aspiring to compete in the 2028 Los Angeles Olympics, shared his journey on Instagram, expressing pride in his identity and a desire to be the role model he lacked growing up. Dillier discussed the pressures of conforming to traditional masculinity in sports and hopes his openness will encourage others to embrace their true selves.</w:t>
      </w:r>
      <w:r/>
    </w:p>
    <w:p>
      <w:pPr>
        <w:pStyle w:val="ListNumber"/>
        <w:spacing w:line="240" w:lineRule="auto"/>
        <w:ind w:left="720"/>
      </w:pPr>
      <w:r/>
      <w:hyperlink r:id="rId11">
        <w:r>
          <w:rPr>
            <w:color w:val="0000EE"/>
            <w:u w:val="single"/>
          </w:rPr>
          <w:t>https://www.volleyball.ch/de/leistungssport/beachvolleyball/athleten/leo-dillier</w:t>
        </w:r>
      </w:hyperlink>
      <w:r>
        <w:t xml:space="preserve"> - Leo Dillier, born on April 29, 2001, is a Swiss beach volleyball player known for his defensive skills alongside partner Marco Krattiger. Standing at 192 cm, Dillier has achieved notable successes, including a fifth-place finish at the Beach Pro Tour Elite16 in João Pessoa, Brazil, in March 2026. He dreams of winning a medal at the Olympics or in Gstaad and enjoys spending time with good company, particularly over a cup of quality coffee.</w:t>
      </w:r>
      <w:r/>
    </w:p>
    <w:p>
      <w:pPr>
        <w:pStyle w:val="ListNumber"/>
        <w:spacing w:line="240" w:lineRule="auto"/>
        <w:ind w:left="720"/>
      </w:pPr>
      <w:r/>
      <w:hyperlink r:id="rId10">
        <w:r>
          <w:rPr>
            <w:color w:val="0000EE"/>
            <w:u w:val="single"/>
          </w:rPr>
          <w:t>https://www.outsports.com/2025/12/31/24125187/athletes-coming-out-lgbtq-2025-gay-bi-queer/</w:t>
        </w:r>
      </w:hyperlink>
      <w:r>
        <w:t xml:space="preserve"> - In 2025, 16 athletes publicly came out as gay, bisexual, or queer, highlighting a growing trend of openness in sports. This includes individuals from various disciplines who have shared their journeys, aiming to inspire others and foster inclusivity. The article underscores the importance of representation and the positive impact of visible role models for LGBTQ individuals in the athletic community.</w:t>
      </w:r>
      <w:r/>
    </w:p>
    <w:p>
      <w:pPr>
        <w:pStyle w:val="ListNumber"/>
        <w:spacing w:line="240" w:lineRule="auto"/>
        <w:ind w:left="720"/>
      </w:pPr>
      <w:r/>
      <w:hyperlink r:id="rId12">
        <w:r>
          <w:rPr>
            <w:color w:val="0000EE"/>
            <w:u w:val="single"/>
          </w:rPr>
          <w:t>https://en.volleyballworld.com/beachvolleyball/competitions/beach-pro-tour/2026/elite16/joao-pessoa-bra/players/169352</w:t>
        </w:r>
      </w:hyperlink>
      <w:r>
        <w:t xml:space="preserve"> - Leo Dillier is a Swiss beach volleyball player competing alongside Marco Krattiger. In the 2026 Beach Pro Tour Elite16 event in João Pessoa, Brazil, Dillier played as the right defender for the team. The match statistics highlight his contributions, including attack points and serve points, reflecting his role in the team's performance during the competition.</w:t>
      </w:r>
      <w:r/>
    </w:p>
    <w:p>
      <w:pPr>
        <w:pStyle w:val="ListNumber"/>
        <w:spacing w:line="240" w:lineRule="auto"/>
        <w:ind w:left="720"/>
      </w:pPr>
      <w:r/>
      <w:hyperlink r:id="rId13">
        <w:r>
          <w:rPr>
            <w:color w:val="0000EE"/>
            <w:u w:val="single"/>
          </w:rPr>
          <w:t>https://www.volleyball.ch/fr/sport-de-performance/beach-volley/athletes-masculins</w:t>
        </w:r>
      </w:hyperlink>
      <w:r>
        <w:t xml:space="preserve"> - Swiss men's beach volleyball athletes have achieved significant successes, including medals at various Beach Pro Tour events. Notably, Marco Krattiger and Leo Dillier secured a gold medal at the Beach Pro Tour Challenge in Stare Jablonki, Poland, in June 2025. The Swiss team continues to demonstrate strong performances on the international circuit, contributing to the sport's growth and visibility in Switzerland.</w:t>
      </w:r>
      <w:r/>
    </w:p>
    <w:p>
      <w:pPr>
        <w:pStyle w:val="ListNumber"/>
        <w:spacing w:line="240" w:lineRule="auto"/>
        <w:ind w:left="720"/>
      </w:pPr>
      <w:r/>
      <w:hyperlink r:id="rId14">
        <w:r>
          <w:rPr>
            <w:color w:val="0000EE"/>
            <w:u w:val="single"/>
          </w:rPr>
          <w:t>https://www.nfz.ch/der-beste-beachvolleyballer-der-schweiz</w:t>
        </w:r>
      </w:hyperlink>
      <w:r>
        <w:t xml:space="preserve"> - Leo Dillier, a professional beach volleyball player from Möhlin, Switzerland, was honoured by Swiss Volley as the Most Valuable Player and Most Improved Player for 2025. Reflecting on his achievements, Dillier expressed that these awards are milestones in his career, emphasising his ambition to become one of the best in the world. He also discussed the importance of maintaining composure under pressure, attributing this calmness to experience gained over time.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8/14/24141454/leo-dillier-beach-volleyball-coming-out-gay-athlete-lgbtq-switzerland-olympics/" TargetMode="External"/><Relationship Id="rId10" Type="http://schemas.openxmlformats.org/officeDocument/2006/relationships/hyperlink" Target="https://www.outsports.com/2025/12/31/24125187/athletes-coming-out-lgbtq-2025-gay-bi-queer/" TargetMode="External"/><Relationship Id="rId11" Type="http://schemas.openxmlformats.org/officeDocument/2006/relationships/hyperlink" Target="https://www.volleyball.ch/de/leistungssport/beachvolleyball/athleten/leo-dillier" TargetMode="External"/><Relationship Id="rId12" Type="http://schemas.openxmlformats.org/officeDocument/2006/relationships/hyperlink" Target="https://en.volleyballworld.com/beachvolleyball/competitions/beach-pro-tour/2026/elite16/joao-pessoa-bra/players/169352" TargetMode="External"/><Relationship Id="rId13" Type="http://schemas.openxmlformats.org/officeDocument/2006/relationships/hyperlink" Target="https://www.volleyball.ch/fr/sport-de-performance/beach-volley/athletes-masculins" TargetMode="External"/><Relationship Id="rId14" Type="http://schemas.openxmlformats.org/officeDocument/2006/relationships/hyperlink" Target="https://www.nfz.ch/der-beste-beachvolleyballer-der-schwei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