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Wedding Photographer in Philadelphia: Celebrate Your Day with Heartfelt Photos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couples are turning to photographers who understand both craft and community; in Philadelphia that often means choosing a pro who knows how to capture love, laughter and the city skyline. This story looks at a local favourite photographer, what makes his work sing, and why picking an LGBTQ‑affirming wedding photographer matters for memories that last.</w:t>
      </w:r>
      <w:r/>
    </w:p>
    <w:p>
      <w:r/>
      <w:r>
        <w:t>Essential Takeaways</w:t>
      </w:r>
      <w:r/>
      <w:r/>
    </w:p>
    <w:p>
      <w:pPr>
        <w:pStyle w:val="ListBullet"/>
        <w:spacing w:line="240" w:lineRule="auto"/>
        <w:ind w:left="720"/>
      </w:pPr>
      <w:r/>
      <w:r>
        <w:rPr>
          <w:b/>
        </w:rPr>
        <w:t>Local expertise:</w:t>
      </w:r>
      <w:r>
        <w:t xml:space="preserve"> J&amp;J Studios (John Ryan) shoots weddings across Philly and uses the cityscape , City Hall and pride‑coloured streets , as striking backdrops.</w:t>
      </w:r>
      <w:r/>
    </w:p>
    <w:p>
      <w:pPr>
        <w:pStyle w:val="ListBullet"/>
        <w:spacing w:line="240" w:lineRule="auto"/>
        <w:ind w:left="720"/>
      </w:pPr>
      <w:r/>
      <w:r>
        <w:rPr>
          <w:b/>
        </w:rPr>
        <w:t>Community sensitivity:</w:t>
      </w:r>
      <w:r>
        <w:t xml:space="preserve"> The photographer brings LGBTQ awareness to the shoot, helping couples relax and be themselves in front of the lens.</w:t>
      </w:r>
      <w:r/>
    </w:p>
    <w:p>
      <w:pPr>
        <w:pStyle w:val="ListBullet"/>
        <w:spacing w:line="240" w:lineRule="auto"/>
        <w:ind w:left="720"/>
      </w:pPr>
      <w:r/>
      <w:r>
        <w:rPr>
          <w:b/>
        </w:rPr>
        <w:t>Creative details:</w:t>
      </w:r>
      <w:r>
        <w:t xml:space="preserve"> From personalised cake toppers to branded favours, photos focus on authentic, playful moments as well as tender ones.</w:t>
      </w:r>
      <w:r/>
    </w:p>
    <w:p>
      <w:pPr>
        <w:pStyle w:val="ListBullet"/>
        <w:spacing w:line="240" w:lineRule="auto"/>
        <w:ind w:left="720"/>
      </w:pPr>
      <w:r/>
      <w:r>
        <w:rPr>
          <w:b/>
        </w:rPr>
        <w:t>Versatile coverage:</w:t>
      </w:r>
      <w:r>
        <w:t xml:space="preserve"> Images include skyline portraits, candid reception entrances, parent dances and late‑night City Hall scenes , varied moods, sturdy storytelling.</w:t>
      </w:r>
      <w:r/>
    </w:p>
    <w:p>
      <w:pPr>
        <w:pStyle w:val="ListBullet"/>
        <w:spacing w:line="240" w:lineRule="auto"/>
        <w:ind w:left="720"/>
      </w:pPr>
      <w:r/>
      <w:r>
        <w:rPr>
          <w:b/>
        </w:rPr>
        <w:t>Practical tip:</w:t>
      </w:r>
      <w:r>
        <w:t xml:space="preserve"> Choose a photographer who knows the city and your scene; scout spots like Pride crossings and municipal landmarks for unique frames.</w:t>
      </w:r>
      <w:r/>
      <w:r/>
    </w:p>
    <w:p>
      <w:pPr>
        <w:pStyle w:val="Heading2"/>
      </w:pPr>
      <w:r>
        <w:t>Why an LGBTQ‑affirming photographer changes the day</w:t>
      </w:r>
      <w:r/>
    </w:p>
    <w:p>
      <w:r/>
      <w:r>
        <w:t>There’s a different energy when your photographer understands both wedding craft and queer culture , pictures feel looser, smiles truer, and the moments that matter are honoured without explanation. According to coverage of local studios, photographers who support the LGBTQ community make couples feel safer and more likely to show affection spontaneously. That relaxed vibe shows in photographs: soft embraces, genuine laughs and the quiet in‑between moments that become keepsakes.</w:t>
      </w:r>
      <w:r/>
    </w:p>
    <w:p>
      <w:r/>
      <w:r>
        <w:t>Choose someone who listens as well as shoots. Ask about experience with same‑sex weddings, how they handle ceremony traditions you might adapt, and whether they’ve shot in the neighbourhoods you love. A quick pre‑wedding engagement shoot can reveal whether their style and personality fit yours.</w:t>
      </w:r>
      <w:r/>
    </w:p>
    <w:p>
      <w:pPr>
        <w:pStyle w:val="Heading2"/>
      </w:pPr>
      <w:r>
        <w:t>Philadelphia as a living backdrop , why City Hall and pride streets work</w:t>
      </w:r>
      <w:r/>
    </w:p>
    <w:p>
      <w:r/>
      <w:r>
        <w:t>Philadelphia gives photographers great visual tools: the ornate skyline around City Hall, colourful pride crossings and historic architecture all make for images that say “this is where we promised forever.” Photographers often use golden‑hour light on city streets or neoned nights outside City Hall to create drama and warmth in an album.</w:t>
      </w:r>
      <w:r/>
    </w:p>
    <w:p>
      <w:r/>
      <w:r>
        <w:t>If you want the city included, tell your photographer which spots have meaning , a favourite bar, a Pride parade route, or a park bench where you met. A pro who knows permit requirements and timing will avoid surprises and get the shots that feel like yours.</w:t>
      </w:r>
      <w:r/>
    </w:p>
    <w:p>
      <w:pPr>
        <w:pStyle w:val="Heading2"/>
      </w:pPr>
      <w:r>
        <w:t>Small details that make photos feel intimate and fun</w:t>
      </w:r>
      <w:r/>
    </w:p>
    <w:p>
      <w:r/>
      <w:r>
        <w:t>Couples are leaning into personality: bespoke cake toppers with pets, matchbook favours printed with your portrait, and playful reception entrances. These little flourishes animate galleries and give guests something to talk about in the pictures.</w:t>
      </w:r>
      <w:r/>
    </w:p>
    <w:p>
      <w:r/>
      <w:r>
        <w:t>When planning, gather the props you love but keep a list of “must‑capture” details for your photographer: rings, vows, first‑look reactions, and any humourous bits you’d like showcased. It helps to have a family liaison for group shots so the timeline stays smooth and the photographer can focus on composition.</w:t>
      </w:r>
      <w:r/>
    </w:p>
    <w:p>
      <w:pPr>
        <w:pStyle w:val="Heading2"/>
      </w:pPr>
      <w:r>
        <w:t>Picking the right package , coverage, edits and delivery</w:t>
      </w:r>
      <w:r/>
    </w:p>
    <w:p>
      <w:r/>
      <w:r>
        <w:t>Wedding photographers offer varied packages: hourly coverage, second shooters, albums and digital files. Think about how much of the day you want documented , getting ready through to the last dance is popular , and whether you want prints or a keepsake book.</w:t>
      </w:r>
      <w:r/>
    </w:p>
    <w:p>
      <w:r/>
      <w:r>
        <w:t>Ask about turnaround times and the editing style. Do you prefer crisp, high‑contrast images or softer, filmic tones? Look at full galleries from start to finish, not just highlight reels, to judge consistency and storytelling. A prebooked timeline and clear contract save headaches later.</w:t>
      </w:r>
      <w:r/>
    </w:p>
    <w:p>
      <w:pPr>
        <w:pStyle w:val="Heading2"/>
      </w:pPr>
      <w:r>
        <w:t>How to prepare for photos that feel effortless</w:t>
      </w:r>
      <w:r/>
    </w:p>
    <w:p>
      <w:r/>
      <w:r>
        <w:t>A little preparation goes a long way. Schedule portraits during calm pockets of the day, keep a small emergency kit (pins, painkillers, spare shoes), and brief your bridal party on timing. Let your photographer know any sensitive family dynamics and which group photos are priorities.</w:t>
      </w:r>
      <w:r/>
    </w:p>
    <w:p>
      <w:r/>
      <w:r>
        <w:t>And breathe , the best images come when you’re present. A photographer who’s both technically skilled and community‑minded helps you relax, which makes every shot more honest and joyful.</w:t>
      </w:r>
      <w:r/>
    </w:p>
    <w:p>
      <w:r/>
      <w:r>
        <w:t>It's a small change that can make your photos feel truer to who you 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[7]</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9">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2">
        <w:r>
          <w:rPr>
            <w:color w:val="0000EE"/>
            <w:u w:val="single"/>
          </w:rPr>
          <w:t>[3]</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https://jjstudiosphiladelphia.com/new-blog/phillys-best-lgbtq-photographer/</w:t>
        </w:r>
      </w:hyperlink>
      <w:r>
        <w:t xml:space="preserve"> - Please view link - unable to able to access data</w:t>
      </w:r>
      <w:r/>
    </w:p>
    <w:p>
      <w:pPr>
        <w:pStyle w:val="ListNumber"/>
        <w:spacing w:line="240" w:lineRule="auto"/>
        <w:ind w:left="720"/>
      </w:pPr>
      <w:r/>
      <w:hyperlink r:id="rId10">
        <w:r>
          <w:rPr>
            <w:color w:val="0000EE"/>
            <w:u w:val="single"/>
          </w:rPr>
          <w:t>https://www.zola.com/wedding-vendors/wedding-photographers/j-j-studios</w:t>
        </w:r>
      </w:hyperlink>
      <w:r>
        <w:t xml:space="preserve"> - J&amp;J Studios, based in Philadelphia, is a premier photography studio founded in 2011 by internationally acclaimed photographer John Ryan. The studio is renowned for its professionalism, innovative techniques, and ability to capture moments with a unique blend of art and emotion. Clients consistently praise J&amp;J Studios for their exceptional service and the quality of their work. The studio offers a range of services, including full wedding packages starting at $2,900 and elopement packages starting at $1,000. Their portfolio showcases a diverse array of weddings, engagements, and other special events, reflecting their versatility and commitment to excellence.</w:t>
      </w:r>
      <w:r/>
    </w:p>
    <w:p>
      <w:pPr>
        <w:pStyle w:val="ListNumber"/>
        <w:spacing w:line="240" w:lineRule="auto"/>
        <w:ind w:left="720"/>
      </w:pPr>
      <w:r/>
      <w:hyperlink r:id="rId12">
        <w:r>
          <w:rPr>
            <w:color w:val="0000EE"/>
            <w:u w:val="single"/>
          </w:rPr>
          <w:t>https://www.wideeyedstudios.com/</w:t>
        </w:r>
      </w:hyperlink>
      <w:r>
        <w:t xml:space="preserve"> - Wide Eyed Studios, led by photographer Ashley, is a Philadelphia-based luxury wedding and theatre photography studio. Ashley's dynamic, bold, and colourful style is shaped by visual anthropology, capturing weddings and life's most meaningful moments with heart, humour, and honesty. The studio's portfolio features vibrant and intimate images that tell each couple's unique story. Wide Eyed Studios is dedicated to creating unforgettable experiences for clients, offering a personalised approach to wedding photography that reflects the individuality of each couple.</w:t>
      </w:r>
      <w:r/>
    </w:p>
    <w:p>
      <w:pPr>
        <w:pStyle w:val="ListNumber"/>
        <w:spacing w:line="240" w:lineRule="auto"/>
        <w:ind w:left="720"/>
      </w:pPr>
      <w:r/>
      <w:hyperlink r:id="rId13">
        <w:r>
          <w:rPr>
            <w:color w:val="0000EE"/>
            <w:u w:val="single"/>
          </w:rPr>
          <w:t>https://www.rylanlottphotography.com/</w:t>
        </w:r>
      </w:hyperlink>
      <w:r>
        <w:t xml:space="preserve"> - Rylan Lott Photography, led by Rylan (they/he), is an openly queer and trans wedding photographer serving the Greater Philadelphia area. Rylan takes pride in transparency and challenging industry norms, aiming to make clients feel celebrated and affirmed without feeling awkward about who they are. With 12 years of experience as a music educator, Rylan brings a unique perspective to wedding photography, focusing on capturing authentic moments that reflect the true essence of each couple. The studio offers services for weddings, engagements, and elopements, ensuring a personalised and inclusive experience for all clients.</w:t>
      </w:r>
      <w:r/>
    </w:p>
    <w:p>
      <w:pPr>
        <w:pStyle w:val="ListNumber"/>
        <w:spacing w:line="240" w:lineRule="auto"/>
        <w:ind w:left="720"/>
      </w:pPr>
      <w:r/>
      <w:hyperlink r:id="rId14">
        <w:r>
          <w:rPr>
            <w:color w:val="0000EE"/>
            <w:u w:val="single"/>
          </w:rPr>
          <w:t>https://re-photography.com/</w:t>
        </w:r>
      </w:hyperlink>
      <w:r>
        <w:t xml:space="preserve"> - Ryan Eda Photography is an art-based boutique wedding photography studio located in the Philadelphia and New Jersey area. The studio specialises in romantic, stylish, and elegant wedding photography, offering a storytelling cinematic style of imagery. Ryan Eda Photography is committed to providing world-class customer service and fast turnaround times on all images. The studio's portfolio showcases a range of weddings, engagements, and other special events, reflecting their dedication to capturing each couple's unique story with artistry and professionalism.</w:t>
      </w:r>
      <w:r/>
    </w:p>
    <w:p>
      <w:pPr>
        <w:pStyle w:val="ListNumber"/>
        <w:spacing w:line="240" w:lineRule="auto"/>
        <w:ind w:left="720"/>
      </w:pPr>
      <w:r/>
      <w:hyperlink r:id="rId11">
        <w:r>
          <w:rPr>
            <w:color w:val="0000EE"/>
            <w:u w:val="single"/>
          </w:rPr>
          <w:t>https://photodelphia.biz/</w:t>
        </w:r>
      </w:hyperlink>
      <w:r>
        <w:t xml:space="preserve"> - Photodelphia Studio, led by Harley (she/her), is a Philadelphia-based photography studio that proudly supports the LGBTQIA+ community and chosen families of every shape and size. Harley is known for her energetic and engaging approach, often found blasting Chappell Roan on the drive to weddings and carrying an emergency kit that could survive the apocalypse. The studio's portfolio features a diverse array of weddings, engagements, and other special events, reflecting Harley's commitment to capturing authentic and joyful moments for all clients.</w:t>
      </w:r>
      <w:r/>
    </w:p>
    <w:p>
      <w:pPr>
        <w:pStyle w:val="ListNumber"/>
        <w:spacing w:line="240" w:lineRule="auto"/>
        <w:ind w:left="720"/>
      </w:pPr>
      <w:r/>
      <w:hyperlink r:id="rId9">
        <w:r>
          <w:rPr>
            <w:color w:val="0000EE"/>
            <w:u w:val="single"/>
          </w:rPr>
          <w:t>https://jjstudiosphiladelphia.com/new-blog/phillys-best-lgbtq-photographer/</w:t>
        </w:r>
      </w:hyperlink>
      <w:r>
        <w:t xml:space="preserve"> - The article highlights the work of John Ryan, an award-winning photographer from J&amp;J Studios in Philadelphia, who specialises in capturing memorable moments for LGBTQ couples. It showcases various photographs from a wedding, including cityscape backdrops featuring iconic Philadelphia buildings like City Hall, a couple walking hand-in-hand on a multi-coloured pride-inspired street, a beautifully crafted wedding cake topped with meaningful representations of the couple and their canine family member, and candid moments such as a comical reception entrance and heartfelt dances with their mothers. The article emphasises John's sensitivity and commitment to the LGBTQ community, making him an ideal choice for couples seeking a photographer who understands the significance of their commitment and the importance of capturing their memories with care and authenticity.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jstudiosphiladelphia.com/new-blog/phillys-best-lgbtq-photographer/" TargetMode="External"/><Relationship Id="rId10" Type="http://schemas.openxmlformats.org/officeDocument/2006/relationships/hyperlink" Target="https://www.zola.com/wedding-vendors/wedding-photographers/j-j-studios" TargetMode="External"/><Relationship Id="rId11" Type="http://schemas.openxmlformats.org/officeDocument/2006/relationships/hyperlink" Target="https://photodelphia.biz/" TargetMode="External"/><Relationship Id="rId12" Type="http://schemas.openxmlformats.org/officeDocument/2006/relationships/hyperlink" Target="https://www.wideeyedstudios.com/" TargetMode="External"/><Relationship Id="rId13" Type="http://schemas.openxmlformats.org/officeDocument/2006/relationships/hyperlink" Target="https://www.rylanlottphotography.com/" TargetMode="External"/><Relationship Id="rId14" Type="http://schemas.openxmlformats.org/officeDocument/2006/relationships/hyperlink" Target="https://re-photograph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