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Friendly Spots in Arlington, Texas — a Practical Visitor Guide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Discovering Arlington’s queer-friendly pulse is easier than you think; visitors will find welcoming bars, sober cafés, artsy venues and practical health services tucked between the city’s sports arenas and family attractions, making it a handy stop for LGBTQ+ travellers in the Dallas–Fort Worth area.</w:t>
      </w:r>
      <w:r/>
    </w:p>
    <w:p>
      <w:r/>
      <w:r>
        <w:t>Essential Takeaways</w:t>
      </w:r>
      <w:r/>
      <w:r/>
    </w:p>
    <w:p>
      <w:pPr>
        <w:pStyle w:val="ListBullet"/>
        <w:spacing w:line="240" w:lineRule="auto"/>
        <w:ind w:left="720"/>
      </w:pPr>
      <w:r/>
      <w:r>
        <w:rPr>
          <w:b/>
        </w:rPr>
        <w:t>Welcoming hub:</w:t>
      </w:r>
      <w:r>
        <w:t xml:space="preserve"> Arlington’s official tourism board promotes LGBTQ+ travel options, and many downtown venues are known to be inclusive and open. </w:t>
      </w:r>
      <w:r/>
    </w:p>
    <w:p>
      <w:pPr>
        <w:pStyle w:val="ListBullet"/>
        <w:spacing w:line="240" w:lineRule="auto"/>
        <w:ind w:left="720"/>
      </w:pPr>
      <w:r/>
      <w:r>
        <w:rPr>
          <w:b/>
        </w:rPr>
        <w:t>Nightlife anchor:</w:t>
      </w:r>
      <w:r>
        <w:t xml:space="preserve"> 1851 Club is the city’s dedicated gay bar, famous for drag shows, trivia and a lively, mixed crowd. </w:t>
      </w:r>
      <w:r/>
    </w:p>
    <w:p>
      <w:pPr>
        <w:pStyle w:val="ListBullet"/>
        <w:spacing w:line="240" w:lineRule="auto"/>
        <w:ind w:left="720"/>
      </w:pPr>
      <w:r/>
      <w:r>
        <w:rPr>
          <w:b/>
        </w:rPr>
        <w:t>Sober socialising:</w:t>
      </w:r>
      <w:r>
        <w:t xml:space="preserve"> Fool’s Kava House offers a female- and queer-owned, alcohol-free hangout with kava, matcha and tarot readings. </w:t>
      </w:r>
      <w:r/>
    </w:p>
    <w:p>
      <w:pPr>
        <w:pStyle w:val="ListBullet"/>
        <w:spacing w:line="240" w:lineRule="auto"/>
        <w:ind w:left="720"/>
      </w:pPr>
      <w:r/>
      <w:r>
        <w:rPr>
          <w:b/>
        </w:rPr>
        <w:t>Arts and support:</w:t>
      </w:r>
      <w:r>
        <w:t xml:space="preserve"> Theatre Arlington and the Arlington Museum of Art feature queer voices, while HELP Center provides free LGBTQ+ health services. </w:t>
      </w:r>
      <w:r/>
    </w:p>
    <w:p>
      <w:pPr>
        <w:pStyle w:val="ListBullet"/>
        <w:spacing w:line="240" w:lineRule="auto"/>
        <w:ind w:left="720"/>
      </w:pPr>
      <w:r/>
      <w:r>
        <w:rPr>
          <w:b/>
        </w:rPr>
        <w:t>Pride on pause, but returning:</w:t>
      </w:r>
      <w:r>
        <w:t xml:space="preserve"> Arlington Pride was suspended for 2026 amid political controversy, with organisers planning a return in June 2027.</w:t>
      </w:r>
      <w:r/>
      <w:r/>
    </w:p>
    <w:p>
      <w:pPr>
        <w:pStyle w:val="Heading2"/>
      </w:pPr>
      <w:r>
        <w:t>Where to start: downtown’s inclusive dining and hangouts</w:t>
      </w:r>
      <w:r/>
    </w:p>
    <w:p>
      <w:r/>
      <w:r>
        <w:t>If you’re arriving between Dallas and Fort Worth, downtown Arlington makes a friendly first impression with pizza ovens, beer taps and outdoor patios that welcome everyone. Cane Rosso’s wood-fired pizzas feel casual and comforting, The Tipsy Oak serves up burgers with a breezy patio vibe, and Dr. Jeckyll’s Beer Lab flies LGBTQ+ flags and pours craft beers in an unpretentious setting. According to the city’s tourism information, these spots are often recommended by locals as inclusive places to eat and meet. For visitors, that means easy, low-drama options for your first night in town.</w:t>
      </w:r>
      <w:r/>
    </w:p>
    <w:p>
      <w:r/>
      <w:r>
        <w:t>Practical tip: pick a spot with outdoor seating if you want an easy way to people-watch and gauge the vibe before committing to a late-night venue.</w:t>
      </w:r>
      <w:r/>
    </w:p>
    <w:p>
      <w:pPr>
        <w:pStyle w:val="Heading2"/>
      </w:pPr>
      <w:r>
        <w:t>Nightlife that’s proud and playful: 1851 Club leads the way</w:t>
      </w:r>
      <w:r/>
    </w:p>
    <w:p>
      <w:r/>
      <w:r>
        <w:t>1851 Club functions as Arlington’s main gay bar and community anchor, and its calendar reads like an invitation: drag, karaoke, trivia and themed nights that pull a mixed, welcoming crowd. The club’s own listings show regular events that attract locals and visitors alike, making it a safe bet for an energetic evening. Locals often describe it as a “home away from home” where gender expression and different identities sit comfortably side by side.</w:t>
      </w:r>
      <w:r/>
    </w:p>
    <w:p>
      <w:r/>
      <w:r>
        <w:t>Practical tip: check event listings in advance , drag or special nights fill up fast, and planning ahead helps you avoid disappointment.</w:t>
      </w:r>
      <w:r/>
    </w:p>
    <w:p>
      <w:pPr>
        <w:pStyle w:val="Heading2"/>
      </w:pPr>
      <w:r>
        <w:t>Sober and soulful: Fool’s Kava House and wellness-forward spaces</w:t>
      </w:r>
      <w:r/>
    </w:p>
    <w:p>
      <w:r/>
      <w:r>
        <w:t>Not every queer traveller wants a bar scene, and Fool’s Kava House fills that gap with a sober, female- and queer-owned café that specialises in kava, matcha and community connection. It’s an inviting place for conversations, tarot readings, or a quiet afternoon between exhibitions. The presence of wellness cafés and community-minded spots reflects a wider trend toward inclusive, sober socialising in urban centres.</w:t>
      </w:r>
      <w:r/>
    </w:p>
    <w:p>
      <w:r/>
      <w:r>
        <w:t>Practical tip: try a kava drink if you’re curious, but check the menu and staff recommendations first , the effects are mellow and different to caffeine or alcohol.</w:t>
      </w:r>
      <w:r/>
    </w:p>
    <w:p>
      <w:pPr>
        <w:pStyle w:val="Heading2"/>
      </w:pPr>
      <w:r>
        <w:t>Arts, culture and local advocacy: where queer stories surface</w:t>
      </w:r>
      <w:r/>
    </w:p>
    <w:p>
      <w:r/>
      <w:r>
        <w:t>Arlington’s cultural institutions are increasingly visible platforms for LGBTQ+ artists and performers. Theatre Arlington stages community-focused productions that often foreground inclusive narratives, while the Arlington Museum of Art highlights queer creativity through exhibitions and juried Pride shows. Meanwhile, the HELP Center for LGBT Health &amp; Wellness offers essential services such as HIV testing, PrEP and community programmes, showing that the city supports both celebration and care.</w:t>
      </w:r>
      <w:r/>
    </w:p>
    <w:p>
      <w:r/>
      <w:r>
        <w:t>Practical tip: match a theatre night or gallery visit with a stop at a local café; it’s a good way to meet people and see how the community uses public culture.</w:t>
      </w:r>
      <w:r/>
    </w:p>
    <w:p>
      <w:pPr>
        <w:pStyle w:val="Heading2"/>
      </w:pPr>
      <w:r>
        <w:t>Pride, politics and planning: what happened and what’s next</w:t>
      </w:r>
      <w:r/>
    </w:p>
    <w:p>
      <w:r/>
      <w:r>
        <w:t>Arlington’s Pride events hit a bump when organisers suspended the 2026 festival after a city council decision to repeal local anti-discrimination protections. Local reporting and event listings show organisers cited safety concerns and legal shifts as reasons for the pause. The good news is a planned return: organisers announced Arlington Pride will resume in June 2027 at the Levitt Pavilion, signalling a comeback and a chance for the community to regroup and celebrate.</w:t>
      </w:r>
      <w:r/>
    </w:p>
    <w:p>
      <w:r/>
      <w:r>
        <w:t>Practical tip: if you’re planning a Pride-centred trip, check event organisers’ pages and local news updates before booking , dates and programming can change as local politics evolve.</w:t>
      </w:r>
      <w:r/>
    </w:p>
    <w:p>
      <w:pPr>
        <w:pStyle w:val="Heading2"/>
      </w:pPr>
      <w:r>
        <w:t>Where to stay and how to navigate the city</w:t>
      </w:r>
      <w:r/>
    </w:p>
    <w:p>
      <w:r/>
      <w:r>
        <w:t>Arlington doesn’t have a thriving queer-owned boutique hotel scene, but major hotels such as Live by Loews and charming local inns like Sanford House Inn &amp; Spa publicly promote non-discrimination and welcoming environments. The city’s central position between Dallas and Fort Worth makes it a practical base for exploring nearby queer hubs like Oak Lawn in Dallas or Fort Worth’s nightlife. For summer travel, pick accommodation with a pool or air-con , the Texas heat is real.</w:t>
      </w:r>
      <w:r/>
    </w:p>
    <w:p>
      <w:r/>
      <w:r>
        <w:t>Practical tip: call ahead to confirm any accessibility or room-preference needs; many hotels will note inclusive policies but staff can help with specific requests.</w:t>
      </w:r>
      <w:r/>
    </w:p>
    <w:p>
      <w:r/>
      <w:r>
        <w:t>It’s a small change that can make every stay feel safer and more enjoyable.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0">
        <w:r>
          <w:rPr>
            <w:color w:val="0000EE"/>
            <w:u w:val="single"/>
          </w:rPr>
          <w:t>[2]</w:t>
        </w:r>
      </w:hyperlink>
      <w:r>
        <w:t xml:space="preserve">, </w:t>
      </w:r>
      <w:hyperlink r:id="rId11">
        <w:r>
          <w:rPr>
            <w:color w:val="0000EE"/>
            <w:u w:val="single"/>
          </w:rPr>
          <w:t>[7]</w:t>
        </w:r>
      </w:hyperlink>
      <w:r>
        <w:t xml:space="preserve">- Paragraph 3: </w:t>
      </w:r>
      <w:hyperlink r:id="rId12">
        <w:r>
          <w:rPr>
            <w:color w:val="0000EE"/>
            <w:u w:val="single"/>
          </w:rPr>
          <w:t>[3]</w:t>
        </w:r>
      </w:hyperlink>
      <w:r>
        <w:t xml:space="preserve">, </w:t>
      </w:r>
      <w:hyperlink r:id="rId11">
        <w:r>
          <w:rPr>
            <w:color w:val="0000EE"/>
            <w:u w:val="single"/>
          </w:rPr>
          <w:t>[7]</w:t>
        </w:r>
      </w:hyperlink>
      <w:r>
        <w:t xml:space="preserve">- Paragraph 4: </w:t>
      </w:r>
      <w:hyperlink r:id="rId10">
        <w:r>
          <w:rPr>
            <w:color w:val="0000EE"/>
            <w:u w:val="single"/>
          </w:rPr>
          <w:t>[2]</w:t>
        </w:r>
      </w:hyperlink>
      <w:r>
        <w:t xml:space="preserve">, </w:t>
      </w:r>
      <w:hyperlink r:id="rId11">
        <w:r>
          <w:rPr>
            <w:color w:val="0000EE"/>
            <w:u w:val="single"/>
          </w:rPr>
          <w:t>[7]</w:t>
        </w:r>
      </w:hyperlink>
      <w:r>
        <w:t xml:space="preserve">- Paragraph 5: </w:t>
      </w:r>
      <w:hyperlink r:id="rId13">
        <w:r>
          <w:rPr>
            <w:color w:val="0000EE"/>
            <w:u w:val="single"/>
          </w:rPr>
          <w:t>[4]</w:t>
        </w:r>
      </w:hyperlink>
      <w:r>
        <w:t xml:space="preserve">, </w:t>
      </w:r>
      <w:hyperlink r:id="rId14">
        <w:r>
          <w:rPr>
            <w:color w:val="0000EE"/>
            <w:u w:val="single"/>
          </w:rPr>
          <w:t>[5]</w:t>
        </w:r>
      </w:hyperlink>
      <w:r>
        <w:t xml:space="preserve">- Paragraph 6: </w:t>
      </w:r>
      <w:hyperlink r:id="rId15">
        <w:r>
          <w:rPr>
            <w:color w:val="0000EE"/>
            <w:u w:val="single"/>
          </w:rPr>
          <w:t>[6]</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https://www.vacationer.travel/a-quick-queer-guide-to-arlington-texas/</w:t>
        </w:r>
      </w:hyperlink>
      <w:r>
        <w:t xml:space="preserve"> - Please view link - unable to able to access data</w:t>
      </w:r>
      <w:r/>
    </w:p>
    <w:p>
      <w:pPr>
        <w:pStyle w:val="ListNumber"/>
        <w:spacing w:line="240" w:lineRule="auto"/>
        <w:ind w:left="720"/>
      </w:pPr>
      <w:r/>
      <w:hyperlink r:id="rId10">
        <w:r>
          <w:rPr>
            <w:color w:val="0000EE"/>
            <w:u w:val="single"/>
          </w:rPr>
          <w:t>https://www.arlington.org/plan/lgbtq-travel/</w:t>
        </w:r>
      </w:hyperlink>
      <w:r>
        <w:t xml:space="preserve"> - Arlington, Texas, is a welcoming destination for LGBTQ+ travellers, offering inclusive spaces and experiences. The city's cultural scene supports LGBTQ+ voices, with Theatre Arlington featuring inclusive performances and the Arlington Museum of Art showcasing queer artists. Nightlife options include the 1851 Club, known for drag shows and a community vibe, and Fool’s Kava House, a queer-owned wellness café offering non-alcoholic beverages and a space for sober socialising. The HELP Center for LGBT Health &amp; Wellness provides free health services and community support. Nearby cities like Dallas and Fort Worth also offer LGBTQ+ friendly venues and events.</w:t>
      </w:r>
      <w:r/>
    </w:p>
    <w:p>
      <w:pPr>
        <w:pStyle w:val="ListNumber"/>
        <w:spacing w:line="240" w:lineRule="auto"/>
        <w:ind w:left="720"/>
      </w:pPr>
      <w:r/>
      <w:hyperlink r:id="rId12">
        <w:r>
          <w:rPr>
            <w:color w:val="0000EE"/>
            <w:u w:val="single"/>
          </w:rPr>
          <w:t>https://www.1851club.com/</w:t>
        </w:r>
      </w:hyperlink>
      <w:r>
        <w:t xml:space="preserve"> - The 1851 Club is Arlington's only gay bar, offering a welcoming and inclusive environment for patrons to relax and enjoy a drink. With daily events including drag shows and a variety of games like pool and darts, this historic bar provides a lively nightlife experience. Join their mailing list for updates and be sure to visit during happy hour to take advantage of their drink specials. Whether you're looking for a fun night out or a place to unwind after work, the 1851 Club is the go-to destination for the LGBTQ+ community and allies in Arlington, Texas.</w:t>
      </w:r>
      <w:r/>
    </w:p>
    <w:p>
      <w:pPr>
        <w:pStyle w:val="ListNumber"/>
        <w:spacing w:line="240" w:lineRule="auto"/>
        <w:ind w:left="720"/>
      </w:pPr>
      <w:r/>
      <w:hyperlink r:id="rId13">
        <w:r>
          <w:rPr>
            <w:color w:val="0000EE"/>
            <w:u w:val="single"/>
          </w:rPr>
          <w:t>https://www.keranews.org/news/2026-06-23/after-arlington-pride-cancellation-city-navigates-relationship-with-lgbtq-community</w:t>
        </w:r>
      </w:hyperlink>
      <w:r>
        <w:t xml:space="preserve"> - After the cancellation of Arlington Pride in 2026, city officials and LGBTQ+ leaders are navigating their evolving relationship. The annual festival, typically marking Tarrant County's largest Pride Month celebration, was suspended due to the Arlington City Council's decision to repeal local anti-discrimination protections for LGBTQ+ residents. Organisers cited safety concerns and stated they could not host the event in a city that rescinded basic safeguards for sexual orientation and gender identity. The community is now reimagining and reclaiming Pride celebrations, with events like 'After the Parade' at Truth Vinyl in June 2026.</w:t>
      </w:r>
      <w:r/>
    </w:p>
    <w:p>
      <w:pPr>
        <w:pStyle w:val="ListNumber"/>
        <w:spacing w:line="240" w:lineRule="auto"/>
        <w:ind w:left="720"/>
      </w:pPr>
      <w:r/>
      <w:hyperlink r:id="rId14">
        <w:r>
          <w:rPr>
            <w:color w:val="0000EE"/>
            <w:u w:val="single"/>
          </w:rPr>
          <w:t>https://www.eventeny.com/events/arlington-pride-2026-23837/</w:t>
        </w:r>
      </w:hyperlink>
      <w:r>
        <w:t xml:space="preserve"> - Arlington Pride 2026 was a spectacular celebration of the LGBTQ+ community, attracting over 15,000 attendees, making it one of the largest crowds ever at the Levitt Pavilion. Guests travelled from all over the nation, with attendees representing three countries, 22 states, and 114 cities. The event featured vibrant, inclusive, and enthusiastic supporters of the LGBTQ+ community, showcasing Arlington's commitment to diversity and inclusion.</w:t>
      </w:r>
      <w:r/>
    </w:p>
    <w:p>
      <w:pPr>
        <w:pStyle w:val="ListNumber"/>
        <w:spacing w:line="240" w:lineRule="auto"/>
        <w:ind w:left="720"/>
      </w:pPr>
      <w:r/>
      <w:hyperlink r:id="rId15">
        <w:r>
          <w:rPr>
            <w:color w:val="0000EE"/>
            <w:u w:val="single"/>
          </w:rPr>
          <w:t>https://texas-live.com/</w:t>
        </w:r>
      </w:hyperlink>
      <w:r>
        <w:t xml:space="preserve"> - Texas Live! is Arlington's premier dining and entertainment destination, bringing together dining, sports, entertainment, and nightlife. The expansive complex features venues like PBR Texas, the country's flagship PBR bar, offering an authentic country experience with bull riding, live music, and a spacious dance floor. Texas Live! hosts weekly specials, themed nights, and live performances, making it a dynamic space for locals and visitors alike.</w:t>
      </w:r>
      <w:r/>
    </w:p>
    <w:p>
      <w:pPr>
        <w:pStyle w:val="ListNumber"/>
        <w:spacing w:line="240" w:lineRule="auto"/>
        <w:ind w:left="720"/>
      </w:pPr>
      <w:r/>
      <w:hyperlink r:id="rId11">
        <w:r>
          <w:rPr>
            <w:color w:val="0000EE"/>
            <w:u w:val="single"/>
          </w:rPr>
          <w:t>https://www.arlington.org/things-to-do/arlington-nightlife/</w:t>
        </w:r>
      </w:hyperlink>
      <w:r>
        <w:t xml:space="preserve"> - Arlington offers a vibrant nightlife scene with a variety of bars, clubs, and live music venues. Texas Live! is an expansive entertainment complex featuring venues like PBR Texas, offering bull riding and live music. For a more tropical escape, 4 Kahunas Tiki Lounge provides an island getaway experience with surf music and carefully crafted cocktails. J Gilligan’s Bar &amp; Grill is a proper Irish pub with live music and hearty bar fare. These venues contribute to Arlington's dynamic and diverse nightlife options.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vacationer.travel/a-quick-queer-guide-to-arlington-texas/" TargetMode="External"/><Relationship Id="rId10" Type="http://schemas.openxmlformats.org/officeDocument/2006/relationships/hyperlink" Target="https://www.arlington.org/plan/lgbtq-travel/" TargetMode="External"/><Relationship Id="rId11" Type="http://schemas.openxmlformats.org/officeDocument/2006/relationships/hyperlink" Target="https://www.arlington.org/things-to-do/arlington-nightlife/" TargetMode="External"/><Relationship Id="rId12" Type="http://schemas.openxmlformats.org/officeDocument/2006/relationships/hyperlink" Target="https://www.1851club.com/" TargetMode="External"/><Relationship Id="rId13" Type="http://schemas.openxmlformats.org/officeDocument/2006/relationships/hyperlink" Target="https://www.keranews.org/news/2026-06-23/after-arlington-pride-cancellation-city-navigates-relationship-with-lgbtq-community" TargetMode="External"/><Relationship Id="rId14" Type="http://schemas.openxmlformats.org/officeDocument/2006/relationships/hyperlink" Target="https://www.eventeny.com/events/arlington-pride-2026-23837/" TargetMode="External"/><Relationship Id="rId15" Type="http://schemas.openxmlformats.org/officeDocument/2006/relationships/hyperlink" Target="https://texas-liv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