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Events in DC This Week: Community Brunches, Drag Brunch and Free Support Groups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 a new favourite: locals are lining up for weekend brunches, midweek wellness and free community support around Washington, D.C., as groups from Go Gay DC to the DC LGBTQ+ Community Center host in-person and virtual events that matter. Here’s what’s on, who it’s for, and why you might want to go.</w:t>
      </w:r>
      <w:r/>
    </w:p>
    <w:p>
      <w:r/>
      <w:r>
        <w:t>Essential Takeaways</w:t>
      </w:r>
      <w:r/>
      <w:r/>
    </w:p>
    <w:p>
      <w:pPr>
        <w:pStyle w:val="ListBullet"/>
        <w:spacing w:line="240" w:lineRule="auto"/>
        <w:ind w:left="720"/>
      </w:pPr>
      <w:r/>
      <w:r>
        <w:rPr>
          <w:b/>
        </w:rPr>
        <w:t>Weekly social hub:</w:t>
      </w:r>
      <w:r>
        <w:t xml:space="preserve"> Go Gay DC runs free happy hour and community brunch meet-ups at Freddie’s Beach Bar, with a relaxed, retro vibe and easy conversation starters.</w:t>
      </w:r>
      <w:r/>
    </w:p>
    <w:p>
      <w:pPr>
        <w:pStyle w:val="ListBullet"/>
        <w:spacing w:line="240" w:lineRule="auto"/>
        <w:ind w:left="720"/>
      </w:pPr>
      <w:r/>
      <w:r>
        <w:rPr>
          <w:b/>
        </w:rPr>
        <w:t>Drag energy:</w:t>
      </w:r>
      <w:r>
        <w:t xml:space="preserve"> Nellie’s DC Drag Brunch offers a lively Sunday show with ticketed seating and high-energy performances , bring friends and an appetite.</w:t>
      </w:r>
      <w:r/>
    </w:p>
    <w:p>
      <w:pPr>
        <w:pStyle w:val="ListBullet"/>
        <w:spacing w:line="240" w:lineRule="auto"/>
        <w:ind w:left="720"/>
      </w:pPr>
      <w:r/>
      <w:r>
        <w:rPr>
          <w:b/>
        </w:rPr>
        <w:t>Peer support options:</w:t>
      </w:r>
      <w:r>
        <w:t xml:space="preserve"> Virtual groups for women in their 20s–30s, LGBTQ people of colour, and Bi roundtables meet online for guided conversation and community.</w:t>
      </w:r>
      <w:r/>
    </w:p>
    <w:p>
      <w:pPr>
        <w:pStyle w:val="ListBullet"/>
        <w:spacing w:line="240" w:lineRule="auto"/>
        <w:ind w:left="720"/>
      </w:pPr>
      <w:r/>
      <w:r>
        <w:rPr>
          <w:b/>
        </w:rPr>
        <w:t>Wellness and skills:</w:t>
      </w:r>
      <w:r>
        <w:t xml:space="preserve"> Free classes include trauma-informed movement, yoga, and a self-defence session led by an experienced martial-arts instructor.</w:t>
      </w:r>
      <w:r/>
    </w:p>
    <w:p>
      <w:pPr>
        <w:pStyle w:val="ListBullet"/>
        <w:spacing w:line="240" w:lineRule="auto"/>
        <w:ind w:left="720"/>
      </w:pPr>
      <w:r/>
      <w:r>
        <w:rPr>
          <w:b/>
        </w:rPr>
        <w:t>Practical help:</w:t>
      </w:r>
      <w:r>
        <w:t xml:space="preserve"> The DC Center runs a Job Club and a Fresh Produce Program , one helps with job-search skills, the other supplies free produce boxes with no income check.</w:t>
      </w:r>
      <w:r/>
      <w:r/>
    </w:p>
    <w:p>
      <w:pPr>
        <w:pStyle w:val="Heading2"/>
      </w:pPr>
      <w:r>
        <w:t>Friday nights that actually feel like Friday: happy hour at Freddie’s</w:t>
      </w:r>
      <w:r/>
    </w:p>
    <w:p>
      <w:r/>
      <w:r>
        <w:t>The week kicks off with a classic social scene: Go Gay DC’s First Friday LGBTQ+ Happy Hour at Freddie’s Beach Bar. Imagine neon lights, bargain bites and people who actually want to chat , it’s easy to relax into new conversations.</w:t>
      </w:r>
      <w:r/>
    </w:p>
    <w:p>
      <w:r/>
      <w:r>
        <w:t>Go Gay DC has built these meet-ups into a regular community touchpoint, so you’ll see familiar faces alongside newcomers. Eventbrite listings show these are free to attend, which removes the barrier to trying a new social group.</w:t>
      </w:r>
      <w:r/>
    </w:p>
    <w:p>
      <w:r/>
      <w:r>
        <w:t>If you’re shy, aim for the earlier part of the night when it’s quieter, or bring a friend so you’ve got a launching point. If you like a retro, casual bar vibe, this is exactly the sort of low-pressure scene to try.</w:t>
      </w:r>
      <w:r/>
    </w:p>
    <w:p>
      <w:pPr>
        <w:pStyle w:val="Heading2"/>
      </w:pPr>
      <w:r>
        <w:t>Saturday brunch that feels like a weekly reunion</w:t>
      </w:r>
      <w:r/>
    </w:p>
    <w:p>
      <w:r/>
      <w:r>
        <w:t>Saturday’s LGBTQ+ Community Brunch at Freddie’s is more than a meal, it’s a weekly ritual for many in the DMV. Food encourages lingering conversation, and the atmosphere tends to be warm, chatty and welcoming.</w:t>
      </w:r>
      <w:r/>
    </w:p>
    <w:p>
      <w:r/>
      <w:r>
        <w:t>These brunches attract a mixed crowd , allies included , so they’re great if you want a broader social mix. They’re listed on Eventbrite and usually free, making them an easy add to your weekend plans.</w:t>
      </w:r>
      <w:r/>
    </w:p>
    <w:p>
      <w:r/>
      <w:r>
        <w:t>Pro tip: arrive early if you want a table for a larger group, and expect the conversation to flow from pop culture to local resources.</w:t>
      </w:r>
      <w:r/>
    </w:p>
    <w:p>
      <w:pPr>
        <w:pStyle w:val="Heading2"/>
      </w:pPr>
      <w:r>
        <w:t>Drag, sparkle and a midday theatrical lift at Nellie’s</w:t>
      </w:r>
      <w:r/>
    </w:p>
    <w:p>
      <w:r/>
      <w:r>
        <w:t>Sunday brings Nellie’s DC Drag Brunch, a ticketed affair with a heavy dose of camp, costume and cabaret. Performers like Sapphire Blue and Deja Diamond headline, and tickets are sold on Eventbrite.</w:t>
      </w:r>
      <w:r/>
    </w:p>
    <w:p>
      <w:r/>
      <w:r>
        <w:t>This is the sort of outing you’ll remember for the laughs and theatrical flair, and it’s ideal for celebrations or a fun catch-up with friends. Dress up if you like; the crowd matches the performers’ energy.</w:t>
      </w:r>
      <w:r/>
    </w:p>
    <w:p>
      <w:r/>
      <w:r>
        <w:t>If price is a concern, watch for occasional discounted tickets or weekday events that may be lower cost.</w:t>
      </w:r>
      <w:r/>
    </w:p>
    <w:p>
      <w:pPr>
        <w:pStyle w:val="Heading2"/>
      </w:pPr>
      <w:r>
        <w:t>Midweek check-ins: wellness, self-defence and peer groups</w:t>
      </w:r>
      <w:r/>
    </w:p>
    <w:p>
      <w:r/>
      <w:r>
        <w:t>During the week the DC LGBTQ+ Community Center and partners run a suite of support options. There are Zoom groups for women in their twenties and thirties, LGBTQ people of colour peer meet-ups with creative activities, and a Bi+ roundtable for discussion and mutual support.</w:t>
      </w:r>
      <w:r/>
    </w:p>
    <w:p>
      <w:r/>
      <w:r>
        <w:t>On Tuesday a self-defence class led by Avi Rome provides practical skills and empowering movement, while Movement for Healing and virtual yoga sessions offer trauma-informed somatic practices to calm the nervous system.</w:t>
      </w:r>
      <w:r/>
    </w:p>
    <w:p>
      <w:r/>
      <w:r>
        <w:t>If you’re managing stress or seeking connection, these sessions are modest commitments that can pay emotional dividends. Check the centre’s website for sign-up details and any capacity limits.</w:t>
      </w:r>
      <w:r/>
    </w:p>
    <w:p>
      <w:pPr>
        <w:pStyle w:val="Heading2"/>
      </w:pPr>
      <w:r>
        <w:t>Practical help you can actually use: Job Club and Fresh Produce Program</w:t>
      </w:r>
      <w:r/>
    </w:p>
    <w:p>
      <w:r/>
      <w:r>
        <w:t>The DC Center’s Job Club offers weekly support aimed at turning applicants into confident candidates, covering motivation, networking and practical search strategies. It’s a quiet but powerful resource for people returning to work or changing careers.</w:t>
      </w:r>
      <w:r/>
    </w:p>
    <w:p>
      <w:r/>
      <w:r>
        <w:t>Meanwhile the Fresh Produce Program distributes free produce boxes , no proof of residency or income required , which is a welcome, practical form of support for local households.</w:t>
      </w:r>
      <w:r/>
    </w:p>
    <w:p>
      <w:r/>
      <w:r>
        <w:t>Both programmes are run by the DC LGBTQ+ Community Center; reach out by email or phone to register or ask questions. They’re easy to access and remind you that community care in DC includes both social life and real-world help.</w:t>
      </w:r>
      <w:r/>
    </w:p>
    <w:p>
      <w:r/>
      <w:r>
        <w:t>Closing line Try one of this week’s events , even a single visit can lead to a new friend, laugh, or helpful connection.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3">
        <w:r>
          <w:rPr>
            <w:color w:val="0000EE"/>
            <w:u w:val="single"/>
          </w:rPr>
          <w:t>[4]</w:t>
        </w:r>
      </w:hyperlink>
      <w:r>
        <w:t xml:space="preserve">- Paragraph 6: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https://www.washingtonblade.com/2026/08/14/lgbtq-events-calendar-august-14-20/</w:t>
        </w:r>
      </w:hyperlink>
      <w:r>
        <w:t xml:space="preserve"> - Please view link - unable to able to access data</w:t>
      </w:r>
      <w:r/>
    </w:p>
    <w:p>
      <w:pPr>
        <w:pStyle w:val="ListNumber"/>
        <w:spacing w:line="240" w:lineRule="auto"/>
        <w:ind w:left="720"/>
      </w:pPr>
      <w:r/>
      <w:hyperlink r:id="rId10">
        <w:r>
          <w:rPr>
            <w:color w:val="0000EE"/>
            <w:u w:val="single"/>
          </w:rPr>
          <w:t>https://www.eventbrite.com/e/lgbtq-community-happy-hour-freddies-tickets-1993281103438</w:t>
        </w:r>
      </w:hyperlink>
      <w:r>
        <w:t xml:space="preserve"> - This Eventbrite page details the 'LGBTQ+ Community Happy Hour' hosted by Go Gay DC at Freddie's Beach Bar &amp; Restaurant in Arlington, VA, scheduled for Friday, July 10, 2026, from 6 PM to 8 PM. The event is free to attend, with attendees gathering inside at the purple booth to the left upon entering. The page provides information on the event's schedule, venue, and the absence of a cover charge, encouraging attendees to order individually. It also mentions the availability of happy hour drink specials until 7 PM and includes a link to the menu. Parking information is provided, noting availability on nearby residential side streets. The event aims to bring together LGBTQ+ individuals and allies for conversation and community building.</w:t>
      </w:r>
      <w:r/>
    </w:p>
    <w:p>
      <w:pPr>
        <w:pStyle w:val="ListNumber"/>
        <w:spacing w:line="240" w:lineRule="auto"/>
        <w:ind w:left="720"/>
      </w:pPr>
      <w:r/>
      <w:hyperlink r:id="rId12">
        <w:r>
          <w:rPr>
            <w:color w:val="0000EE"/>
            <w:u w:val="single"/>
          </w:rPr>
          <w:t>https://thedccenter.org/events/women-in-their-twenties-and-thirties-witt-3-2026-08-14/</w:t>
        </w:r>
      </w:hyperlink>
      <w:r>
        <w:t xml:space="preserve"> - The DC LGBTQ+ Community Center's website features an event titled 'Women in their Twenties and Thirties (WiTT) – Via Zoom,' scheduled for August 14, 2026, from 8:00 PM to 9:00 PM. WiTT is a social discussion group for queer women in the Washington, D.C. area, meeting on the second Friday of each month via Zoom. The event is open to all, providing a platform for queer women to make new friends and engage in friendly discussions. Beyond regular meetings, WiTT organizes various community activities, including happy hours, picnics, and outings to queer dance parties. The page offers contact information for those interested in attending and provides a link to their closed Facebook group for meeting updates.</w:t>
      </w:r>
      <w:r/>
    </w:p>
    <w:p>
      <w:pPr>
        <w:pStyle w:val="ListNumber"/>
        <w:spacing w:line="240" w:lineRule="auto"/>
        <w:ind w:left="720"/>
      </w:pPr>
      <w:r/>
      <w:hyperlink r:id="rId13">
        <w:r>
          <w:rPr>
            <w:color w:val="0000EE"/>
            <w:u w:val="single"/>
          </w:rPr>
          <w:t>https://www.eventbrite.com/e/lgbtq-uniformed-services-happy-hour-freddies-tickets-1993306859475</w:t>
        </w:r>
      </w:hyperlink>
      <w:r>
        <w:t xml:space="preserve"> - This Eventbrite listing details the 'LGBTQ+ Uniformed Services Happy Hour' hosted by Go Gay DC at Freddie's Beach Bar &amp; Restaurant in Arlington, VA, scheduled for Thursday, August 20, 2026, from 5 PM to 8 PM. The event is designed for LGBTQ+ Uniformed Services personnel, including Pentagon and other Department of Defense members, to gather in a relaxed setting. The page provides information on the event's schedule, venue, and the availability of happy hour drink specials. It also includes details on dining reservations, with contact information for table reservations and a link to the menu. The event aims to support local LGBTQ+ establishments and foster community among uniformed services personnel.</w:t>
      </w:r>
      <w:r/>
    </w:p>
    <w:p>
      <w:pPr>
        <w:pStyle w:val="ListNumber"/>
        <w:spacing w:line="240" w:lineRule="auto"/>
        <w:ind w:left="720"/>
      </w:pPr>
      <w:r/>
      <w:hyperlink r:id="rId15">
        <w:r>
          <w:rPr>
            <w:color w:val="0000EE"/>
            <w:u w:val="single"/>
          </w:rPr>
          <w:t>https://www.eventbrite.com/e/lgbtq-uniformed-services-pride-happy-hour-freddies-beach-bar-restaurant-tickets-1255272496829</w:t>
        </w:r>
      </w:hyperlink>
      <w:r>
        <w:t xml:space="preserve"> - This Eventbrite page announces the 'LGBTQ+ Uniformed Services Pride Happy Hour' at Freddie's Beach Bar &amp; Restaurant in Arlington, VA, scheduled for Thursday, June 19, 2025, from 5 PM to 8 PM. The event is part of Pride Month celebrations, offering LGBTQ+ Uniformed Services personnel, including Pentagon and other Department of Defense members, an opportunity to connect in a supportive environment. The page provides details on the event's schedule, venue, and the availability of happy hour drink specials. It also includes information on dining reservations, with contact details for table reservations and a link to the menu. The event is part of Go Gay DC's initiative to support local LGBTQ+ establishments and foster community among uniformed services personnel.</w:t>
      </w:r>
      <w:r/>
    </w:p>
    <w:p>
      <w:pPr>
        <w:pStyle w:val="ListNumber"/>
        <w:spacing w:line="240" w:lineRule="auto"/>
        <w:ind w:left="720"/>
      </w:pPr>
      <w:r/>
      <w:hyperlink r:id="rId11">
        <w:r>
          <w:rPr>
            <w:color w:val="0000EE"/>
            <w:u w:val="single"/>
          </w:rPr>
          <w:t>https://www.eventbrite.com/e/lgbtq-community-happy-hour-freddies-beach-bar-restaurant-tickets-1977171931471</w:t>
        </w:r>
      </w:hyperlink>
      <w:r>
        <w:t xml:space="preserve"> - This Eventbrite listing details the 'LGBTQ+ Community Happy Hour' hosted by Go Gay DC at Freddie's Beach Bar &amp; Restaurant in Arlington, VA, scheduled for Friday, December 12, 2025, from 6 PM to 8 PM. The event is free to attend, with attendees gathering inside at the purple booth to the left upon entering. The page provides information on the event's schedule, venue, and the absence of a cover charge, encouraging attendees to order individually. It also mentions the availability of happy hour drink specials until 7 PM and includes a link to the menu. Parking information is provided, noting availability on nearby residential side streets. The event aims to bring together LGBTQ+ individuals and allies for conversation and community building.</w:t>
      </w:r>
      <w:r/>
    </w:p>
    <w:p>
      <w:pPr>
        <w:pStyle w:val="ListNumber"/>
        <w:spacing w:line="240" w:lineRule="auto"/>
        <w:ind w:left="720"/>
      </w:pPr>
      <w:r/>
      <w:hyperlink r:id="rId14">
        <w:r>
          <w:rPr>
            <w:color w:val="0000EE"/>
            <w:u w:val="single"/>
          </w:rPr>
          <w:t>https://www.eventbrite.com/e/lgbtq-community-happy-hour-freddies-tickets-1982407462084</w:t>
        </w:r>
      </w:hyperlink>
      <w:r>
        <w:t xml:space="preserve"> - This Eventbrite page announces the 'LGBTQ+ Community Happy Hour' hosted by Go Gay DC at Freddie's Beach Bar &amp; Restaurant in Arlington, VA, scheduled for Friday, February 13, 2026, from 5:30 PM to 8 PM. The event is free to attend, with attendees gathering inside at the purple booth to the left upon entering. The page provides information on the event's schedule, venue, and the absence of a cover charge, encouraging attendees to order individually. It also mentions the availability of happy hour drink specials until 7 PM and includes a link to the menu. Parking information is provided, noting availability on nearby residential side streets. The event aims to bring together LGBTQ+ individuals and allies for conversation and community building.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14/lgbtq-events-calendar-august-14-20/" TargetMode="External"/><Relationship Id="rId10" Type="http://schemas.openxmlformats.org/officeDocument/2006/relationships/hyperlink" Target="https://www.eventbrite.com/e/lgbtq-community-happy-hour-freddies-tickets-1993281103438" TargetMode="External"/><Relationship Id="rId11" Type="http://schemas.openxmlformats.org/officeDocument/2006/relationships/hyperlink" Target="https://www.eventbrite.com/e/lgbtq-community-happy-hour-freddies-beach-bar-restaurant-tickets-1977171931471" TargetMode="External"/><Relationship Id="rId12" Type="http://schemas.openxmlformats.org/officeDocument/2006/relationships/hyperlink" Target="https://thedccenter.org/events/women-in-their-twenties-and-thirties-witt-3-2026-08-14/" TargetMode="External"/><Relationship Id="rId13" Type="http://schemas.openxmlformats.org/officeDocument/2006/relationships/hyperlink" Target="https://www.eventbrite.com/e/lgbtq-uniformed-services-happy-hour-freddies-tickets-1993306859475" TargetMode="External"/><Relationship Id="rId14" Type="http://schemas.openxmlformats.org/officeDocument/2006/relationships/hyperlink" Target="https://www.eventbrite.com/e/lgbtq-community-happy-hour-freddies-tickets-1982407462084" TargetMode="External"/><Relationship Id="rId15" Type="http://schemas.openxmlformats.org/officeDocument/2006/relationships/hyperlink" Target="https://www.eventbrite.com/e/lgbtq-uniformed-services-pride-happy-hour-freddies-beach-bar-restaurant-tickets-125527249682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