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Kristen Stewart Movies Now: Why The Wrong Girls Feels Like a Queer Milestone</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and cinephiles are flocking to see Kristen Stewart’s new film, The Wrong Girls, where queer friendship, neon chaos and stoner comedy collide , and it matters because this one leans into chosen family and female-led hijinks in a way mainstream buddy comedies rarely do.</w:t>
      </w:r>
      <w:r/>
    </w:p>
    <w:p>
      <w:r/>
      <w:r>
        <w:t>Essential Takeaways</w:t>
      </w:r>
      <w:r/>
      <w:r/>
    </w:p>
    <w:p>
      <w:pPr>
        <w:pStyle w:val="ListBullet"/>
        <w:spacing w:line="240" w:lineRule="auto"/>
        <w:ind w:left="720"/>
      </w:pPr>
      <w:r/>
      <w:r>
        <w:rPr>
          <w:b/>
        </w:rPr>
        <w:t>Star power:</w:t>
      </w:r>
      <w:r>
        <w:t xml:space="preserve"> Kristen Stewart and Alia Shawkat headline a female-centred stoner caper that foregrounds friendship over romance. </w:t>
      </w:r>
      <w:r/>
    </w:p>
    <w:p>
      <w:pPr>
        <w:pStyle w:val="ListBullet"/>
        <w:spacing w:line="240" w:lineRule="auto"/>
        <w:ind w:left="720"/>
      </w:pPr>
      <w:r/>
      <w:r>
        <w:rPr>
          <w:b/>
        </w:rPr>
        <w:t>Director’s debut:</w:t>
      </w:r>
      <w:r>
        <w:t xml:space="preserve"> Dylan Meyer, Stewart’s wife, makes her feature directorial debut, intentionally centring women in a traditionally male genre. </w:t>
      </w:r>
      <w:r/>
    </w:p>
    <w:p>
      <w:pPr>
        <w:pStyle w:val="ListBullet"/>
        <w:spacing w:line="240" w:lineRule="auto"/>
        <w:ind w:left="720"/>
      </w:pPr>
      <w:r/>
      <w:r>
        <w:rPr>
          <w:b/>
        </w:rPr>
        <w:t>Tone:</w:t>
      </w:r>
      <w:r>
        <w:t xml:space="preserve"> The film mixes neon-hued hallucinogens, telepathy and road-trip energy , expect goofy, loose, and occasionally surreal moments. </w:t>
      </w:r>
      <w:r/>
    </w:p>
    <w:p>
      <w:pPr>
        <w:pStyle w:val="ListBullet"/>
        <w:spacing w:line="240" w:lineRule="auto"/>
        <w:ind w:left="720"/>
      </w:pPr>
      <w:r/>
      <w:r>
        <w:rPr>
          <w:b/>
        </w:rPr>
        <w:t>Emotional core:</w:t>
      </w:r>
      <w:r>
        <w:t xml:space="preserve"> Chosen family and day-to-day devotion are the real hooks , it’s affectionate, loud and oddly tender. </w:t>
      </w:r>
      <w:r/>
    </w:p>
    <w:p>
      <w:pPr>
        <w:pStyle w:val="ListBullet"/>
        <w:spacing w:line="240" w:lineRule="auto"/>
        <w:ind w:left="720"/>
      </w:pPr>
      <w:r/>
      <w:r>
        <w:rPr>
          <w:b/>
        </w:rPr>
        <w:t>Audience vibe:</w:t>
      </w:r>
      <w:r>
        <w:t xml:space="preserve"> Fans say it’s celebratory of queer community though critics are mixed on execution; your mileage may vary depending on whether you love anarchic comedies.</w:t>
      </w:r>
      <w:r/>
      <w:r/>
    </w:p>
    <w:p>
      <w:pPr>
        <w:pStyle w:val="Heading2"/>
      </w:pPr>
      <w:r>
        <w:t>Kristen Stewart’s persona still sparks queer awakenings</w:t>
      </w:r>
      <w:r/>
    </w:p>
    <w:p>
      <w:r/>
      <w:r>
        <w:t>Stewart’s off-screen identity has been part of her cultural appeal since she publicly spoke about her queerness during a high-profile SNL appearance, a moment that helped cement her as an icon to many. Her effortless, cool energy translates onscreen and it’s part of why audiences respond strongly when she leans into queer-forward roles. That aura , colourful, wry and a little unbothered , makes The Wrong Girls feel personal as much as performative.</w:t>
      </w:r>
      <w:r/>
    </w:p>
    <w:p>
      <w:pPr>
        <w:pStyle w:val="Heading2"/>
      </w:pPr>
      <w:r>
        <w:t>A stoner-comedy with women at the wheel</w:t>
      </w:r>
      <w:r/>
    </w:p>
    <w:p>
      <w:r/>
      <w:r>
        <w:t>This isn’t your usual buddy-stoner flick: Dylan Meyer set out to correct the gender imbalance by placing two women at the chaotic centre. The plot lands them with a neon-pink experimental drug and sudden telepathic powers, which propels the kind of messy, silly adventures that usually go to men. That choice refreshes the genre and lets the film explore intimacy between women without turning it into a romance.</w:t>
      </w:r>
      <w:r/>
    </w:p>
    <w:p>
      <w:pPr>
        <w:pStyle w:val="Heading2"/>
      </w:pPr>
      <w:r>
        <w:t>Chosen family, not romantic tropes , why that counts</w:t>
      </w:r>
      <w:r/>
    </w:p>
    <w:p>
      <w:r/>
      <w:r>
        <w:t>The emotional heart of The Wrong Girls is the kind of devoted, everyday love you get from best friends who are life partners in everything but label. Stewart and Shawkat talk about portraying relationships that are celebrated without being sexualised, and that representation matters. For many queer viewers, seeing friendship framed as a durable, loving institution can be quietly revolutionary , it validates real-life chosen families.</w:t>
      </w:r>
      <w:r/>
    </w:p>
    <w:p>
      <w:pPr>
        <w:pStyle w:val="Heading2"/>
      </w:pPr>
      <w:r>
        <w:t>Critics liked the idea, responses to the execution have been mixed</w:t>
      </w:r>
      <w:r/>
    </w:p>
    <w:p>
      <w:r/>
      <w:r>
        <w:t>Industry coverage and reviews point out the film’s ambition: it aims for anarchic, heartfelt comedy and female-centred storytelling. Some reviewers praise the chemistry and the fresh perspective, while others find the shtick uneven and the buzzkill moments more noticeable than the highs. If you like rambunctious, oddball cinema and don’t mind a few rough edges, this is one to try at the theatre.</w:t>
      </w:r>
      <w:r/>
    </w:p>
    <w:p>
      <w:pPr>
        <w:pStyle w:val="Heading2"/>
      </w:pPr>
      <w:r>
        <w:t>How to watch , and who will love it</w:t>
      </w:r>
      <w:r/>
    </w:p>
    <w:p>
      <w:r/>
      <w:r>
        <w:t>If you want neon-coloured chaos with a tender core, see it in cinemas while it’s fresh; the communal laughter and reactions are part of the fun. For viewers who prefer tight plotting or polished comedies, wait for a streaming release. And if you care about representation, this is a reminder that queer people are making the kinds of wild, messy films they themselves want to see.</w:t>
      </w:r>
      <w:r/>
    </w:p>
    <w:p>
      <w:r/>
      <w:r>
        <w:t>It's a small but loud shift: friendship as romance-adjacent, female chaos as genre fodder, and queer creatives calling their own shots.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[3]</w:t>
        </w:r>
      </w:hyperlink>
      <w:r>
        <w:t xml:space="preserve">- Paragraph 2: </w:t>
      </w:r>
      <w:hyperlink r:id="rId11">
        <w:r>
          <w:rPr>
            <w:color w:val="0000EE"/>
            <w:u w:val="single"/>
          </w:rPr>
          <w:t>[5]</w:t>
        </w:r>
      </w:hyperlink>
      <w:r>
        <w:t xml:space="preserve">, </w:t>
      </w:r>
      <w:hyperlink r:id="rId12">
        <w:r>
          <w:rPr>
            <w:color w:val="0000EE"/>
            <w:u w:val="single"/>
          </w:rPr>
          <w:t>[6]</w:t>
        </w:r>
      </w:hyperlink>
      <w:r>
        <w:t xml:space="preserve">- Paragraph 3: </w:t>
      </w:r>
      <w:hyperlink r:id="rId9">
        <w:r>
          <w:rPr>
            <w:color w:val="0000EE"/>
            <w:u w:val="single"/>
          </w:rPr>
          <w:t>[1]</w:t>
        </w:r>
      </w:hyperlink>
      <w:r>
        <w:t xml:space="preserve">, </w:t>
      </w:r>
      <w:hyperlink r:id="rId13">
        <w:r>
          <w:rPr>
            <w:color w:val="0000EE"/>
            <w:u w:val="single"/>
          </w:rPr>
          <w:t>[4]</w:t>
        </w:r>
      </w:hyperlink>
      <w:r>
        <w:t xml:space="preserve">- Paragraph 4: </w:t>
      </w:r>
      <w:hyperlink r:id="rId12">
        <w:r>
          <w:rPr>
            <w:color w:val="0000EE"/>
            <w:u w:val="single"/>
          </w:rPr>
          <w:t>[6]</w:t>
        </w:r>
      </w:hyperlink>
      <w:r>
        <w:t xml:space="preserve">, </w:t>
      </w:r>
      <w:hyperlink r:id="rId11">
        <w:r>
          <w:rPr>
            <w:color w:val="0000EE"/>
            <w:u w:val="single"/>
          </w:rPr>
          <w:t>[5]</w:t>
        </w:r>
      </w:hyperlink>
      <w:r>
        <w:t xml:space="preserve">- Paragraph 5: </w:t>
      </w:r>
      <w:hyperlink r:id="rId14">
        <w:r>
          <w:rPr>
            <w:color w:val="0000EE"/>
            <w:u w:val="single"/>
          </w:rPr>
          <w:t>[7]</w:t>
        </w:r>
      </w:hyperlink>
      <w:r>
        <w:t xml:space="preserve">, </w:t>
      </w:r>
      <w:hyperlink r:id="rId11">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https://www.out.com/celebs/kristen-stewart-gay-icon</w:t>
        </w:r>
      </w:hyperlink>
      <w:r>
        <w:t xml:space="preserve"> - Please view link - unable to able to access data</w:t>
      </w:r>
      <w:r/>
    </w:p>
    <w:p>
      <w:pPr>
        <w:pStyle w:val="ListNumber"/>
        <w:spacing w:line="240" w:lineRule="auto"/>
        <w:ind w:left="720"/>
      </w:pPr>
      <w:r/>
      <w:hyperlink r:id="rId9">
        <w:r>
          <w:rPr>
            <w:color w:val="0000EE"/>
            <w:u w:val="single"/>
          </w:rPr>
          <w:t>https://www.out.com/celebs/kristen-stewart-gay-icon</w:t>
        </w:r>
      </w:hyperlink>
      <w:r>
        <w:t xml:space="preserve"> - Kristen Stewart, renowned for her role in the 'Twilight' series, publicly came out as queer during her 2017 'Saturday Night Live' hosting stint. This revelation resonated with many LGBTQ+ fans, who admired her confident and authentic persona. In her latest project, 'The Wrong Girls,' Stewart collaborates with fellow queer actress Alia Shawkat. The film follows two best friends who, after ingesting a mysterious hallucinogen, develop telepathic abilities, leading them on a chaotic adventure in Los Angeles. Stewart's wife, Dylan Meyer, makes her directorial debut with this film, aiming to address the lack of female representation in traditional buddy-stoner movies. The narrative explores themes of chosen families and deep, non-romantic love between women. Shawkat emphasizes the significance of depicting chosen families in media, highlighting the importance of supportive, non-romantic relationships among women. Stewart expresses pride in her status as a gay icon, embracing her 'rainbow aura' and the positive impact it has on her fans. 'The Wrong Girls' is currently playing in theaters, offering a fresh perspective on friendship and identity within the LGBTQ+ community.</w:t>
      </w:r>
      <w:r/>
    </w:p>
    <w:p>
      <w:pPr>
        <w:pStyle w:val="ListNumber"/>
        <w:spacing w:line="240" w:lineRule="auto"/>
        <w:ind w:left="720"/>
      </w:pPr>
      <w:r/>
      <w:hyperlink r:id="rId10">
        <w:r>
          <w:rPr>
            <w:color w:val="0000EE"/>
            <w:u w:val="single"/>
          </w:rPr>
          <w:t>https://time.com/4698857/kristen-stewart-snl-coming-out/</w:t>
        </w:r>
      </w:hyperlink>
      <w:r>
        <w:t xml:space="preserve"> - In February 2017, Kristen Stewart hosted 'Saturday Night Live' and casually came out as gay during her opening monologue. Addressing President Donald Trump's previous tweets about her relationship with Robert Pattinson, Stewart remarked, 'I'm like, so gay, dude,' eliciting a positive audience reaction. Reflecting on this moment, Stewart shared that she had always lived openly, but this was her first public statement of this nature. She found the simplicity and straightforwardness of her declaration to be normal and unashamed, expressing satisfaction with the experience and a desire to return to SNL despite a minor slip-up during the live broadcast.</w:t>
      </w:r>
      <w:r/>
    </w:p>
    <w:p>
      <w:pPr>
        <w:pStyle w:val="ListNumber"/>
        <w:spacing w:line="240" w:lineRule="auto"/>
        <w:ind w:left="720"/>
      </w:pPr>
      <w:r/>
      <w:hyperlink r:id="rId13">
        <w:r>
          <w:rPr>
            <w:color w:val="0000EE"/>
            <w:u w:val="single"/>
          </w:rPr>
          <w:t>https://time.com/4695261/kristen-stewart-on-coming-out/</w:t>
        </w:r>
      </w:hyperlink>
      <w:r>
        <w:t xml:space="preserve"> - Kristen Stewart publicly discussed her decision to come out about her sexuality in an interview with The Sunday Times. She emphasized the importance of addressing her private life due to the influence she has on others, aiming to help people feel better about themselves. Reflecting on her previous relationship with Robert Pattinson, Stewart noted that media attention was once viewed as an enemy, but her perspective has shifted towards a more open approach to promote acceptance and positivity. She clarified that her decision was not due to confusion about her identity but a conscious choice to support the LGBTQ+ community.</w:t>
      </w:r>
      <w:r/>
    </w:p>
    <w:p>
      <w:pPr>
        <w:pStyle w:val="ListNumber"/>
        <w:spacing w:line="240" w:lineRule="auto"/>
        <w:ind w:left="720"/>
      </w:pPr>
      <w:r/>
      <w:hyperlink r:id="rId11">
        <w:r>
          <w:rPr>
            <w:color w:val="0000EE"/>
            <w:u w:val="single"/>
          </w:rPr>
          <w:t>https://www.cinemablend.com/movies/wrong-girls-reviews-kristen-stewart-stoner-comedy-dylan-meyer-alia-shawkat</w:t>
        </w:r>
      </w:hyperlink>
      <w:r>
        <w:t xml:space="preserve"> - Released on August 14, 2026, 'The Wrong Girls' is a stoner comedy directed by Dylan Meyer, featuring Kristen Stewart and Alia Shawkat. The film follows two best friends who discover a briefcase containing an experimental drug, leading to telepathic abilities and a series of comedic events. Critics have offered mixed reviews: some praise the chemistry between Stewart and Shawkat, highlighting the film's charm and potential cult status, while others criticize its lack of originality and humor. The film holds a 61% score on Rotten Tomatoes, indicating a divided reception among audiences and critics.</w:t>
      </w:r>
      <w:r/>
    </w:p>
    <w:p>
      <w:pPr>
        <w:pStyle w:val="ListNumber"/>
        <w:spacing w:line="240" w:lineRule="auto"/>
        <w:ind w:left="720"/>
      </w:pPr>
      <w:r/>
      <w:hyperlink r:id="rId12">
        <w:r>
          <w:rPr>
            <w:color w:val="0000EE"/>
            <w:u w:val="single"/>
          </w:rPr>
          <w:t>https://www.thedailybeast.com/obsessed/the-wrong-girls-kristen-stewarts-stoner-comedy-is-a-big-time-buzzkill/</w:t>
        </w:r>
      </w:hyperlink>
      <w:r>
        <w:t xml:space="preserve"> - 'The Wrong Girls,' released on August 14, 2026, is a stoner comedy starring Kristen Stewart and Alia Shawkat. Directed by Stewart's wife, Dylan Meyer, the film follows two best friends who gain telepathic abilities after ingesting an experimental drug. Despite the star-studded cast, the film has been criticized for lacking energy and comedic timing, with some reviewers describing it as a forced and disjointed attempt at a girl-powered stoner comedy. The narrative includes a series of mishaps and a mind-bending sequence, but fails to generate much humor or narrative coherence, according to critics.</w:t>
      </w:r>
      <w:r/>
    </w:p>
    <w:p>
      <w:pPr>
        <w:pStyle w:val="ListNumber"/>
        <w:spacing w:line="240" w:lineRule="auto"/>
        <w:ind w:left="720"/>
      </w:pPr>
      <w:r/>
      <w:hyperlink r:id="rId14">
        <w:r>
          <w:rPr>
            <w:color w:val="0000EE"/>
            <w:u w:val="single"/>
          </w:rPr>
          <w:t>https://www.imdb.com/title/tt35060353/</w:t>
        </w:r>
      </w:hyperlink>
      <w:r>
        <w:t xml:space="preserve"> - 'The Wrong Girls' is an upcoming American stoner comedy film directed by Dylan Meyer, marking her directorial debut. The film stars Kristen Stewart and Alia Shawkat as two aimless young women who inadvertently gain telepathic abilities after ingesting an experimental drug. The cast also includes Seth Rogen, LaKeith Stanfield, Kumail Nanjiani, Zack Fox, and Tony Hale. The film is scheduled for release on August 14, 2026, and is rated R for drug use and language throughout, some sexual references, and graphic nudity. The runtime is 1 hour and 39 minutes.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out.com/celebs/kristen-stewart-gay-icon" TargetMode="External"/><Relationship Id="rId10" Type="http://schemas.openxmlformats.org/officeDocument/2006/relationships/hyperlink" Target="https://time.com/4698857/kristen-stewart-snl-coming-out/" TargetMode="External"/><Relationship Id="rId11" Type="http://schemas.openxmlformats.org/officeDocument/2006/relationships/hyperlink" Target="https://www.cinemablend.com/movies/wrong-girls-reviews-kristen-stewart-stoner-comedy-dylan-meyer-alia-shawkat" TargetMode="External"/><Relationship Id="rId12" Type="http://schemas.openxmlformats.org/officeDocument/2006/relationships/hyperlink" Target="https://www.thedailybeast.com/obsessed/the-wrong-girls-kristen-stewarts-stoner-comedy-is-a-big-time-buzzkill/" TargetMode="External"/><Relationship Id="rId13" Type="http://schemas.openxmlformats.org/officeDocument/2006/relationships/hyperlink" Target="https://time.com/4695261/kristen-stewart-on-coming-out/" TargetMode="External"/><Relationship Id="rId14" Type="http://schemas.openxmlformats.org/officeDocument/2006/relationships/hyperlink" Target="https://www.imdb.com/title/tt3506035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