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Folsom Florals: Smell the Rosebud and Support Queer-Affirming Therapy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flocking to Chartreuse by Roje for Folsom Florals: Smell the Rosebud, a cheeky, design-forward fundraiser in San Francisco that pairs leather, roses and drag with a serious aim , raising money for 15 years of affordable, queer-affirming mental health care from Queer LifeSpace.</w:t>
      </w:r>
      <w:r/>
    </w:p>
    <w:p>
      <w:r/>
      <w:r>
        <w:t>Essential Takeaways</w:t>
      </w:r>
      <w:r/>
      <w:r/>
    </w:p>
    <w:p>
      <w:pPr>
        <w:pStyle w:val="ListBullet"/>
        <w:spacing w:line="240" w:lineRule="auto"/>
        <w:ind w:left="720"/>
      </w:pPr>
      <w:r/>
      <w:r>
        <w:rPr>
          <w:b/>
        </w:rPr>
        <w:t>What it is:</w:t>
      </w:r>
      <w:r>
        <w:t xml:space="preserve"> A playful, immersive floral fundraiser with workshops, drag, live music, auctions and leather-floral decorating in Market Street’s Chartreuse boutique.</w:t>
      </w:r>
      <w:r/>
    </w:p>
    <w:p>
      <w:pPr>
        <w:pStyle w:val="ListBullet"/>
        <w:spacing w:line="240" w:lineRule="auto"/>
        <w:ind w:left="720"/>
      </w:pPr>
      <w:r/>
      <w:r>
        <w:rPr>
          <w:b/>
        </w:rPr>
        <w:t>Who benefits:</w:t>
      </w:r>
      <w:r>
        <w:t xml:space="preserve"> Proceeds support Queer LifeSpace’s affordable therapy, clinical training and youth programmes, celebrating 15 years of service to the LGBTQIA+ community.</w:t>
      </w:r>
      <w:r/>
    </w:p>
    <w:p>
      <w:pPr>
        <w:pStyle w:val="ListBullet"/>
        <w:spacing w:line="240" w:lineRule="auto"/>
        <w:ind w:left="720"/>
      </w:pPr>
      <w:r/>
      <w:r>
        <w:rPr>
          <w:b/>
        </w:rPr>
        <w:t>Where and when:</w:t>
      </w:r>
      <w:r>
        <w:t xml:space="preserve"> Chartreuse by Roje, 2095 Market Street, San Francisco, Saturday 26 September, 1–6pm , timed alongside Folsom Street Fair weekend.</w:t>
      </w:r>
      <w:r/>
    </w:p>
    <w:p>
      <w:pPr>
        <w:pStyle w:val="ListBullet"/>
        <w:spacing w:line="240" w:lineRule="auto"/>
        <w:ind w:left="720"/>
      </w:pPr>
      <w:r/>
      <w:r>
        <w:rPr>
          <w:b/>
        </w:rPr>
        <w:t>What to expect:</w:t>
      </w:r>
      <w:r>
        <w:t xml:space="preserve"> Lush installations, curated drinks, silent auctions and an exhibition called The Weight of Flowers that evolves as blooms fade.</w:t>
      </w:r>
      <w:r/>
    </w:p>
    <w:p>
      <w:pPr>
        <w:pStyle w:val="ListBullet"/>
        <w:spacing w:line="240" w:lineRule="auto"/>
        <w:ind w:left="720"/>
      </w:pPr>
      <w:r/>
      <w:r>
        <w:rPr>
          <w:b/>
        </w:rPr>
        <w:t>Practical note:</w:t>
      </w:r>
      <w:r>
        <w:t xml:space="preserve"> Tickets, sponsorships and donation info are available from Queer LifeSpace; expect a lively crowd and plenty of photo moments.</w:t>
      </w:r>
      <w:r/>
      <w:r/>
    </w:p>
    <w:p>
      <w:pPr>
        <w:pStyle w:val="Heading2"/>
      </w:pPr>
      <w:r>
        <w:t>Why a florist and queer mental health make perfect partners</w:t>
      </w:r>
      <w:r/>
    </w:p>
    <w:p>
      <w:r/>
      <w:r>
        <w:t>Flowers feel intimate and immediate , they smell, they fade, they make a room feel different the moment they arrive. Chartreuse by Roje has built a reputation for theatrical interiors and rotating artwork that turn a florist into a gathering place, so it’s a natural home for a fundraiser that wants to be both joyful and purposeful. Queer LifeSpace’s model is about accessible care and community, and staging a celebration among roses and leather signals that care can be loud, aesthetic and political all at once.</w:t>
      </w:r>
      <w:r/>
    </w:p>
    <w:p>
      <w:r/>
      <w:r>
        <w:t>Over the past decade and a half, Queer LifeSpace has stitched therapy, training and community outreach together into a resilient programme. Pairing floral design with fundraising taps into the boutique’s salon-like energy and gives donors an experience, not just a donation.</w:t>
      </w:r>
      <w:r/>
    </w:p>
    <w:p>
      <w:pPr>
        <w:pStyle w:val="Heading2"/>
      </w:pPr>
      <w:r>
        <w:t>What to see and do at Smell the Rosebud</w:t>
      </w:r>
      <w:r/>
    </w:p>
    <w:p>
      <w:r/>
      <w:r>
        <w:t>Expect spectacle plus grassroots heart. Floral installations by Harness will provide vivid backdrops for drag and musical acts, while workshops let guests get hands-on with leather-and-flower arrangements. There’ll be silent auctions featuring local art, curated cocktails to sip while you mingle, and a playful, design-forward vibe that leans into both Folsom weekend’s aesthetic and Chartreuse’s midcentury and Art Deco corners.</w:t>
      </w:r>
      <w:r/>
    </w:p>
    <w:p>
      <w:r/>
      <w:r>
        <w:t>If you’re planning to go, arrive early for workshops, bring sensible shoes for Market Street, and leave room in your bag , you’ll want to take home something from Bougie Sheep candles or a bespoke vase.</w:t>
      </w:r>
      <w:r/>
    </w:p>
    <w:p>
      <w:pPr>
        <w:pStyle w:val="Heading2"/>
      </w:pPr>
      <w:r>
        <w:t>Fifteen years of queer-affirming care , the numbers and the impact</w:t>
      </w:r>
      <w:r/>
    </w:p>
    <w:p>
      <w:r/>
      <w:r>
        <w:t>Queer LifeSpace marks a real milestone. Since 2011 the organisation has served thousands of clients, delivered tens of thousands of therapy sessions, and trained scores of clinicians in culturally competent care. Fundraisers like this close the gap between the cost of running affordable therapy and what clients can pay, and they help fund training that multiplies impact far beyond QLS’s own therapy rooms.</w:t>
      </w:r>
      <w:r/>
    </w:p>
    <w:p>
      <w:r/>
      <w:r>
        <w:t>According to Queer LifeSpace leadership, celebrating this anniversary amid community, art and nightlife underscores that mental health work can be celebratory as well as serious. That message matters in a city where both the need for affirming care and the cost of living are high.</w:t>
      </w:r>
      <w:r/>
    </w:p>
    <w:p>
      <w:pPr>
        <w:pStyle w:val="Heading2"/>
      </w:pPr>
      <w:r>
        <w:t>The Weight of Flowers exhibition , art that changes with time</w:t>
      </w:r>
      <w:r/>
    </w:p>
    <w:p>
      <w:r/>
      <w:r>
        <w:t>Running throughout September at Chartreuse, Steven Vasquez Lopez’s The Weight of Flowers ties directly into the event’s themes. The installation mixes photography with a living floral headdress that will be tended and replaced as blooms fade, so the work literally changes over the course of the month.</w:t>
      </w:r>
      <w:r/>
    </w:p>
    <w:p>
      <w:r/>
      <w:r>
        <w:t>It’s a neat artistic counterpart to the fundraising , the exhibition explores memory, masculinity and queer experience, making the floral language of care and renewal part of a visible conversation about vulnerability. If you’re drawn to installations that age in public, this one rewards repeat visits.</w:t>
      </w:r>
      <w:r/>
    </w:p>
    <w:p>
      <w:pPr>
        <w:pStyle w:val="Heading2"/>
      </w:pPr>
      <w:r>
        <w:t>How to support, even if you can’t make it to Market Street</w:t>
      </w:r>
      <w:r/>
    </w:p>
    <w:p>
      <w:r/>
      <w:r>
        <w:t>Donations, sponsorships and in-kind gifts are all on the table, and they help subsidise sliding-scale therapy and trainee placements. Visit Queer LifeSpace’s website for ticketing and sponsorship tiers, or follow @queerlifespace and @chartreusebyroje on Instagram for event updates and auction previews. For visitors planning their weekend, note that Folsom Street Fair is happening nearby, so combine a floral fundraiser visit with the city’s larger Pride-adjacent programming.</w:t>
      </w:r>
      <w:r/>
    </w:p>
    <w:p>
      <w:r/>
      <w:r>
        <w:t>And if you’re buying tickets, consider the impact: it’s not just a fun afternoon among blooms , it’s underwriting mental health care for people who might otherwise go without.</w:t>
      </w:r>
      <w:r/>
    </w:p>
    <w:p>
      <w:r/>
      <w:r>
        <w:t>It's a small change that can make every chew of a rosebud safer for the next generation.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https://glossmagazine.net/2026/08/smell-the-rosebud/?utm_source=rss&amp;utm_medium=rss&amp;utm_campaign=smell-the-rosebud&amp;utm_source=rss&amp;utm_medium=rss&amp;utm_campaign=smell-the-rosebud</w:t>
        </w:r>
      </w:hyperlink>
      <w:r>
        <w:t xml:space="preserve"> - Please view link - unable to able to access data</w:t>
      </w:r>
      <w:r/>
    </w:p>
    <w:p>
      <w:pPr>
        <w:pStyle w:val="ListNumber"/>
        <w:spacing w:line="240" w:lineRule="auto"/>
        <w:ind w:left="720"/>
      </w:pPr>
      <w:r/>
      <w:hyperlink r:id="rId10">
        <w:r>
          <w:rPr>
            <w:color w:val="0000EE"/>
            <w:u w:val="single"/>
          </w:rPr>
          <w:t>https://www.queerlifespace.org/</w:t>
        </w:r>
      </w:hyperlink>
      <w:r>
        <w:t xml:space="preserve"> - Queer LifeSpace is a nonprofit counselling agency based in San Francisco, dedicated to providing affordable, culturally competent mental health services to the LGBTQIA+ community. Established in 2011, the organisation has served nearly 8,000 clients, delivered over 60,000 therapy sessions, and trained more than 150 queer-affirming clinicians. Their mission includes offering individual, couples, and group therapy, as well as an internationally recognised clinical training programme for aspiring therapists. Additionally, Queer LifeSpace supports initiatives like Outlandish!, Rural Youth Outreach, and the Emerging Queer Artists programme.</w:t>
      </w:r>
      <w:r/>
    </w:p>
    <w:p>
      <w:pPr>
        <w:pStyle w:val="ListNumber"/>
        <w:spacing w:line="240" w:lineRule="auto"/>
        <w:ind w:left="720"/>
      </w:pPr>
      <w:r/>
      <w:hyperlink r:id="rId12">
        <w:r>
          <w:rPr>
            <w:color w:val="0000EE"/>
            <w:u w:val="single"/>
          </w:rPr>
          <w:t>https://www.folsomstreet.org/</w:t>
        </w:r>
      </w:hyperlink>
      <w:r>
        <w:t xml:space="preserve"> - Folsom Street is a registered non-profit organisation committed to creating a safe, open, and inclusive environment for the kink, leather, and alternative sexuality communities. They focus on centring equity for BIPOC and LGBTQIA2I+ individuals, and are rooted in the fight against gentrification and displacement. Their mission includes uniting and affirming the community through support, resources, education, advocacy, visibility, and celebration. Folsom Street hosts various events, including the Folsom Street Fair, which is scheduled for September 27, 2026.</w:t>
      </w:r>
      <w:r/>
    </w:p>
    <w:p>
      <w:pPr>
        <w:pStyle w:val="ListNumber"/>
        <w:spacing w:line="240" w:lineRule="auto"/>
        <w:ind w:left="720"/>
      </w:pPr>
      <w:r/>
      <w:hyperlink r:id="rId11">
        <w:r>
          <w:rPr>
            <w:color w:val="0000EE"/>
            <w:u w:val="single"/>
          </w:rPr>
          <w:t>https://www.eventeny.com/events/folsom-street-fair-2026-30185/</w:t>
        </w:r>
      </w:hyperlink>
      <w:r>
        <w:t xml:space="preserve"> - The Folsom Street Fair is an annual event in San Francisco, celebrating the kink, leather, and alternative sexuality communities. The 2026 fair is scheduled for September 27, 2026, and is expected to attract over 250,000 attendees. The event features multiple community stages with performers, DJs, live music, and more, alongside a variety of vendors. It serves as the culmination of San Francisco's Leather Pride season and is the largest event of its kind worldwide.</w:t>
      </w:r>
      <w:r/>
    </w:p>
    <w:p>
      <w:pPr>
        <w:pStyle w:val="ListNumber"/>
        <w:spacing w:line="240" w:lineRule="auto"/>
        <w:ind w:left="720"/>
      </w:pPr>
      <w:r/>
      <w:hyperlink r:id="rId14">
        <w:r>
          <w:rPr>
            <w:color w:val="0000EE"/>
            <w:u w:val="single"/>
          </w:rPr>
          <w:t>https://www.travelgay.com/event/folsom-street-fair-san-francisco</w:t>
        </w:r>
      </w:hyperlink>
      <w:r>
        <w:t xml:space="preserve"> - The Folsom Street Fair is a significant annual event in San Francisco, celebrating freedom of expression, creativity, and LGBTQ+ culture. The 2026 fair is anticipated to take place on September 27, 2026, transforming the SoMa district into a lively, pedestrian-friendly street festival. The event typically spans several city blocks along Folsom Street and surrounding areas, featuring multiple outdoor stages with live music, DJs, and performances throughout the day. Attendees can explore hundreds of local vendors, artists, and nonprofit organisations offering crafts, fashion, art, food, and community resources.</w:t>
      </w:r>
      <w:r/>
    </w:p>
    <w:p>
      <w:pPr>
        <w:pStyle w:val="ListNumber"/>
        <w:spacing w:line="240" w:lineRule="auto"/>
        <w:ind w:left="720"/>
      </w:pPr>
      <w:r/>
      <w:hyperlink r:id="rId15">
        <w:r>
          <w:rPr>
            <w:color w:val="0000EE"/>
            <w:u w:val="single"/>
          </w:rPr>
          <w:t>https://www.cantonfair.net/event/57004-folsom-street-fair</w:t>
        </w:r>
      </w:hyperlink>
      <w:r>
        <w:t xml:space="preserve"> - Folsom Street Fair is an annual event in San Francisco, celebrating the kink, leather, and alternative sexuality communities. The 2026 fair is scheduled for September 27, 2026, and is expected to attract over 250,000 attendees. The event features multiple community stages with performers, DJs, live music, and more, alongside a variety of vendors. It serves as the culmination of San Francisco's Leather Pride season and is the largest event of its kind worldwide.</w:t>
      </w:r>
      <w:r/>
    </w:p>
    <w:p>
      <w:pPr>
        <w:pStyle w:val="ListNumber"/>
        <w:spacing w:line="240" w:lineRule="auto"/>
        <w:ind w:left="720"/>
      </w:pPr>
      <w:r/>
      <w:hyperlink r:id="rId13">
        <w:r>
          <w:rPr>
            <w:color w:val="0000EE"/>
            <w:u w:val="single"/>
          </w:rPr>
          <w:t>https://www.travelinpride.com/folsom-street-fair/</w:t>
        </w:r>
      </w:hyperlink>
      <w:r>
        <w:t xml:space="preserve"> - The Folsom Street Fair is one of San Francisco’s most distinctive annual community festivals, celebrating freedom of expression, creativity, and LGBTQ+ culture in an open, inclusive, and respectful way. In 2026, the fair is expected to take place in late September, traditionally on the last Sunday of the month, transforming the SoMa district into a lively, pedestrian-friendly street festival. While final dates and schedules are confirmed closer to the event, the 2026 fair is anticipated to follow its long-standing format and scale.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lossmagazine.net/2026/08/smell-the-rosebud/?utm_source=rss&amp;utm_medium=rss&amp;utm_campaign=smell-the-rosebud&amp;utm_source=rss&amp;utm_medium=rss&amp;utm_campaign=smell-the-rosebud" TargetMode="External"/><Relationship Id="rId10" Type="http://schemas.openxmlformats.org/officeDocument/2006/relationships/hyperlink" Target="https://www.queerlifespace.org/" TargetMode="External"/><Relationship Id="rId11" Type="http://schemas.openxmlformats.org/officeDocument/2006/relationships/hyperlink" Target="https://www.eventeny.com/events/folsom-street-fair-2026-30185/" TargetMode="External"/><Relationship Id="rId12" Type="http://schemas.openxmlformats.org/officeDocument/2006/relationships/hyperlink" Target="https://www.folsomstreet.org/" TargetMode="External"/><Relationship Id="rId13" Type="http://schemas.openxmlformats.org/officeDocument/2006/relationships/hyperlink" Target="https://www.travelinpride.com/folsom-street-fair/" TargetMode="External"/><Relationship Id="rId14" Type="http://schemas.openxmlformats.org/officeDocument/2006/relationships/hyperlink" Target="https://www.travelgay.com/event/folsom-street-fair-san-francisco" TargetMode="External"/><Relationship Id="rId15" Type="http://schemas.openxmlformats.org/officeDocument/2006/relationships/hyperlink" Target="https://www.cantonfair.net/event/57004-folsom-street-fai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