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DTLA Proud Guide: Where to Go, What to Expect This August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locals are gearing up for DTLA Proud, a volunteer-run, three-day celebration in Downtown Los Angeles that funnels proceeds back into LGBTQ+ artists and community projects; here’s what’s happening, where to be, and how to make the most of the weekend.</w:t>
      </w:r>
      <w:r/>
    </w:p>
    <w:p>
      <w:r/>
      <w:r>
        <w:t>Essential Takeaways</w:t>
      </w:r>
      <w:r/>
      <w:r/>
    </w:p>
    <w:p>
      <w:pPr>
        <w:pStyle w:val="ListBullet"/>
        <w:spacing w:line="240" w:lineRule="auto"/>
        <w:ind w:left="720"/>
      </w:pPr>
      <w:r/>
      <w:r>
        <w:rPr>
          <w:b/>
        </w:rPr>
        <w:t>Dates and structure:</w:t>
      </w:r>
      <w:r>
        <w:t xml:space="preserve"> The festival runs Friday–Sunday, August 28–30, with a 21+ kick-off, an all-ages picnic, and a 21+ main festival day.</w:t>
      </w:r>
      <w:r/>
    </w:p>
    <w:p>
      <w:pPr>
        <w:pStyle w:val="ListBullet"/>
        <w:spacing w:line="240" w:lineRule="auto"/>
        <w:ind w:left="720"/>
      </w:pPr>
      <w:r/>
      <w:r>
        <w:rPr>
          <w:b/>
        </w:rPr>
        <w:t>Friday nightlife crawl:</w:t>
      </w:r>
      <w:r>
        <w:t xml:space="preserve"> Expect a lively bar crawl highlighting LGBTQ+-owned venues such as Precinct, New Jalisco, and KISO , perfect for late-night people-watching.</w:t>
      </w:r>
      <w:r/>
    </w:p>
    <w:p>
      <w:pPr>
        <w:pStyle w:val="ListBullet"/>
        <w:spacing w:line="240" w:lineRule="auto"/>
        <w:ind w:left="720"/>
      </w:pPr>
      <w:r/>
      <w:r>
        <w:rPr>
          <w:b/>
        </w:rPr>
        <w:t>Picnic in the Park:</w:t>
      </w:r>
      <w:r>
        <w:t xml:space="preserve"> Saturday’s free event at Los Angeles State Historic Park offers queer DJ sets, food vendors, art installations and community meetups from noon to 6pm.</w:t>
      </w:r>
      <w:r/>
    </w:p>
    <w:p>
      <w:pPr>
        <w:pStyle w:val="ListBullet"/>
        <w:spacing w:line="240" w:lineRule="auto"/>
        <w:ind w:left="720"/>
      </w:pPr>
      <w:r/>
      <w:r>
        <w:rPr>
          <w:b/>
        </w:rPr>
        <w:t>Sunday headline festival:</w:t>
      </w:r>
      <w:r>
        <w:t xml:space="preserve"> LA Plaza de Cultura y Artes hosts the main DTLA Proud Festival and SUMMERTRAMP water party from 12pm–10pm; presale GA starts at $25.</w:t>
      </w:r>
      <w:r/>
    </w:p>
    <w:p>
      <w:pPr>
        <w:pStyle w:val="ListBullet"/>
        <w:spacing w:line="240" w:lineRule="auto"/>
        <w:ind w:left="720"/>
      </w:pPr>
      <w:r/>
      <w:r>
        <w:rPr>
          <w:b/>
        </w:rPr>
        <w:t>Community focus:</w:t>
      </w:r>
      <w:r>
        <w:t xml:space="preserve"> The event is 100% volunteer-run and channels ticket revenue back into local performers, year-round programming and resources like an Activist Alley.</w:t>
      </w:r>
      <w:r/>
      <w:r/>
    </w:p>
    <w:p>
      <w:pPr>
        <w:pStyle w:val="Heading2"/>
      </w:pPr>
      <w:r>
        <w:t>Where the weekend starts: Friday’s 21+ opening and bar crawl</w:t>
      </w:r>
      <w:r/>
    </w:p>
    <w:p>
      <w:r/>
      <w:r>
        <w:t>Friday night sets a social tone, with a community bar crawl that stitches together local queer nightlife in Downtown LA. Think neon-lit doorways, cocktails with a story and a friendly, buzzy atmosphere that rewards wandering. Organisers designed the crawl to spotlight LGBTQ+-owned bars, so you’re intentionally supporting local owners and crews while you sip.</w:t>
      </w:r>
      <w:r/>
    </w:p>
    <w:p>
      <w:r/>
      <w:r>
        <w:t>This opening night also functions as a warm-up for the weekend, ideal if you want to meet performers, DJs, or local activists before the daytime events. If you’re planning to join, arrive early: popular venues like Precinct and New Jalisco tend to fill fast. Wear comfy shoes, plan a meetup point with friends, and bring a card or app for easy cover and drinks.</w:t>
      </w:r>
      <w:r/>
    </w:p>
    <w:p>
      <w:pPr>
        <w:pStyle w:val="Heading2"/>
      </w:pPr>
      <w:r>
        <w:t>Saturday’s free PROUD Picnic in the Park: family-friendly and relaxed</w:t>
      </w:r>
      <w:r/>
    </w:p>
    <w:p>
      <w:r/>
      <w:r>
        <w:t>Saturday moves the action outdoors to Los Angeles State Historic Park, running noon to 6pm with no entry fee. The vibe is picnic-meets-block-party: queer DJ sets, local eats, art installations and a mobile public library for browsing between sets. It’s deliberately accessible, built to welcome kids, elders and everyone in between.</w:t>
      </w:r>
      <w:r/>
    </w:p>
    <w:p>
      <w:r/>
      <w:r>
        <w:t>For parents or carers, this is a great day to bring a blanket and linger; organisers emphasise community programming and meetups focused on shared interests. If you’re an artist or vendor hoping to connect with locals, Saturday offers low-barrier face time with curious crowds. Pack sunscreen and foldable chairs , shade can be scarce.</w:t>
      </w:r>
      <w:r/>
    </w:p>
    <w:p>
      <w:pPr>
        <w:pStyle w:val="Heading2"/>
      </w:pPr>
      <w:r>
        <w:t>Sunday’s main festival and SUMMERTRAMP: the weekend’s big finish</w:t>
      </w:r>
      <w:r/>
    </w:p>
    <w:p>
      <w:r/>
      <w:r>
        <w:t>Sunday is the headline day at LA Plaza de Cultura y Artes, running from midday until 10pm and open to 21+. Expect stage music, drag shows, market stalls and the cheeky SUMMERTRAMP outdoor water party , a lively way to cool off under the sun. The festival also features an Activist Alley, where local groups and resource hubs set up to offer information and services.</w:t>
      </w:r>
      <w:r/>
    </w:p>
    <w:p>
      <w:r/>
      <w:r>
        <w:t>Tickets are priced to be approachable, with presale general admission starting at $25. If you want front-row access or special perks, check the DTLA Proud website for upgrades. Pro tip: arrive earlier in the day to explore vendor stalls and catch daytime programming before the evening crowds arrive.</w:t>
      </w:r>
      <w:r/>
    </w:p>
    <w:p>
      <w:pPr>
        <w:pStyle w:val="Heading2"/>
      </w:pPr>
      <w:r>
        <w:t>Why the community angle matters: volunteer-run and reinvesting locally</w:t>
      </w:r>
      <w:r/>
    </w:p>
    <w:p>
      <w:r/>
      <w:r>
        <w:t>DTLA Proud isn’t a corporate-backed bash; it’s organised entirely by volunteers and channels proceeds back into Downtown LA’s LGBTQ+ arts and programming. That makes every ticket a donation of sorts , you’re funding future gigs, workshops and resources rather than padding a large promoter’s balance sheet.</w:t>
      </w:r>
      <w:r/>
    </w:p>
    <w:p>
      <w:r/>
      <w:r>
        <w:t>That model has ripple effects: performers get paid, small vendors earn visibility, and neighbourhood groups expand year-round offerings. If you care about sustainable cultural scenes, picking events that reinvest locally matters. Expect a grassroots energy that’s earnest, slightly DIY, and often more connected than bigger, commercial festivals.</w:t>
      </w:r>
      <w:r/>
    </w:p>
    <w:p>
      <w:pPr>
        <w:pStyle w:val="Heading2"/>
      </w:pPr>
      <w:r>
        <w:t>Practical tips: getting in, staying safe, and making the most of it</w:t>
      </w:r>
      <w:r/>
    </w:p>
    <w:p>
      <w:r/>
      <w:r>
        <w:t>Plan travel ahead , DTLA is well connected by public transport, but weekend rideshare demand spikes during big events. Bring ID for the 21+ days, a refillable water bottle, and a small daypack for vendor finds. If you have accessibility needs, check the festival’s site or contact organisers in advance for information about ramps, seating and quiet spaces.</w:t>
      </w:r>
      <w:r/>
    </w:p>
    <w:p>
      <w:r/>
      <w:r>
        <w:t>Finally, support beyond tickets: buy from vendors, tip performers and follow organisers on socials to stay updated. If you want to volunteer next year, this is the kind of community that values hands-on help.</w:t>
      </w:r>
      <w:r/>
    </w:p>
    <w:p>
      <w:r/>
      <w:r>
        <w:t>It's a small change that can make every weekend event count for the people who make LA’s queer scene thrive.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1">
        <w:r>
          <w:rPr>
            <w:color w:val="0000EE"/>
            <w:u w:val="single"/>
          </w:rPr>
          <w:t>[6]</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1">
        <w:r>
          <w:rPr>
            <w:color w:val="0000EE"/>
            <w:u w:val="single"/>
          </w:rPr>
          <w:t>[6]</w:t>
        </w:r>
      </w:hyperlink>
      <w:r>
        <w:t xml:space="preserve">- Paragraph 5: </w:t>
      </w:r>
      <w:hyperlink r:id="rId11">
        <w:r>
          <w:rPr>
            <w:color w:val="0000EE"/>
            <w:u w:val="single"/>
          </w:rPr>
          <w:t>[6]</w:t>
        </w:r>
      </w:hyperlink>
      <w:r>
        <w:t xml:space="preserve">, </w:t>
      </w:r>
      <w:hyperlink r:id="rId14">
        <w:r>
          <w:rPr>
            <w:color w:val="0000EE"/>
            <w:u w:val="single"/>
          </w:rPr>
          <w:t>[7]</w:t>
        </w:r>
      </w:hyperlink>
      <w:r>
        <w:t xml:space="preserve">- Paragraph 6: </w:t>
      </w:r>
      <w:hyperlink r:id="rId15">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https://thefightmag.com/2026/08/dtla-proud-returns-august-28-30-the-ultimate-downtown-la-guide/</w:t>
        </w:r>
      </w:hyperlink>
      <w:r>
        <w:t xml:space="preserve"> - Please view link - unable to able to access data</w:t>
      </w:r>
      <w:r/>
    </w:p>
    <w:p>
      <w:pPr>
        <w:pStyle w:val="ListNumber"/>
        <w:spacing w:line="240" w:lineRule="auto"/>
        <w:ind w:left="720"/>
      </w:pPr>
      <w:r/>
      <w:hyperlink r:id="rId10">
        <w:r>
          <w:rPr>
            <w:color w:val="0000EE"/>
            <w:u w:val="single"/>
          </w:rPr>
          <w:t>https://www.gaytravel4u.com/event/dtla-proud-festival-los-angeles/</w:t>
        </w:r>
      </w:hyperlink>
      <w:r>
        <w:t xml:space="preserve"> - The DTLA Proud Festival is an annual event in Downtown Los Angeles, celebrating the LGBTQ+ community with a weekend of music, performances, and cultural programming. The 2026 festival is scheduled from Friday, August 28, to Sunday, August 30, featuring a variety of events across multiple venues, including the PROUD Kick-Off Party, PROUD Picnic in the Park, and the main DTLA Proud Festival with SUMMERTRAMP outdoor water party. The festival aims to reinvest all ticket proceeds into local LGBTQ+ artists, performers, and community programming.</w:t>
      </w:r>
      <w:r/>
    </w:p>
    <w:p>
      <w:pPr>
        <w:pStyle w:val="ListNumber"/>
        <w:spacing w:line="240" w:lineRule="auto"/>
        <w:ind w:left="720"/>
      </w:pPr>
      <w:r/>
      <w:hyperlink r:id="rId13">
        <w:r>
          <w:rPr>
            <w:color w:val="0000EE"/>
            <w:u w:val="single"/>
          </w:rPr>
          <w:t>https://sickening.events/e/2026festival/tickets</w:t>
        </w:r>
      </w:hyperlink>
      <w:r>
        <w:t xml:space="preserve"> - The 11th DTLA Proud Festival, including the SUMMERTRAMP outdoor water party, is set for August 28–30, 2026. Tickets are available for presale at $25, with a portion of proceeds supporting local LGBTQ+ artists, DJs, drag performers, and musicians. The festival is a volunteer-led initiative, ensuring that all funds are directed back into the community. The event includes a variety of performances, art installations, and community engagement activities, fostering an inclusive and vibrant atmosphere.</w:t>
      </w:r>
      <w:r/>
    </w:p>
    <w:p>
      <w:pPr>
        <w:pStyle w:val="ListNumber"/>
        <w:spacing w:line="240" w:lineRule="auto"/>
        <w:ind w:left="720"/>
      </w:pPr>
      <w:r/>
      <w:hyperlink r:id="rId15">
        <w:r>
          <w:rPr>
            <w:color w:val="0000EE"/>
            <w:u w:val="single"/>
          </w:rPr>
          <w:t>https://reachlaangels.com/event-2/la-loc-crown-fest-2026/</w:t>
        </w:r>
      </w:hyperlink>
      <w:r>
        <w:t xml:space="preserve"> - LA LOC &amp; CROWN FEST 2026 is a vibrant celebration of natural hair, locs, culture, and community, taking place on August 29, 2026, at The Beehive in Los Angeles. The festival features a marketplace with local businesses offering natural hair products, handcrafted goods, accessories, art, apparel, and more. Attendees can enjoy performances, DJs, and diverse culinary offerings. The event aims to honor natural hair in all its forms and create a space for cultural appreciation and community engagement.</w:t>
      </w:r>
      <w:r/>
    </w:p>
    <w:p>
      <w:pPr>
        <w:pStyle w:val="ListNumber"/>
        <w:spacing w:line="240" w:lineRule="auto"/>
        <w:ind w:left="720"/>
      </w:pPr>
      <w:r/>
      <w:hyperlink r:id="rId12">
        <w:r>
          <w:rPr>
            <w:color w:val="0000EE"/>
            <w:u w:val="single"/>
          </w:rPr>
          <w:t>https://ma.to/event/11th-proud-festival-28-aug-2026</w:t>
        </w:r>
      </w:hyperlink>
      <w:r>
        <w:t xml:space="preserve"> - The 11th annual Proud Festival is scheduled for August 28, 2026, in Downtown Los Angeles. The event marks the beginning of a three-day celebration for the DTLA LGBTQ+ community, featuring music, performances, and cultural programming. Detailed information about the lineup and schedule is available on the event profile, highlighting the festival's commitment to showcasing diverse talent and fostering community engagement.</w:t>
      </w:r>
      <w:r/>
    </w:p>
    <w:p>
      <w:pPr>
        <w:pStyle w:val="ListNumber"/>
        <w:spacing w:line="240" w:lineRule="auto"/>
        <w:ind w:left="720"/>
      </w:pPr>
      <w:r/>
      <w:hyperlink r:id="rId11">
        <w:r>
          <w:rPr>
            <w:color w:val="0000EE"/>
            <w:u w:val="single"/>
          </w:rPr>
          <w:t>https://downtownla.com/do/dtla-proud</w:t>
        </w:r>
      </w:hyperlink>
      <w:r>
        <w:t xml:space="preserve"> - DTLA Proud Festival returns to Pershing Square from August 27 to 29, 2021, celebrating the culture, history, and diversity of the growing LGBTQ+ community in Downtown Los Angeles. The event features a film screening, a diverse lineup of local stage talent, community booths, art installations, retail vendors, interactive exhibits, food trucks, bars, and a pop-up water park. Created by the community, for the community, DTLA Proud Festival aims to foster inclusivity and celebrate LGBTQ+ culture.</w:t>
      </w:r>
      <w:r/>
    </w:p>
    <w:p>
      <w:pPr>
        <w:pStyle w:val="ListNumber"/>
        <w:spacing w:line="240" w:lineRule="auto"/>
        <w:ind w:left="720"/>
      </w:pPr>
      <w:r/>
      <w:hyperlink r:id="rId14">
        <w:r>
          <w:rPr>
            <w:color w:val="0000EE"/>
            <w:u w:val="single"/>
          </w:rPr>
          <w:t>https://en.wikipedia.org/wiki/DTLA_Proud</w:t>
        </w:r>
      </w:hyperlink>
      <w:r>
        <w:t xml:space="preserve"> - DTLA Proud is a 501(c)(3) non-profit organization based in Downtown Los Angeles, focused on serving the LGBTQ+ community. The organization is known for hosting the annual DTLA Proud Festival, which began in 2016. The festival is held each year in August at Pershing Square, featuring a variety of events and performances that celebrate the culture and diversity of the LGBTQ+ community in Los Angeles. The organization also engages in community initiatives and advocacy to support LGBTQ+ rights and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8/dtla-proud-returns-august-28-30-the-ultimate-downtown-la-guide/" TargetMode="External"/><Relationship Id="rId10" Type="http://schemas.openxmlformats.org/officeDocument/2006/relationships/hyperlink" Target="https://www.gaytravel4u.com/event/dtla-proud-festival-los-angeles/" TargetMode="External"/><Relationship Id="rId11" Type="http://schemas.openxmlformats.org/officeDocument/2006/relationships/hyperlink" Target="https://downtownla.com/do/dtla-proud" TargetMode="External"/><Relationship Id="rId12" Type="http://schemas.openxmlformats.org/officeDocument/2006/relationships/hyperlink" Target="https://ma.to/event/11th-proud-festival-28-aug-2026" TargetMode="External"/><Relationship Id="rId13" Type="http://schemas.openxmlformats.org/officeDocument/2006/relationships/hyperlink" Target="https://sickening.events/e/2026festival/tickets" TargetMode="External"/><Relationship Id="rId14" Type="http://schemas.openxmlformats.org/officeDocument/2006/relationships/hyperlink" Target="https://en.wikipedia.org/wiki/DTLA_Proud" TargetMode="External"/><Relationship Id="rId15" Type="http://schemas.openxmlformats.org/officeDocument/2006/relationships/hyperlink" Target="https://reachlaangels.com/event-2/la-loc-crown-fes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