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Dorian TV Awards Winners 2024: Why Heated Rivalry and Hacks Stole the Show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TV news are buzzing: GALECA’s 18th Dorian TV Awards crowned Heated Rivalry and Hacks as the night’s big winners, highlighting a richer, braver year for queer storytelling across streaming platforms and broadcast. Here’s who won, why it matters, and what to watch next.</w:t>
      </w:r>
      <w:r/>
    </w:p>
    <w:p>
      <w:r/>
      <w:r>
        <w:t>Essential Takeaways</w:t>
      </w:r>
      <w:r/>
      <w:r/>
    </w:p>
    <w:p>
      <w:pPr>
        <w:pStyle w:val="ListBullet"/>
        <w:spacing w:line="240" w:lineRule="auto"/>
        <w:ind w:left="720"/>
      </w:pPr>
      <w:r/>
      <w:r>
        <w:rPr>
          <w:b/>
        </w:rPr>
        <w:t>Big winners:</w:t>
      </w:r>
      <w:r>
        <w:t xml:space="preserve"> Heated Rivalry and Hacks each won four Dorian TV Awards, among them Best TV Drama and Best TV Comedy respectively.</w:t>
      </w:r>
      <w:r/>
    </w:p>
    <w:p>
      <w:pPr>
        <w:pStyle w:val="ListBullet"/>
        <w:spacing w:line="240" w:lineRule="auto"/>
        <w:ind w:left="720"/>
      </w:pPr>
      <w:r/>
      <w:r>
        <w:rPr>
          <w:b/>
        </w:rPr>
        <w:t>Platform leaders:</w:t>
      </w:r>
      <w:r>
        <w:t xml:space="preserve"> HBO Max led with ten awards, Apple TV followed with five, and Netflix took four, showing streaming dominance.</w:t>
      </w:r>
      <w:r/>
    </w:p>
    <w:p>
      <w:pPr>
        <w:pStyle w:val="ListBullet"/>
        <w:spacing w:line="240" w:lineRule="auto"/>
        <w:ind w:left="720"/>
      </w:pPr>
      <w:r/>
      <w:r>
        <w:rPr>
          <w:b/>
        </w:rPr>
        <w:t>Standout honours:</w:t>
      </w:r>
      <w:r>
        <w:t xml:space="preserve"> Lisa Kudrow received the GALECA TV Icon Award, while Jacob Tierney earned the LGBTQIA+ TV Trailblazer nod.</w:t>
      </w:r>
      <w:r/>
    </w:p>
    <w:p>
      <w:pPr>
        <w:pStyle w:val="ListBullet"/>
        <w:spacing w:line="240" w:lineRule="auto"/>
        <w:ind w:left="720"/>
      </w:pPr>
      <w:r/>
      <w:r>
        <w:rPr>
          <w:b/>
        </w:rPr>
        <w:t>Varied slate:</w:t>
      </w:r>
      <w:r>
        <w:t xml:space="preserve"> Winners ranged from drama and comedy to non-English shows and documentaries, signalling greater diversity in queer narratives.</w:t>
      </w:r>
      <w:r/>
    </w:p>
    <w:p>
      <w:pPr>
        <w:pStyle w:val="ListBullet"/>
        <w:spacing w:line="240" w:lineRule="auto"/>
        <w:ind w:left="720"/>
      </w:pPr>
      <w:r/>
      <w:r>
        <w:rPr>
          <w:b/>
        </w:rPr>
        <w:t>Notable performances:</w:t>
      </w:r>
      <w:r>
        <w:t xml:space="preserve"> François Arnaud, Jean Smart and Hannah Einbinder were singled out for standout supporting and leading turns.</w:t>
      </w:r>
      <w:r/>
      <w:r/>
    </w:p>
    <w:p>
      <w:pPr>
        <w:pStyle w:val="Heading2"/>
      </w:pPr>
      <w:r>
        <w:t>Heated Rivalry’s win feels like a moment , and it looks, sounds and acts the part</w:t>
      </w:r>
      <w:r/>
    </w:p>
    <w:p>
      <w:r/>
      <w:r>
        <w:t>Heated Rivalry taking Best TV Drama and Best LGBTQ TV Show tells you critics responded to its tone and ambition, with a sturdy, often quiet intensity. François Arnaud’s supporting nod suggests the show’s performances did a lot of the heavy lifting.</w:t>
      </w:r>
      <w:r/>
    </w:p>
    <w:p>
      <w:r/>
      <w:r>
        <w:t>GALECA’s choices reflect a desire to reward complexity rather than formulaic portrayals, and Heated Rivalry’s success fits that pattern. If you’re choosing what to binge next, pick the size and pacing that suits you , it’s a show to savour rather than rush through.</w:t>
      </w:r>
      <w:r/>
    </w:p>
    <w:p>
      <w:pPr>
        <w:pStyle w:val="Heading2"/>
      </w:pPr>
      <w:r>
        <w:t>Hacks closed out on a high note , comedy with bite and heart</w:t>
      </w:r>
      <w:r/>
    </w:p>
    <w:p>
      <w:r/>
      <w:r>
        <w:t>Hacks walked away with Best TV Comedy and Best Written TV Show, and Jean Smart and Hannah Einbinder picked up acting honours for the final season. That mix of strong writing and performer chemistry explains its appeal.</w:t>
      </w:r>
      <w:r/>
    </w:p>
    <w:p>
      <w:r/>
      <w:r>
        <w:t>According to critics, the final season landed with a satisfying blend of sharp laughs and emotional payoffs. If you love character-led comedies, Hacks is a reminder that sitcoms can still surprise you with depth.</w:t>
      </w:r>
      <w:r/>
    </w:p>
    <w:p>
      <w:pPr>
        <w:pStyle w:val="Heading2"/>
      </w:pPr>
      <w:r>
        <w:t>Streaming platforms showed their teeth , HBO Max led the pack</w:t>
      </w:r>
      <w:r/>
    </w:p>
    <w:p>
      <w:r/>
      <w:r>
        <w:t>HBO Max emerged with ten awards, underlining how much queer storytelling is concentrated on major streaming services right now. Apple TV and Netflix also scored well, proving the field is competitive.</w:t>
      </w:r>
      <w:r/>
    </w:p>
    <w:p>
      <w:r/>
      <w:r>
        <w:t>Industry watchers will note this isn’t just about budgets; it’s about editorial risk. Platforms that greenlight diverse voices are reaping awards and audience attention, so expect more commissions that lean into authenticity and variety.</w:t>
      </w:r>
      <w:r/>
    </w:p>
    <w:p>
      <w:pPr>
        <w:pStyle w:val="Heading2"/>
      </w:pPr>
      <w:r>
        <w:t>Non-English and documentary winners point to breadth , not tokenism</w:t>
      </w:r>
      <w:r/>
    </w:p>
    <w:p>
      <w:r/>
      <w:r>
        <w:t>Categories for non-English and documentary series honoured titles like The Boyfriend and Lilith Fair: Building a Mystery, indicating judges rewarded narrative range and cultural specificity.</w:t>
      </w:r>
      <w:r/>
    </w:p>
    <w:p>
      <w:r/>
      <w:r>
        <w:t>This trend matters because it signals that queer stories are being judged by their craft, not just their subject matter. For viewers, it’s an invitation to explore shows beyond familiar English-language offerings; subtitles are a small price to pay for new perspectives.</w:t>
      </w:r>
      <w:r/>
    </w:p>
    <w:p>
      <w:pPr>
        <w:pStyle w:val="Heading2"/>
      </w:pPr>
      <w:r>
        <w:t>What the awards tell us about the year ahead</w:t>
      </w:r>
      <w:r/>
    </w:p>
    <w:p>
      <w:r/>
      <w:r>
        <w:t>GALECA’s vice-president noted the range of winners, and it’s true: winners spanned tender indie pieces to glossy streaming dramas. Lisa Kudrow’s Icon Award and Jacob Tierney’s Trailblazer recognition also point to a continuity between industry veterans and newer creators.</w:t>
      </w:r>
      <w:r/>
    </w:p>
    <w:p>
      <w:r/>
      <w:r>
        <w:t>Takeaway for audiences: keep an eye on smaller titles and international releases as well as the tentpole shows. The awards suggest discovery , and the next favourite series , may come from unexpected corners.</w:t>
      </w:r>
      <w:r/>
    </w:p>
    <w:p>
      <w:r/>
      <w:r>
        <w:t>It's a small change that can make every viewing choice feel a bit more deliberate.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https://www.thewrap.com/industry-news/awards/heated-rivalry-hacks-lead-galeca-dorian-awards/</w:t>
        </w:r>
      </w:hyperlink>
      <w:r>
        <w:t xml:space="preserve"> - Please view link - unable to able to access data</w:t>
      </w:r>
      <w:r/>
    </w:p>
    <w:p>
      <w:pPr>
        <w:pStyle w:val="ListNumber"/>
        <w:spacing w:line="240" w:lineRule="auto"/>
        <w:ind w:left="720"/>
      </w:pPr>
      <w:r/>
      <w:hyperlink r:id="rId9">
        <w:r>
          <w:rPr>
            <w:color w:val="0000EE"/>
            <w:u w:val="single"/>
          </w:rPr>
          <w:t>https://www.thewrap.com/industry-news/awards/heated-rivalry-hacks-lead-galeca-dorian-awards/</w:t>
        </w:r>
      </w:hyperlink>
      <w:r>
        <w:t xml:space="preserve"> - The article reports on the 18th annual Dorian TV Awards from GALECA: The Society of LGBTQ Entertainment Critics, highlighting that both 'Heated Rivalry' and the final season of 'Hacks' each won four awards. 'Heated Rivalry' secured Best LGBTQ TV Show, Best TV Drama, and individual awards for François Arnaud and creator Jacob Tierney. 'Hacks' was honoured as Best TV Comedy and Best Written TV Show, with Jean Smart and Hannah Einbinder receiving acting accolades. Lisa Kudrow was honoured with the Galeca TV Icon Award for her final season of 'The Comeback'.</w:t>
      </w:r>
      <w:r/>
    </w:p>
    <w:p>
      <w:pPr>
        <w:pStyle w:val="ListNumber"/>
        <w:spacing w:line="240" w:lineRule="auto"/>
        <w:ind w:left="720"/>
      </w:pPr>
      <w:r/>
      <w:hyperlink r:id="rId12">
        <w:r>
          <w:rPr>
            <w:color w:val="0000EE"/>
            <w:u w:val="single"/>
          </w:rPr>
          <w:t>https://www.tvinsider.com/1147444/2024-dorian-tv-awards-winners-interview-with-the-vampire-hacks/</w:t>
        </w:r>
      </w:hyperlink>
      <w:r>
        <w:t xml:space="preserve"> - This article discusses the 2024 Dorian TV Awards, noting that AMC's 'Interview With the Vampire' and Max's 'Hacks' were the big winners. 'Interview With the Vampire' took home three awards, including Best TV Drama, while 'Hacks' won four awards, including Best TV Comedy. The piece also mentions other winners such as 'Fellow Travelers', 'Reservation Dogs', 'Shōgun', and 'Baby Reindeer', and highlights special honours awarded to Alan Cumming, Carol Burnett, and Julio Torres.</w:t>
      </w:r>
      <w:r/>
    </w:p>
    <w:p>
      <w:pPr>
        <w:pStyle w:val="ListNumber"/>
        <w:spacing w:line="240" w:lineRule="auto"/>
        <w:ind w:left="720"/>
      </w:pPr>
      <w:r/>
      <w:hyperlink r:id="rId10">
        <w:r>
          <w:rPr>
            <w:color w:val="0000EE"/>
            <w:u w:val="single"/>
          </w:rPr>
          <w:t>https://thequeerreview.com/2024/08/12/lgbtq-critics-reveal-2024-dorian-tv-award-winners/</w:t>
        </w:r>
      </w:hyperlink>
      <w:r>
        <w:t xml:space="preserve"> - The article reveals the winners of the 2024 Dorian TV Awards, with major wins for 'Hacks', which took four Dorians including Best TV Comedy and Best Written TV Show, as well as performance wins for its stars Jean Smart and Hannah Einbinder. AMC's 'Anne Rice’s Interview With A Vampire' won the Dorians for Best TV Drama, Best LGBTQ TV Show, and Best Genre TV Show. Other winners include Matt Bomer for Best TV Performance – Drama and Jonathan Bailey for Best Supporting TV Performance – Drama for their roles in 'Fellow Travelers'.</w:t>
      </w:r>
      <w:r/>
    </w:p>
    <w:p>
      <w:pPr>
        <w:pStyle w:val="ListNumber"/>
        <w:spacing w:line="240" w:lineRule="auto"/>
        <w:ind w:left="720"/>
      </w:pPr>
      <w:r/>
      <w:hyperlink r:id="rId11">
        <w:r>
          <w:rPr>
            <w:color w:val="0000EE"/>
            <w:u w:val="single"/>
          </w:rPr>
          <w:t>https://www.metroweekly.com/2024/08/hacks-fellow-travelers-young-royals-win-dorian-tv-awards/</w:t>
        </w:r>
      </w:hyperlink>
      <w:r>
        <w:t xml:space="preserve"> - This article reports on the 2024 Dorian TV Awards, highlighting that 'Hacks', 'Fellow Travelers', and 'Young Royals' were among the winners. It notes that 'Hacks' took top honours with four wins, including Best TV Comedy, Best Written TV Show, and acting awards for Jean Smart and Hannah Einbinder. Showtime's 'Fellow Travelers' earned wins for its stars Matt Bomer and Jonathan Bailey. The piece also mentions special honours awarded to Alan Cumming, Carol Burnett, and Julio Torres.</w:t>
      </w:r>
      <w:r/>
    </w:p>
    <w:p>
      <w:pPr>
        <w:pStyle w:val="ListNumber"/>
        <w:spacing w:line="240" w:lineRule="auto"/>
        <w:ind w:left="720"/>
      </w:pPr>
      <w:r/>
      <w:hyperlink r:id="rId13">
        <w:r>
          <w:rPr>
            <w:color w:val="0000EE"/>
            <w:u w:val="single"/>
          </w:rPr>
          <w:t>https://awardsradar.com/2024/02/26/2024-dorian-film-award-winners/</w:t>
        </w:r>
      </w:hyperlink>
      <w:r>
        <w:t xml:space="preserve"> - The article announces the winners of the 15th annual Dorian Film Awards, hosted by GALECA: The Society of LGBTQ Entertainment Critics. Leading the awards is Andrew Haigh’s 'All of Us Strangers', which won three prizes, including Film of the Year. The piece also lists other winners in various categories, such as Best LGBTQ Film, Best Non-English Language Film, and Best Documentary, providing a comprehensive overview of the awards.</w:t>
      </w:r>
      <w:r/>
    </w:p>
    <w:p>
      <w:pPr>
        <w:pStyle w:val="ListNumber"/>
        <w:spacing w:line="240" w:lineRule="auto"/>
        <w:ind w:left="720"/>
      </w:pPr>
      <w:r/>
      <w:hyperlink r:id="rId14">
        <w:r>
          <w:rPr>
            <w:color w:val="0000EE"/>
            <w:u w:val="single"/>
          </w:rPr>
          <w:t>https://en.wikipedia.org/wiki/Dorian_Award_for_Outstanding_LGBTQ_Off-Broadway_Production</w:t>
        </w:r>
      </w:hyperlink>
      <w:r>
        <w:t xml:space="preserve"> - This Wikipedia page provides information about the Dorian Award for Outstanding LGBTQ Off-Broadway Production, an award presented annually by GALECA: The Society of LGBTQ Entertainment Critics. The page lists winners and nominees from 2020 to 2025, including productions like 'Oh, Mary!' in 2024 and 'Cats: The Jellicle Ball' in 2025. It also includes references to sources and external links related to the award.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wrap.com/industry-news/awards/heated-rivalry-hacks-lead-galeca-dorian-awards/" TargetMode="External"/><Relationship Id="rId10" Type="http://schemas.openxmlformats.org/officeDocument/2006/relationships/hyperlink" Target="https://thequeerreview.com/2024/08/12/lgbtq-critics-reveal-2024-dorian-tv-award-winners/" TargetMode="External"/><Relationship Id="rId11" Type="http://schemas.openxmlformats.org/officeDocument/2006/relationships/hyperlink" Target="https://www.metroweekly.com/2024/08/hacks-fellow-travelers-young-royals-win-dorian-tv-awards/" TargetMode="External"/><Relationship Id="rId12" Type="http://schemas.openxmlformats.org/officeDocument/2006/relationships/hyperlink" Target="https://www.tvinsider.com/1147444/2024-dorian-tv-awards-winners-interview-with-the-vampire-hacks/" TargetMode="External"/><Relationship Id="rId13" Type="http://schemas.openxmlformats.org/officeDocument/2006/relationships/hyperlink" Target="https://awardsradar.com/2024/02/26/2024-dorian-film-award-winners/" TargetMode="External"/><Relationship Id="rId14" Type="http://schemas.openxmlformats.org/officeDocument/2006/relationships/hyperlink" Target="https://en.wikipedia.org/wiki/Dorian_Award_for_Outstanding_LGBTQ_Off-Broadway_Produ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