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Cozy Mystery Comics: The Other Half Offers Glamour, Gay Romance and Missing Diamonds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discovering a cosy, stylish mystery with a twist , The Other Half, a new Ignition Press series by Jim McCann and Joe Eisma, mixes Upper East Side glitz, a missing-diamond case and a warm gay rom‑com vibe that’s resonating with readers at conventions and online.</w:t>
      </w:r>
      <w:r/>
    </w:p>
    <w:p>
      <w:r/>
      <w:r>
        <w:t>Essential Takeaways</w:t>
      </w:r>
      <w:r/>
      <w:r/>
    </w:p>
    <w:p>
      <w:pPr>
        <w:pStyle w:val="ListBullet"/>
        <w:spacing w:line="240" w:lineRule="auto"/>
        <w:ind w:left="720"/>
      </w:pPr>
      <w:r/>
      <w:r>
        <w:rPr>
          <w:b/>
        </w:rPr>
        <w:t>Premise:</w:t>
      </w:r>
      <w:r>
        <w:t xml:space="preserve"> A down‑on‑his‑luck detective and his Upper East Side socialite husband swap roles to solve a diamond theft, with one of them under suspicion.</w:t>
      </w:r>
      <w:r/>
    </w:p>
    <w:p>
      <w:pPr>
        <w:pStyle w:val="ListBullet"/>
        <w:spacing w:line="240" w:lineRule="auto"/>
        <w:ind w:left="720"/>
      </w:pPr>
      <w:r/>
      <w:r>
        <w:rPr>
          <w:b/>
        </w:rPr>
        <w:t>Tone:</w:t>
      </w:r>
      <w:r>
        <w:t xml:space="preserve"> Old‑Hollywood, fast‑patter mystery with romantic beats, plenty of cocktails, and a judgmental blind cat for comic relief.</w:t>
      </w:r>
      <w:r/>
    </w:p>
    <w:p>
      <w:pPr>
        <w:pStyle w:val="ListBullet"/>
        <w:spacing w:line="240" w:lineRule="auto"/>
        <w:ind w:left="720"/>
      </w:pPr>
      <w:r/>
      <w:r>
        <w:rPr>
          <w:b/>
        </w:rPr>
        <w:t>Creative team:</w:t>
      </w:r>
      <w:r>
        <w:t xml:space="preserve"> Written by Jim McCann, art by Joe Eisma, colours by Peter Pantazis, letters by AndWorld Design , praised for chemistry and style.</w:t>
      </w:r>
      <w:r/>
    </w:p>
    <w:p>
      <w:pPr>
        <w:pStyle w:val="ListBullet"/>
        <w:spacing w:line="240" w:lineRule="auto"/>
        <w:ind w:left="720"/>
      </w:pPr>
      <w:r/>
      <w:r>
        <w:rPr>
          <w:b/>
        </w:rPr>
        <w:t>Publisher approach:</w:t>
      </w:r>
      <w:r>
        <w:t xml:space="preserve"> Ignition Press gave the creators free rein, letting the romance feel authentic rather than a plot device.</w:t>
      </w:r>
      <w:r/>
    </w:p>
    <w:p>
      <w:pPr>
        <w:pStyle w:val="ListBullet"/>
        <w:spacing w:line="240" w:lineRule="auto"/>
        <w:ind w:left="720"/>
      </w:pPr>
      <w:r/>
      <w:r>
        <w:rPr>
          <w:b/>
        </w:rPr>
        <w:t>Reader reaction:</w:t>
      </w:r>
      <w:r>
        <w:t xml:space="preserve"> Strong, warm reception at San Diego Comic‑Con and positive buzz among LGBTQ readers and fans of cosy mysteries.</w:t>
      </w:r>
      <w:r/>
      <w:r/>
    </w:p>
    <w:p>
      <w:pPr>
        <w:pStyle w:val="Heading2"/>
      </w:pPr>
      <w:r>
        <w:t>A cosy mystery with a glossy veneer and heart</w:t>
      </w:r>
      <w:r/>
    </w:p>
    <w:p>
      <w:r/>
      <w:r>
        <w:t>If you like your mysteries served with martinis and sharp banter, this is it. The Other Half leans into a vintage Hollywood sensibility , think fast dialogue and feathered humour , while centring a genuinely affectionate gay couple. Jim McCann says he wanted the characters’ sexuality to be natural, not the plot’s fulcrum, and that relaxed, authentic tone shows on the page. Fans at San Diego Comic‑Con have been quick to praise the warmth and nostalgia the book delivers.</w:t>
      </w:r>
      <w:r/>
    </w:p>
    <w:p>
      <w:pPr>
        <w:pStyle w:val="Heading2"/>
      </w:pPr>
      <w:r>
        <w:t>How the creative team elevates the concept</w:t>
      </w:r>
      <w:r/>
    </w:p>
    <w:p>
      <w:r/>
      <w:r>
        <w:t>Joe Eisma’s linework and Peter Pantazis’s colours give the book a sleek, cinematic look that complements McCann’s screenplay‑like beats. McCann told reporters he’d wanted to work with Eisma since Morning Glories, and that the collaboration exceeded expectations. The art team’s chemistry makes the setting , ritzy apartments, smoky bars, polished detectives’ offices , feel tactile and lived in, which matters when a mystery leans on mood as much as clues.</w:t>
      </w:r>
      <w:r/>
    </w:p>
    <w:p>
      <w:pPr>
        <w:pStyle w:val="Heading2"/>
      </w:pPr>
      <w:r>
        <w:t>Why Ignition Press mattered to this project</w:t>
      </w:r>
      <w:r/>
    </w:p>
    <w:p>
      <w:r/>
      <w:r>
        <w:t>The Other Half exists because Ignition Press let the creators be frank and playful. McCann has said the publisher gave him free rein to write an out gay romance without turning queerness into a plot device. That editorial trust seems to have created space for a comic that’s both cosy escapism and quietly meaningful representation. Ignition’s supportive creator network and marketing push have helped the series find its audience quickly.</w:t>
      </w:r>
      <w:r/>
    </w:p>
    <w:p>
      <w:pPr>
        <w:pStyle w:val="Heading2"/>
      </w:pPr>
      <w:r>
        <w:t>Representation that’s effortless and comforting</w:t>
      </w:r>
      <w:r/>
    </w:p>
    <w:p>
      <w:r/>
      <w:r>
        <w:t>Readers and creators alike have noted how refreshing it is to see a queer couple whose relationship is simply part of the texture, not the controversy. McCann has described fans who thanked him for that normalisation, and it’s a good reminder of how representation can be both political and pleasurable. The Other Half offers a little light relief , a warm chapter of escapism , while signalling that mainstream genre comics can include diverse leads without turning identity into spectacle.</w:t>
      </w:r>
      <w:r/>
    </w:p>
    <w:p>
      <w:pPr>
        <w:pStyle w:val="Heading2"/>
      </w:pPr>
      <w:r>
        <w:t>If you’re thinking of reading it: practical tips</w:t>
      </w:r>
      <w:r/>
    </w:p>
    <w:p>
      <w:r/>
      <w:r>
        <w:t>Start with a single issue to test the tone , the mystery unfolds at a cosy pace and rewards rereads for the dialogue and visual jokes. If you’re collecting, look out for variant covers and shop exclusives; Ignition and retailers often offer collectible covers by the art team. And if you want more after finishing, Jim McCann is working on other projects, including a Speed Racer tale and an all‑ages original graphic novel, so there’s more to follow from him.</w:t>
      </w:r>
      <w:r/>
    </w:p>
    <w:p>
      <w:r/>
      <w:r>
        <w:t>It's a small, stylish mystery that manages to be both an affectionate homage and a modern, inclusive rom‑com.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2">
        <w:r>
          <w:rPr>
            <w:color w:val="0000EE"/>
            <w:u w:val="single"/>
          </w:rPr>
          <w:t>[3]</w:t>
        </w:r>
      </w:hyperlink>
      <w:r>
        <w:t xml:space="preserve">, </w:t>
      </w:r>
      <w:hyperlink r:id="rId11">
        <w:r>
          <w:rPr>
            <w:color w:val="0000EE"/>
            <w:u w:val="single"/>
          </w:rPr>
          <w:t>[4]</w:t>
        </w:r>
      </w:hyperlink>
      <w:r>
        <w:t xml:space="preserve">- Paragraph 4: </w:t>
      </w:r>
      <w:hyperlink r:id="rId12">
        <w:r>
          <w:rPr>
            <w:color w:val="0000EE"/>
            <w:u w:val="single"/>
          </w:rPr>
          <w:t>[3]</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https://www.comicsbeat.com/interview-jim-mccann-explores-the-other-half/</w:t>
        </w:r>
      </w:hyperlink>
      <w:r>
        <w:t xml:space="preserve"> - Please view link - unable to able to access data</w:t>
      </w:r>
      <w:r/>
    </w:p>
    <w:p>
      <w:pPr>
        <w:pStyle w:val="ListNumber"/>
        <w:spacing w:line="240" w:lineRule="auto"/>
        <w:ind w:left="720"/>
      </w:pPr>
      <w:r/>
      <w:hyperlink r:id="rId10">
        <w:r>
          <w:rPr>
            <w:color w:val="0000EE"/>
            <w:u w:val="single"/>
          </w:rPr>
          <w:t>https://ignitionpress.com/pages/property/the-other-half</w:t>
        </w:r>
      </w:hyperlink>
      <w:r>
        <w:t xml:space="preserve"> - 'The Other/Half' is a romantic comedy series by writer Jim McCann and artist Joe Eisma, published by Ignition Press. The story follows Henry Archer, a private investigator, and his husband, Ethan Herbst, an Upper East Side socialite, as they become embroiled in a diamond theft. To solve the mystery and clear their names, they must switch societal roles, leading to a journey of self-discovery and understanding. The series is inspired by classic films from the 1930s and 1940s, offering a modern take on the genre. (</w:t>
      </w:r>
      <w:hyperlink r:id="rId15">
        <w:r>
          <w:rPr>
            <w:color w:val="0000EE"/>
            <w:u w:val="single"/>
          </w:rPr>
          <w:t>ignitionpress.com</w:t>
        </w:r>
      </w:hyperlink>
      <w:r>
        <w:t>)</w:t>
      </w:r>
      <w:r/>
    </w:p>
    <w:p>
      <w:pPr>
        <w:pStyle w:val="ListNumber"/>
        <w:spacing w:line="240" w:lineRule="auto"/>
        <w:ind w:left="720"/>
      </w:pPr>
      <w:r/>
      <w:hyperlink r:id="rId12">
        <w:r>
          <w:rPr>
            <w:color w:val="0000EE"/>
            <w:u w:val="single"/>
          </w:rPr>
          <w:t>https://ignitionpress.com/blogs/news/jim-mccann-joe-eisma-chat-about-the-other-half</w:t>
        </w:r>
      </w:hyperlink>
      <w:r>
        <w:t xml:space="preserve"> - In an interview, writer Jim McCann and artist Joe Eisma discuss their collaboration on 'The Other/Half'. They share insights into their creative process, inspirations from classic films like 'The Thin Man' and 'The Philadelphia Story', and the challenges of blending romance with mystery. Eisma highlights the influence of these films on the series' aesthetic, while McCann emphasizes the importance of authenticity in portraying LGBTQ+ characters. The interview provides a behind-the-scenes look at the making of the series. (</w:t>
      </w:r>
      <w:hyperlink r:id="rId16">
        <w:r>
          <w:rPr>
            <w:color w:val="0000EE"/>
            <w:u w:val="single"/>
          </w:rPr>
          <w:t>ignitionpress.com</w:t>
        </w:r>
      </w:hyperlink>
      <w:r>
        <w:t>)</w:t>
      </w:r>
      <w:r/>
    </w:p>
    <w:p>
      <w:pPr>
        <w:pStyle w:val="ListNumber"/>
        <w:spacing w:line="240" w:lineRule="auto"/>
        <w:ind w:left="720"/>
      </w:pPr>
      <w:r/>
      <w:hyperlink r:id="rId11">
        <w:r>
          <w:rPr>
            <w:color w:val="0000EE"/>
            <w:u w:val="single"/>
          </w:rPr>
          <w:t>https://www.comicsbeat.com/exclusive-ignition-press-announces-the-other-half-from-mccann-eisma/</w:t>
        </w:r>
      </w:hyperlink>
      <w:r>
        <w:t xml:space="preserve"> - Comics Beat reports on Ignition Press's announcement of 'The Other/Half', a new romantic comedy series by Jim McCann and Joe Eisma. Set to debut in spring 2026, the series follows Henry and Ethan as they navigate a diamond theft, switching roles to solve the mystery. The article highlights the series' inspirations from classic noir films and its focus on LGBTQ+ representation. McCann and Eisma express excitement about bringing this story to modern audiences. (</w:t>
      </w:r>
      <w:hyperlink r:id="rId17">
        <w:r>
          <w:rPr>
            <w:color w:val="0000EE"/>
            <w:u w:val="single"/>
          </w:rPr>
          <w:t>comicsbeat.com</w:t>
        </w:r>
      </w:hyperlink>
      <w:r>
        <w:t>)</w:t>
      </w:r>
      <w:r/>
    </w:p>
    <w:p>
      <w:pPr>
        <w:pStyle w:val="ListNumber"/>
        <w:spacing w:line="240" w:lineRule="auto"/>
        <w:ind w:left="720"/>
      </w:pPr>
      <w:r/>
      <w:hyperlink r:id="rId14">
        <w:r>
          <w:rPr>
            <w:color w:val="0000EE"/>
            <w:u w:val="single"/>
          </w:rPr>
          <w:t>https://music.amazon.com/podcasts/a1e2f85e-f1c8-475a-9bff-cc9d67415aa7/episodes/9fa71ac8-b49a-4c2f-ace4-ade9b7a85c52/comic-book-yeti%27s-cryptid-creator-corner--a-comic-book-interview-podcast-jim-mccann-joe-eisma-interview-the-other-half</w:t>
        </w:r>
      </w:hyperlink>
      <w:r>
        <w:t xml:space="preserve"> - In this podcast episode, Jim McCann and Joe Eisma discuss their new series 'The Other/Half' with Comic Book Yeti. They delve into the series' inspirations from classic films, the creative process behind blending romance and mystery, and the challenges of portraying LGBTQ+ characters authentically. Eisma shares insights into the artistic challenges of the series, while McCann discusses the importance of representation in comics. The conversation offers a comprehensive look at the making of 'The Other/Half'. (</w:t>
      </w:r>
      <w:hyperlink r:id="rId18">
        <w:r>
          <w:rPr>
            <w:color w:val="0000EE"/>
            <w:u w:val="single"/>
          </w:rPr>
          <w:t>music.amazon.com</w:t>
        </w:r>
      </w:hyperlink>
      <w:r>
        <w:t>)</w:t>
      </w:r>
      <w:r/>
    </w:p>
    <w:p>
      <w:pPr>
        <w:pStyle w:val="ListNumber"/>
        <w:spacing w:line="240" w:lineRule="auto"/>
        <w:ind w:left="720"/>
      </w:pPr>
      <w:r/>
      <w:hyperlink r:id="rId13">
        <w:r>
          <w:rPr>
            <w:color w:val="0000EE"/>
            <w:u w:val="single"/>
          </w:rPr>
          <w:t>https://forbiddenplanet.com/499694-the-otherhalf-5-cover-a-joe-eisma/</w:t>
        </w:r>
      </w:hyperlink>
      <w:r>
        <w:t xml:space="preserve"> - Forbidden Planet lists 'The Other/Half #5 (Cover A Joe Eisma)', the final issue of the series. The description reveals that the mystery of the Nobility Diamond concludes, with Victoria Charles's disappearance and reappearance explained. PI Henry Archer and his husband Ethan Archer work together to expose the true culprit and clear their names. The issue promises a grand finale, including a lavish wedding. (</w:t>
      </w:r>
      <w:hyperlink r:id="rId19">
        <w:r>
          <w:rPr>
            <w:color w:val="0000EE"/>
            <w:u w:val="single"/>
          </w:rPr>
          <w:t>forbiddenplanet.com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micsbeat.com/interview-jim-mccann-explores-the-other-half/" TargetMode="External"/><Relationship Id="rId10" Type="http://schemas.openxmlformats.org/officeDocument/2006/relationships/hyperlink" Target="https://ignitionpress.com/pages/property/the-other-half" TargetMode="External"/><Relationship Id="rId11" Type="http://schemas.openxmlformats.org/officeDocument/2006/relationships/hyperlink" Target="https://www.comicsbeat.com/exclusive-ignition-press-announces-the-other-half-from-mccann-eisma/" TargetMode="External"/><Relationship Id="rId12" Type="http://schemas.openxmlformats.org/officeDocument/2006/relationships/hyperlink" Target="https://ignitionpress.com/blogs/news/jim-mccann-joe-eisma-chat-about-the-other-half" TargetMode="External"/><Relationship Id="rId13" Type="http://schemas.openxmlformats.org/officeDocument/2006/relationships/hyperlink" Target="https://forbiddenplanet.com/499694-the-otherhalf-5-cover-a-joe-eisma/" TargetMode="External"/><Relationship Id="rId14" Type="http://schemas.openxmlformats.org/officeDocument/2006/relationships/hyperlink" Target="https://music.amazon.com/podcasts/a1e2f85e-f1c8-475a-9bff-cc9d67415aa7/episodes/9fa71ac8-b49a-4c2f-ace4-ade9b7a85c52/comic-book-yeti%27s-cryptid-creator-corner--a-comic-book-interview-podcast-jim-mccann-joe-eisma-interview-the-other-half" TargetMode="External"/><Relationship Id="rId15" Type="http://schemas.openxmlformats.org/officeDocument/2006/relationships/hyperlink" Target="https://ignitionpress.com/pages/property/the-other-half?utm_source=openai" TargetMode="External"/><Relationship Id="rId16" Type="http://schemas.openxmlformats.org/officeDocument/2006/relationships/hyperlink" Target="https://ignitionpress.com/blogs/news/jim-mccann-joe-eisma-chat-about-the-other-half?utm_source=openai" TargetMode="External"/><Relationship Id="rId17" Type="http://schemas.openxmlformats.org/officeDocument/2006/relationships/hyperlink" Target="https://www.comicsbeat.com/exclusive-ignition-press-announces-the-other-half-from-mccann-eisma/?utm_source=openai" TargetMode="External"/><Relationship Id="rId18" Type="http://schemas.openxmlformats.org/officeDocument/2006/relationships/hyperlink" Target="https://music.amazon.com/podcasts/a1e2f85e-f1c8-475a-9bff-cc9d67415aa7/episodes/9fa71ac8-b49a-4c2f-ace4-ade9b7a85c52/comic-book-yeti%27s-cryptid-creator-corner--a-comic-book-interview-podcast-jim-mccann-joe-eisma-interview---the-other-half?utm_source=openai" TargetMode="External"/><Relationship Id="rId19" Type="http://schemas.openxmlformats.org/officeDocument/2006/relationships/hyperlink" Target="https://forbiddenplanet.com/499694-the-otherhalf-5-cover-a-joe-eism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