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Copenhagen Pride Safety: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politicians and thousands of revelers turned out as Copenhagen Pride’s parade ran smoothly with no arrests, police say , a notable outcome after heightened security planning and a week of events marking the festival’s 30th anniversary. Here’s what organisers, police and security services did, and why it matters for future Pride events.</w:t>
      </w:r>
      <w:r/>
    </w:p>
    <w:p>
      <w:r/>
      <w:r>
        <w:t>Essential Takeaways</w:t>
      </w:r>
      <w:r/>
      <w:r/>
    </w:p>
    <w:p>
      <w:pPr>
        <w:pStyle w:val="ListBullet"/>
        <w:spacing w:line="240" w:lineRule="auto"/>
        <w:ind w:left="720"/>
      </w:pPr>
      <w:r/>
      <w:r>
        <w:rPr>
          <w:b/>
        </w:rPr>
        <w:t>No arrests reported:</w:t>
      </w:r>
      <w:r>
        <w:t xml:space="preserve"> Copenhagen Police say the parade finished without arrests or major assaults, and only minor incidents typical of large gatherings occurred.</w:t>
      </w:r>
      <w:r/>
    </w:p>
    <w:p>
      <w:pPr>
        <w:pStyle w:val="ListBullet"/>
        <w:spacing w:line="240" w:lineRule="auto"/>
        <w:ind w:left="720"/>
      </w:pPr>
      <w:r/>
      <w:r>
        <w:rPr>
          <w:b/>
        </w:rPr>
        <w:t>Visible security planning:</w:t>
      </w:r>
      <w:r>
        <w:t xml:space="preserve"> Police coordinated closely with the Danish Security and Intelligence Service (PET) and Copenhagen Pride to shape a protective operational plan.</w:t>
      </w:r>
      <w:r/>
    </w:p>
    <w:p>
      <w:pPr>
        <w:pStyle w:val="ListBullet"/>
        <w:spacing w:line="240" w:lineRule="auto"/>
        <w:ind w:left="720"/>
      </w:pPr>
      <w:r/>
      <w:r>
        <w:rPr>
          <w:b/>
        </w:rPr>
        <w:t>High-profile turnout:</w:t>
      </w:r>
      <w:r>
        <w:t xml:space="preserve"> Several senior politicians joined the parade, underlining Pride’s civic and political significance.</w:t>
      </w:r>
      <w:r/>
    </w:p>
    <w:p>
      <w:pPr>
        <w:pStyle w:val="ListBullet"/>
        <w:spacing w:line="240" w:lineRule="auto"/>
        <w:ind w:left="720"/>
      </w:pPr>
      <w:r/>
      <w:r>
        <w:rPr>
          <w:b/>
        </w:rPr>
        <w:t>Safety remains a priority:</w:t>
      </w:r>
      <w:r>
        <w:t xml:space="preserve"> Organisers highlight ongoing work on safety policies and crowd guidance, including measures for large processions and festival sites.</w:t>
      </w:r>
      <w:r/>
    </w:p>
    <w:p>
      <w:pPr>
        <w:pStyle w:val="ListBullet"/>
        <w:spacing w:line="240" w:lineRule="auto"/>
        <w:ind w:left="720"/>
      </w:pPr>
      <w:r/>
      <w:r>
        <w:rPr>
          <w:b/>
        </w:rPr>
        <w:t>30th anniversary context:</w:t>
      </w:r>
      <w:r>
        <w:t xml:space="preserve"> This year’s smooth finish capped a week of programming and remembrance, after past security incidents prompted renewed focus on protection.</w:t>
      </w:r>
      <w:r/>
      <w:r/>
    </w:p>
    <w:p>
      <w:pPr>
        <w:pStyle w:val="Heading2"/>
      </w:pPr>
      <w:r>
        <w:t>Police report: calm parade, small bustle , nothing major</w:t>
      </w:r>
      <w:r/>
    </w:p>
    <w:p>
      <w:r/>
      <w:r>
        <w:t>Copenhagen Police told reporters the parade proceeded well and without arrests, and that there were no reported assaults connected to the march. The crowd atmosphere sounded upbeat, a ribbon of colour and sound moving through the city with the kind of hum you expect at a big summer street event.</w:t>
      </w:r>
      <w:r/>
    </w:p>
    <w:p>
      <w:r/>
      <w:r>
        <w:t>Officials made clear there can still be everyday incidents , spilled drinks, a few rows or lost items , but nothing that required custody. That’s reassuring for locals and visitors alike, and helps the festival keep its focus on celebration rather than incident response.</w:t>
      </w:r>
      <w:r/>
    </w:p>
    <w:p>
      <w:pPr>
        <w:pStyle w:val="Heading2"/>
      </w:pPr>
      <w:r>
        <w:t>Why police and PET were closely involved this year</w:t>
      </w:r>
      <w:r/>
    </w:p>
    <w:p>
      <w:r/>
      <w:r>
        <w:t>Authorities organised their response based on PET’s current threat assessment, officials said, so operational details were intentionally scarce for security reasons. Copenhagen Police and PET emphasised their close dialogue with Copenhagen Pride, aiming to balance visibility with discretion.</w:t>
      </w:r>
      <w:r/>
    </w:p>
    <w:p>
      <w:r/>
      <w:r>
        <w:t>This kind of partnership is increasingly normal for events that attract big crowds and political figures. It lets organisers plan routes, stewarding and rapid response without giving away tactical moves that keep crowds safe.</w:t>
      </w:r>
      <w:r/>
    </w:p>
    <w:p>
      <w:pPr>
        <w:pStyle w:val="Heading2"/>
      </w:pPr>
      <w:r>
        <w:t>Organisers’ safety work: planning, guidance and learning from the past</w:t>
      </w:r>
      <w:r/>
    </w:p>
    <w:p>
      <w:r/>
      <w:r>
        <w:t>Copenhagen Pride’s own safety pages and programme note an ongoing focus on safe spaces, steward training and crowd management across the week of events. After a deadly vehicle incident at a previous Pride, the festival amplified security thinking, organisers say, so this year’s approach felt proactive rather than reactive.</w:t>
      </w:r>
      <w:r/>
    </w:p>
    <w:p>
      <w:r/>
      <w:r>
        <w:t>If you’re attending a parade, stick to marked routes, follow steward instructions and plan a meeting spot in case you get separated , small practicalities that make a real difference when thousands are on the move.</w:t>
      </w:r>
      <w:r/>
    </w:p>
    <w:p>
      <w:pPr>
        <w:pStyle w:val="Heading2"/>
      </w:pPr>
      <w:r>
        <w:t>Political presence underlines Pride’s civic role</w:t>
      </w:r>
      <w:r/>
    </w:p>
    <w:p>
      <w:r/>
      <w:r>
        <w:t>Members of the government and other senior figures walked in or attended the parade, showing that Pride remains a stage for both celebration and statement. Their participation signals civic endorsement of LGBTQIA+ rights and helps keep the event in the public eye.</w:t>
      </w:r>
      <w:r/>
    </w:p>
    <w:p>
      <w:r/>
      <w:r>
        <w:t>That visibility invites debate, support and sometimes criticism, but it also sends a clear message: Pride is not only a party, it’s a public affirmation of rights and belonging.</w:t>
      </w:r>
      <w:r/>
    </w:p>
    <w:p>
      <w:pPr>
        <w:pStyle w:val="Heading2"/>
      </w:pPr>
      <w:r>
        <w:t>What this outcome means going forward</w:t>
      </w:r>
      <w:r/>
    </w:p>
    <w:p>
      <w:r/>
      <w:r>
        <w:t>A police-free-of-arrests parade isn’t a guarantee of future trouble-free events, but it’s an encouraging indicator that planning and cooperation can pay off. Cities hosting large cultural or political gatherings should take note: clear communication between organisers, police and national security services matters, and so does visible stewarding to keep people feeling safe.</w:t>
      </w:r>
      <w:r/>
    </w:p>
    <w:p>
      <w:r/>
      <w:r>
        <w:t>For attendees, the takeaway is simple: be aware, be prepared, and enjoy the rainbow. Your presence, and sensible behaviour, help keep Pride both joyful and safe.</w:t>
      </w:r>
      <w:r/>
    </w:p>
    <w:p>
      <w:r/>
      <w:r>
        <w:t>It's a small change in practice that helps make every parade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3">
        <w:r>
          <w:rPr>
            <w:color w:val="0000EE"/>
            <w:u w:val="single"/>
          </w:rPr>
          <w:t>[3]</w:t>
        </w:r>
      </w:hyperlink>
      <w:r>
        <w:t xml:space="preserve">, </w:t>
      </w:r>
      <w:hyperlink r:id="rId10">
        <w:r>
          <w:rPr>
            <w:color w:val="0000EE"/>
            <w:u w:val="single"/>
          </w:rPr>
          <w:t>[2]</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https://www.berlingske.dk/indland/ingen-anholdelser-fandt-sted-under-loerdagens-copenhagen-pride?referrer=RSS</w:t>
        </w:r>
      </w:hyperlink>
      <w:r>
        <w:t xml:space="preserve"> - Please view link - unable to able to access data</w:t>
      </w:r>
      <w:r/>
    </w:p>
    <w:p>
      <w:pPr>
        <w:pStyle w:val="ListNumber"/>
        <w:spacing w:line="240" w:lineRule="auto"/>
        <w:ind w:left="720"/>
      </w:pPr>
      <w:r/>
      <w:hyperlink r:id="rId10">
        <w:r>
          <w:rPr>
            <w:color w:val="0000EE"/>
            <w:u w:val="single"/>
          </w:rPr>
          <w:t>https://www.copenhagenpride.dk/en/safety-at-pride/</w:t>
        </w:r>
      </w:hyperlink>
      <w:r>
        <w:t xml:space="preserve"> - Copenhagen Pride places the highest priority on the safety of its participants. They collaborate closely with Copenhagen police and the national security and intelligence service, PET, to ensure a secure environment. The organisers maintain a visible and professional security presence at Pride Square and during the Parade, with all venues in radio contact with the security team. They also encourage attendees to remain vigilant and report any suspicious activity to police, security, or volunteers.</w:t>
      </w:r>
      <w:r/>
    </w:p>
    <w:p>
      <w:pPr>
        <w:pStyle w:val="ListNumber"/>
        <w:spacing w:line="240" w:lineRule="auto"/>
        <w:ind w:left="720"/>
      </w:pPr>
      <w:r/>
      <w:hyperlink r:id="rId13">
        <w:r>
          <w:rPr>
            <w:color w:val="0000EE"/>
            <w:u w:val="single"/>
          </w:rPr>
          <w:t>https://www.copenhagenpride.dk/en/full-program-announced-for-copenhagen-pride-2024/</w:t>
        </w:r>
      </w:hyperlink>
      <w:r>
        <w:t xml:space="preserve"> - Copenhagen Pride 2024, held from 10 to 18 August, featured over 100 free events under the theme 'with Pride'. The programme included live music, a queer flea market, a photo exhibition, and contributions from human rights defenders from Denmark and abroad. The iconic Parade took place on Saturday, 17 August, with tens of thousands marching from Frederiksberg City Hall to Copenhagen City Hall. The event celebrated anniversaries of organisations like SLM Copenhagen, Pan Idræt, and Tegnbuen.</w:t>
      </w:r>
      <w:r/>
    </w:p>
    <w:p>
      <w:pPr>
        <w:pStyle w:val="ListNumber"/>
        <w:spacing w:line="240" w:lineRule="auto"/>
        <w:ind w:left="720"/>
      </w:pPr>
      <w:r/>
      <w:hyperlink r:id="rId11">
        <w:r>
          <w:rPr>
            <w:color w:val="0000EE"/>
            <w:u w:val="single"/>
          </w:rPr>
          <w:t>https://ni.dk/ni-news/id/cd11e5f6-a6f6-4d39-9a82-aac44de75dd4/K%C3%B8benhavns-Politi-og-PET-samarbejder-om-indsats-ved-Copenhagen-Pride</w:t>
        </w:r>
      </w:hyperlink>
      <w:r>
        <w:t xml:space="preserve"> - Copenhagen Pride collaborates with Copenhagen Police and the national security and intelligence service, PET, to ensure safety during the event. While specific details of the operational efforts are not disclosed for security reasons, the organisers emphasise their commitment to a secure environment. The collaboration is based on PET's current threat assessment, and the organisers have a longstanding practice of maintaining close communication with authorities regarding safety measures.</w:t>
      </w:r>
      <w:r/>
    </w:p>
    <w:p>
      <w:pPr>
        <w:pStyle w:val="ListNumber"/>
        <w:spacing w:line="240" w:lineRule="auto"/>
        <w:ind w:left="720"/>
      </w:pPr>
      <w:r/>
      <w:hyperlink r:id="rId12">
        <w:r>
          <w:rPr>
            <w:color w:val="0000EE"/>
            <w:u w:val="single"/>
          </w:rPr>
          <w:t>https://ni.dk/ni-news/id/bde56536-a6d5-4838-a2fc-f1351b79dc1c/Copenhagen-Pride-understreger-fokus-p%C3%A5-sikkerhed-efter-d%C3%B8delig-p%C3%A5k%C3%B8rsel</w:t>
        </w:r>
      </w:hyperlink>
      <w:r>
        <w:t xml:space="preserve"> - Following a tragic incident in Berlin where a vehicle drove into a crowd at a Pride event, Copenhagen Pride reaffirms its focus on safety. The organisers have been in continuous contact with authorities to ensure security during the event. They have a large and professional security setup that collaborates closely with authorities and will naturally be in dialogue with them in light of this incident. The organisers express their condolences to those affected in Berlin.</w:t>
      </w:r>
      <w:r/>
    </w:p>
    <w:p>
      <w:pPr>
        <w:pStyle w:val="ListNumber"/>
        <w:spacing w:line="240" w:lineRule="auto"/>
        <w:ind w:left="720"/>
      </w:pPr>
      <w:r/>
      <w:hyperlink r:id="rId14">
        <w:r>
          <w:rPr>
            <w:color w:val="0000EE"/>
            <w:u w:val="single"/>
          </w:rPr>
          <w:t>https://www.avisen.dk/pride-deltagere-hylder-soeren-pape-vi-mindes-din-ord_774132.aspx</w:t>
        </w:r>
      </w:hyperlink>
      <w:r>
        <w:t xml:space="preserve"> - During the Copenhagen Pride Parade on 17 August 2024, participants honoured the late Søren Pape Poulsen, former leader of the Conservative People's Party, who passed away in March 2024. Attendees displayed banners and signs expressing gratitude and remembrance for his integrity. Søren Pape had publicly come out as gay in 2014 and had been a significant figure in Danish politics, advocating for LGBTQ+ rights and inclusion.</w:t>
      </w:r>
      <w:r/>
    </w:p>
    <w:p>
      <w:pPr>
        <w:pStyle w:val="ListNumber"/>
        <w:spacing w:line="240" w:lineRule="auto"/>
        <w:ind w:left="720"/>
      </w:pPr>
      <w:r/>
      <w:hyperlink r:id="rId15">
        <w:r>
          <w:rPr>
            <w:color w:val="0000EE"/>
            <w:u w:val="single"/>
          </w:rPr>
          <w:t>https://www.avisen.dk/folketinget-hejser-regnbueflaget-trods-kritik-af-pri_767924.aspx</w:t>
        </w:r>
      </w:hyperlink>
      <w:r>
        <w:t xml:space="preserve"> - Despite criticism of Copenhagen Pride, the Danish Parliament, Folketinget, decided to raise the rainbow flag during Pride Week in August 2024. The decision was made by the Parliament's Presidium, with Speaker Søren Gade emphasising the importance of focusing on the cause of freedom to be oneself and live one's life as one wishes. Several companies had withdrawn their support for Copenhagen Pride following disputes over the organisation's stance on the Israel-Gaza conflict.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rlingske.dk/indland/ingen-anholdelser-fandt-sted-under-loerdagens-copenhagen-pride?referrer=RSS" TargetMode="External"/><Relationship Id="rId10" Type="http://schemas.openxmlformats.org/officeDocument/2006/relationships/hyperlink" Target="https://www.copenhagenpride.dk/en/safety-at-pride/" TargetMode="External"/><Relationship Id="rId11" Type="http://schemas.openxmlformats.org/officeDocument/2006/relationships/hyperlink" Target="https://ni.dk/ni-news/id/cd11e5f6-a6f6-4d39-9a82-aac44de75dd4/K%C3%B8benhavns-Politi-og-PET-samarbejder-om-indsats-ved-Copenhagen-Pride" TargetMode="External"/><Relationship Id="rId12" Type="http://schemas.openxmlformats.org/officeDocument/2006/relationships/hyperlink" Target="https://ni.dk/ni-news/id/bde56536-a6d5-4838-a2fc-f1351b79dc1c/Copenhagen-Pride-understreger-fokus-p%C3%A5-sikkerhed-efter-d%C3%B8delig-p%C3%A5k%C3%B8rsel" TargetMode="External"/><Relationship Id="rId13" Type="http://schemas.openxmlformats.org/officeDocument/2006/relationships/hyperlink" Target="https://www.copenhagenpride.dk/en/full-program-announced-for-copenhagen-pride-2024/" TargetMode="External"/><Relationship Id="rId14" Type="http://schemas.openxmlformats.org/officeDocument/2006/relationships/hyperlink" Target="https://www.avisen.dk/pride-deltagere-hylder-soeren-pape-vi-mindes-din-ord_774132.aspx" TargetMode="External"/><Relationship Id="rId15" Type="http://schemas.openxmlformats.org/officeDocument/2006/relationships/hyperlink" Target="https://www.avisen.dk/folketinget-hejser-regnbueflaget-trods-kritik-af-pri_767924.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