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Copenhagen Pride Guide: What to Know About Pride in Denmark This Summer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the rainbows: Copenhagen Pride Parade takes place on Saturday 15 August, and visitors and locals are already tuning into the city’s colourful history, events and practical tips on where to watch, what to expect and why Pride matters across Denmark.</w:t>
      </w:r>
      <w:r/>
    </w:p>
    <w:p>
      <w:r/>
      <w:r>
        <w:t>Essential Takeaways</w:t>
      </w:r>
      <w:r/>
      <w:r/>
    </w:p>
    <w:p>
      <w:pPr>
        <w:pStyle w:val="ListBullet"/>
        <w:spacing w:line="240" w:lineRule="auto"/>
        <w:ind w:left="720"/>
      </w:pPr>
      <w:r/>
      <w:r>
        <w:rPr>
          <w:b/>
        </w:rPr>
        <w:t>Date and place:</w:t>
      </w:r>
      <w:r>
        <w:t xml:space="preserve"> Copenhagen Pride Parade is on Saturday 15 August, with festivities across the city centre.</w:t>
      </w:r>
      <w:r/>
    </w:p>
    <w:p>
      <w:pPr>
        <w:pStyle w:val="ListBullet"/>
        <w:spacing w:line="240" w:lineRule="auto"/>
        <w:ind w:left="720"/>
      </w:pPr>
      <w:r/>
      <w:r>
        <w:rPr>
          <w:b/>
        </w:rPr>
        <w:t>Long history:</w:t>
      </w:r>
      <w:r>
        <w:t xml:space="preserve"> The first Pride action in Denmark dates to 27 June 1971 on Strøget, a quiet but vivid starting point for today’s celebrations.</w:t>
      </w:r>
      <w:r/>
    </w:p>
    <w:p>
      <w:pPr>
        <w:pStyle w:val="ListBullet"/>
        <w:spacing w:line="240" w:lineRule="auto"/>
        <w:ind w:left="720"/>
      </w:pPr>
      <w:r/>
      <w:r>
        <w:rPr>
          <w:b/>
        </w:rPr>
        <w:t>Organisers:</w:t>
      </w:r>
      <w:r>
        <w:t xml:space="preserve"> Copenhagen Pride has run as an independent organisation since 1996, separate from the national LGBT+ Denmark group.</w:t>
      </w:r>
      <w:r/>
    </w:p>
    <w:p>
      <w:pPr>
        <w:pStyle w:val="ListBullet"/>
        <w:spacing w:line="240" w:lineRule="auto"/>
        <w:ind w:left="720"/>
      </w:pPr>
      <w:r/>
      <w:r>
        <w:rPr>
          <w:b/>
        </w:rPr>
        <w:t>Nationwide reach:</w:t>
      </w:r>
      <w:r>
        <w:t xml:space="preserve"> Pride events happen beyond Copenhagen , from Sønderborg to Horsens and Odsherred, and in Nuuk and Tórshavn within the Realm.</w:t>
      </w:r>
      <w:r/>
    </w:p>
    <w:p>
      <w:pPr>
        <w:pStyle w:val="ListBullet"/>
        <w:spacing w:line="240" w:lineRule="auto"/>
        <w:ind w:left="720"/>
      </w:pPr>
      <w:r/>
      <w:r>
        <w:rPr>
          <w:b/>
        </w:rPr>
        <w:t>Practical vibe:</w:t>
      </w:r>
      <w:r>
        <w:t xml:space="preserve"> Expect street stages, family-friendly zones, and accessible routes; bring comfortable shoes, a reusable bottle and a sense of curiosity.</w:t>
      </w:r>
      <w:r/>
      <w:r/>
    </w:p>
    <w:p>
      <w:pPr>
        <w:pStyle w:val="Heading2"/>
      </w:pPr>
      <w:r>
        <w:t>Where it all began and how it grew into a city-wide party</w:t>
      </w:r>
      <w:r/>
    </w:p>
    <w:p>
      <w:r/>
      <w:r>
        <w:t>The origin story is almost charmingly simple: a cluster of LGBT people walked Strøget with signs and speeches on 27 June 1971, and their quiet courage seeded a movement. Over the following decades, activist energy and grassroots groups kept the momentum alive. The mood then shifted in 1996 when Copenhagen, as European Capital of Culture, saw the formal birth of an official Copenhagen Pride event. That year marked a split: Pride became its own independent festival, retaining its activist roots while gaining the scale and polish of a major urban event. It’s a good reminder that the parade you’ll watch is built on decades of campaigning as much as contemporary celebration.</w:t>
      </w:r>
      <w:r/>
    </w:p>
    <w:p>
      <w:pPr>
        <w:pStyle w:val="Heading2"/>
      </w:pPr>
      <w:r>
        <w:t>What to expect on parade day: sights, sounds and practicalities</w:t>
      </w:r>
      <w:r/>
    </w:p>
    <w:p>
      <w:r/>
      <w:r>
        <w:t>Parade day blends spectacle and comfort , expect loud music, colourful floats, and the occasional political speech. Stages pop up for performances and speeches, while quieter corners host information stands from community groups. If you’re watching from the kerb, comfortable shoes and a refillable water bottle will make a big difference; bring a light waterproof too, because Danish summers can surprise you. For families and first-timers, look for designated family zones and accessible viewing points; organisers usually publish maps and timetables in advance to help you plan.</w:t>
      </w:r>
      <w:r/>
    </w:p>
    <w:p>
      <w:pPr>
        <w:pStyle w:val="Heading2"/>
      </w:pPr>
      <w:r>
        <w:t>How Pride spreads beyond the capital</w:t>
      </w:r>
      <w:r/>
    </w:p>
    <w:p>
      <w:r/>
      <w:r>
        <w:t>Pride isn’t just a Copenhagen event. Cities and towns from Sønderborg to Horsens and Odsherred run their own programmes, offering everything from small marches to cultural nights. Meanwhile, Nuuk in Greenland and Tórshavn in the Faroe Islands host their own Pride activities, which shows how celebrations adapt to very different local contexts across the Realm. If you can’t make the capital, local Prides are often more intimate and can be the best way to meet community groups doing everyday support work.</w:t>
      </w:r>
      <w:r/>
    </w:p>
    <w:p>
      <w:pPr>
        <w:pStyle w:val="Heading2"/>
      </w:pPr>
      <w:r>
        <w:t>Who runs Pride and why independence matters</w:t>
      </w:r>
      <w:r/>
    </w:p>
    <w:p>
      <w:r/>
      <w:r>
        <w:t>Copenhagen Pride has been organised by the eponymous association since 1996, leaving LGBT+ Denmark (formerly Forbundet af 1948) to focus on broader advocacy and services. That separation allowed the festival to become a major cultural event while community organisations retained a campaigning role. According to material from both groups, this division has helped both strands flourish; the festival brings visibility and joy, while advocacy work tackles legal and social change. In short, the parade is part party, part political theatre , and both matter.</w:t>
      </w:r>
      <w:r/>
    </w:p>
    <w:p>
      <w:pPr>
        <w:pStyle w:val="Heading2"/>
      </w:pPr>
      <w:r>
        <w:t>Tips for visitors and locals: make the most of Pride weekend</w:t>
      </w:r>
      <w:r/>
    </w:p>
    <w:p>
      <w:r/>
      <w:r>
        <w:t>Plan your route early, check transport updates and arrive before the crowds peak if you want a good spot. Tap into official guides and city resources for accessibility info and schedules; they’ll tell you where family areas, quiet zones and first-aid posts are. Support local vendors and community stalls if you can , it’s a good way to give back. And finally, stay curious and respectful; Pride is a celebration, but it’s also a living history and an ongoing struggle for many people.</w:t>
      </w:r>
      <w:r/>
    </w:p>
    <w:p>
      <w:r/>
      <w:r>
        <w:t>It's a small change that can make every moment of Pride feel more connected and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https://www.berlingske.dk/danmark/fakta-pride-i-danmark?referrer=RSS</w:t>
        </w:r>
      </w:hyperlink>
      <w:r>
        <w:t xml:space="preserve"> - Please view link - unable to able to access data</w:t>
      </w:r>
      <w:r/>
    </w:p>
    <w:p>
      <w:pPr>
        <w:pStyle w:val="ListNumber"/>
        <w:spacing w:line="240" w:lineRule="auto"/>
        <w:ind w:left="720"/>
      </w:pPr>
      <w:r/>
      <w:hyperlink r:id="rId10">
        <w:r>
          <w:rPr>
            <w:color w:val="0000EE"/>
            <w:u w:val="single"/>
          </w:rPr>
          <w:t>https://www.copenhagenpride.dk/en/our-history/</w:t>
        </w:r>
      </w:hyperlink>
      <w:r>
        <w:t xml:space="preserve"> - Copenhagen Pride began in 1996 when Copenhagen was the European City of Culture and hosted that year's EuroPride. Initially held in June, the festival moved to August in 1999. In 2004, it adopted the name Copenhagen Pride. The event has grown significantly over the years, with the 2017 parade attracting approximately 25,000 participants and over 300,000 spectators. The festival includes a parade, concerts, films, and political discussions, with the City Hall Square serving as the central hub. In 2021, Copenhagen hosted WorldPride, combining it with EuroGames, marking a significant milestone in the city's LGBTQ+ history. (</w:t>
      </w:r>
      <w:hyperlink r:id="rId15">
        <w:r>
          <w:rPr>
            <w:color w:val="0000EE"/>
            <w:u w:val="single"/>
          </w:rPr>
          <w:t>copenhagenpride.dk</w:t>
        </w:r>
      </w:hyperlink>
      <w:r>
        <w:t>)</w:t>
      </w:r>
      <w:r/>
    </w:p>
    <w:p>
      <w:pPr>
        <w:pStyle w:val="ListNumber"/>
        <w:spacing w:line="240" w:lineRule="auto"/>
        <w:ind w:left="720"/>
      </w:pPr>
      <w:r/>
      <w:hyperlink r:id="rId12">
        <w:r>
          <w:rPr>
            <w:color w:val="0000EE"/>
            <w:u w:val="single"/>
          </w:rPr>
          <w:t>https://lgbt.dk/en/lgbt-history/</w:t>
        </w:r>
      </w:hyperlink>
      <w:r>
        <w:t xml:space="preserve"> - In 1971, two years after the Stonewall Riots in New York, a large group of LGBT+ individuals gathered on Strøget in Copenhagen to demonstrate with signs and speeches, marking Denmark's first pride event. In the following years, Forbundet af 1948, along with grassroots movements like Bøssernes Befrielsesfront and Lesbisk Bevægelse, organised pride events in the capital, often in Fælledparken. Copenhagen Pride was established in 1996, coinciding with Copenhagen's status as the European Capital of Culture and host of that year's EuroPride. Since then, it has become a major annual event, inspiring other cities and local LGBT+ activists to organise their own prides. (</w:t>
      </w:r>
      <w:hyperlink r:id="rId16">
        <w:r>
          <w:rPr>
            <w:color w:val="0000EE"/>
            <w:u w:val="single"/>
          </w:rPr>
          <w:t>lgbt.dk</w:t>
        </w:r>
      </w:hyperlink>
      <w:r>
        <w:t>)</w:t>
      </w:r>
      <w:r/>
    </w:p>
    <w:p>
      <w:pPr>
        <w:pStyle w:val="ListNumber"/>
        <w:spacing w:line="240" w:lineRule="auto"/>
        <w:ind w:left="720"/>
      </w:pPr>
      <w:r/>
      <w:hyperlink r:id="rId11">
        <w:r>
          <w:rPr>
            <w:color w:val="0000EE"/>
            <w:u w:val="single"/>
          </w:rPr>
          <w:t>https://lgbt.dk/din-pride-guide-2026/</w:t>
        </w:r>
      </w:hyperlink>
      <w:r>
        <w:t xml:space="preserve"> - Denmark's pride season in 2026 began with Odense Pride on 16 May and concluded with Holstebro Pride on 12 September. The largest pride event in Denmark is Copenhagen Pride, scheduled for 15 August. Throughout the summer, various cities across Denmark host their own pride parades, celebrating love, diversity, and equality. These events provide opportunities for the LGBT+ community and allies to come together, support each other, and advocate for rights and acceptance. (</w:t>
      </w:r>
      <w:hyperlink r:id="rId17">
        <w:r>
          <w:rPr>
            <w:color w:val="0000EE"/>
            <w:u w:val="single"/>
          </w:rPr>
          <w:t>lgbt.dk</w:t>
        </w:r>
      </w:hyperlink>
      <w:r>
        <w:t>)</w:t>
      </w:r>
      <w:r/>
    </w:p>
    <w:p>
      <w:pPr>
        <w:pStyle w:val="ListNumber"/>
        <w:spacing w:line="240" w:lineRule="auto"/>
        <w:ind w:left="720"/>
      </w:pPr>
      <w:r/>
      <w:hyperlink r:id="rId14">
        <w:r>
          <w:rPr>
            <w:color w:val="0000EE"/>
            <w:u w:val="single"/>
          </w:rPr>
          <w:t>https://www.wonderfulcopenhagen.com/wonderful-copenhagen/international-press/international-press/lgbtqia-copenhagen</w:t>
        </w:r>
      </w:hyperlink>
      <w:r>
        <w:t xml:space="preserve"> - Copenhagen is renowned for its inclusivity and acceptance of the LGBTQIA+ community. In 1989, Denmark became the first country to recognise registered partnerships for same-sex couples. The city hosts several major LGBTQIA+ events, including Copenhagen Pride, the world's oldest LGBTQIA+ film festival, Copenhagen MIX, and Copenhagen 2021, which combined WorldPride and EuroGames. These events highlight Copenhagen's commitment to diversity and equality, making it a leading destination for the LGBTQIA+ community. (</w:t>
      </w:r>
      <w:hyperlink r:id="rId18">
        <w:r>
          <w:rPr>
            <w:color w:val="0000EE"/>
            <w:u w:val="single"/>
          </w:rPr>
          <w:t>wonderfulcopenhagen.com</w:t>
        </w:r>
      </w:hyperlink>
      <w:r>
        <w:t>)</w:t>
      </w:r>
      <w:r/>
    </w:p>
    <w:p>
      <w:pPr>
        <w:pStyle w:val="ListNumber"/>
        <w:spacing w:line="240" w:lineRule="auto"/>
        <w:ind w:left="720"/>
      </w:pPr>
      <w:r/>
      <w:hyperlink r:id="rId13">
        <w:r>
          <w:rPr>
            <w:color w:val="0000EE"/>
            <w:u w:val="single"/>
          </w:rPr>
          <w:t>https://www.kb.dk/en/inspiration/copenhagen-pride</w:t>
        </w:r>
      </w:hyperlink>
      <w:r>
        <w:t xml:space="preserve"> - The Royal Danish Library delves into the archives to explore the stories of LGBTI+ individuals who have contributed to shaping Danish cultural heritage. The library's extensive collections contain books, magazines, letters, photographs, and private archives that document the lives of LGBTI+ people throughout history. These resources shed light on the experiences of those who navigated between visibility and invisibility, offering insights into the challenges and triumphs of the LGBTI+ community in Denmark. (</w:t>
      </w:r>
      <w:hyperlink r:id="rId19">
        <w:r>
          <w:rPr>
            <w:color w:val="0000EE"/>
            <w:u w:val="single"/>
          </w:rPr>
          <w:t>kb.dk</w:t>
        </w:r>
      </w:hyperlink>
      <w:r>
        <w:t>)</w:t>
      </w:r>
      <w:r/>
    </w:p>
    <w:p>
      <w:pPr>
        <w:pStyle w:val="ListNumber"/>
        <w:spacing w:line="240" w:lineRule="auto"/>
        <w:ind w:left="720"/>
      </w:pPr>
      <w:r/>
      <w:hyperlink r:id="rId20">
        <w:r>
          <w:rPr>
            <w:color w:val="0000EE"/>
            <w:u w:val="single"/>
          </w:rPr>
          <w:t>https://www.youtube.com/watch?v=ACJn5Cqlsvg</w:t>
        </w:r>
      </w:hyperlink>
      <w:r>
        <w:t xml:space="preserve"> - A video capturing the vibrant atmosphere of the Copenhagen Pride Parade in 2023. The streets of Copenhagen were filled with colourful flags, lively music, and enthusiastic participants celebrating love and diversity. The parade showcased a variety of performances, including marching bands and dance troupes, highlighting the unity and positivity of the LGBTQIA+ community. The event was a testament to Copenhagen's commitment to inclusivity and acceptance. (</w:t>
      </w:r>
      <w:hyperlink r:id="rId21">
        <w:r>
          <w:rPr>
            <w:color w:val="0000EE"/>
            <w:u w:val="single"/>
          </w:rPr>
          <w:t>youtube.com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erlingske.dk/danmark/fakta-pride-i-danmark?referrer=RSS" TargetMode="External"/><Relationship Id="rId10" Type="http://schemas.openxmlformats.org/officeDocument/2006/relationships/hyperlink" Target="https://www.copenhagenpride.dk/en/our-history/" TargetMode="External"/><Relationship Id="rId11" Type="http://schemas.openxmlformats.org/officeDocument/2006/relationships/hyperlink" Target="https://lgbt.dk/din-pride-guide-2026/" TargetMode="External"/><Relationship Id="rId12" Type="http://schemas.openxmlformats.org/officeDocument/2006/relationships/hyperlink" Target="https://lgbt.dk/en/lgbt-history/" TargetMode="External"/><Relationship Id="rId13" Type="http://schemas.openxmlformats.org/officeDocument/2006/relationships/hyperlink" Target="https://www.kb.dk/en/inspiration/copenhagen-pride" TargetMode="External"/><Relationship Id="rId14" Type="http://schemas.openxmlformats.org/officeDocument/2006/relationships/hyperlink" Target="https://www.wonderfulcopenhagen.com/wonderful-copenhagen/international-press/international-press/lgbtqia-copenhagen" TargetMode="External"/><Relationship Id="rId15" Type="http://schemas.openxmlformats.org/officeDocument/2006/relationships/hyperlink" Target="https://www.copenhagenpride.dk/en/our-history/?utm_source=openai" TargetMode="External"/><Relationship Id="rId16" Type="http://schemas.openxmlformats.org/officeDocument/2006/relationships/hyperlink" Target="https://lgbt.dk/en/lgbt-history/?utm_source=openai" TargetMode="External"/><Relationship Id="rId17" Type="http://schemas.openxmlformats.org/officeDocument/2006/relationships/hyperlink" Target="https://lgbt.dk/din-pride-guide-2026/?utm_source=openai" TargetMode="External"/><Relationship Id="rId18" Type="http://schemas.openxmlformats.org/officeDocument/2006/relationships/hyperlink" Target="https://www.wonderfulcopenhagen.com/wonderful-copenhagen/international-press/international-press/lgbtqia-copenhagen?utm_source=openai" TargetMode="External"/><Relationship Id="rId19" Type="http://schemas.openxmlformats.org/officeDocument/2006/relationships/hyperlink" Target="https://www.kb.dk/en/inspiration/copenhagen-pride?utm_source=openai" TargetMode="External"/><Relationship Id="rId20" Type="http://schemas.openxmlformats.org/officeDocument/2006/relationships/hyperlink" Target="https://www.youtube.com/watch?v=ACJn5Cqlsvg" TargetMode="External"/><Relationship Id="rId21" Type="http://schemas.openxmlformats.org/officeDocument/2006/relationships/hyperlink" Target="https://www.youtube.com/watch?v=ACJn5Cqlsvg&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