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Charlotte Pride Festival Guide 2026: What to Know Before You Go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Beat the heat and enjoy Uptown Charlotte’s 26th Annual Pride Festival with these must-know tips, where to watch the parade and how to stay safe, comfortable and connected during a free, family-friendly weekend.</w:t>
      </w:r>
      <w:r/>
    </w:p>
    <w:p>
      <w:r/>
      <w:r>
        <w:t>Essential Takeaways</w:t>
      </w:r>
      <w:r/>
      <w:r/>
    </w:p>
    <w:p>
      <w:pPr>
        <w:pStyle w:val="ListBullet"/>
        <w:spacing w:line="240" w:lineRule="auto"/>
        <w:ind w:left="720"/>
      </w:pPr>
      <w:r/>
      <w:r>
        <w:rPr>
          <w:b/>
        </w:rPr>
        <w:t>When and where:</w:t>
      </w:r>
      <w:r>
        <w:t xml:space="preserve"> Charlotte Pride runs this weekend at First Ward Park with the parade down North Tryon starting Sunday at 1pm. </w:t>
      </w:r>
      <w:r/>
    </w:p>
    <w:p>
      <w:pPr>
        <w:pStyle w:val="ListBullet"/>
        <w:spacing w:line="240" w:lineRule="auto"/>
        <w:ind w:left="720"/>
      </w:pPr>
      <w:r/>
      <w:r>
        <w:rPr>
          <w:b/>
        </w:rPr>
        <w:t>Free access:</w:t>
      </w:r>
      <w:r>
        <w:t xml:space="preserve"> Admission to the main festival grounds is free; expect music stages, a youth and family zone and health vendors. </w:t>
      </w:r>
      <w:r/>
    </w:p>
    <w:p>
      <w:pPr>
        <w:pStyle w:val="ListBullet"/>
        <w:spacing w:line="240" w:lineRule="auto"/>
        <w:ind w:left="720"/>
      </w:pPr>
      <w:r/>
      <w:r>
        <w:rPr>
          <w:b/>
        </w:rPr>
        <w:t>Heat precautions:</w:t>
      </w:r>
      <w:r>
        <w:t xml:space="preserve"> Organisers have cooling fans, an air‑conditioned family tent and indoor cooling spaces at the UNCC Dubois Center , stay hydrated and buddy up. </w:t>
      </w:r>
      <w:r/>
    </w:p>
    <w:p>
      <w:pPr>
        <w:pStyle w:val="ListBullet"/>
        <w:spacing w:line="240" w:lineRule="auto"/>
        <w:ind w:left="720"/>
      </w:pPr>
      <w:r/>
      <w:r>
        <w:rPr>
          <w:b/>
        </w:rPr>
        <w:t>Safety presence:</w:t>
      </w:r>
      <w:r>
        <w:t xml:space="preserve"> Charlotte‑Mecklenburg Police will maintain a visible presence; organisers recommend the usual festival common sense. </w:t>
      </w:r>
      <w:r/>
    </w:p>
    <w:p>
      <w:pPr>
        <w:pStyle w:val="ListBullet"/>
        <w:spacing w:line="240" w:lineRule="auto"/>
        <w:ind w:left="720"/>
      </w:pPr>
      <w:r/>
      <w:r>
        <w:rPr>
          <w:b/>
        </w:rPr>
        <w:t>Plan ahead:</w:t>
      </w:r>
      <w:r>
        <w:t xml:space="preserve"> Bring water, sunscreen, a hat, portable shade and a simple meet‑up plan for your group.</w:t>
      </w:r>
      <w:r/>
      <w:r/>
    </w:p>
    <w:p>
      <w:pPr>
        <w:pStyle w:val="Heading2"/>
      </w:pPr>
      <w:r>
        <w:t>What’s happening this weekend in Uptown? The short version</w:t>
      </w:r>
      <w:r/>
    </w:p>
    <w:p>
      <w:r/>
      <w:r>
        <w:t>Uptown Charlotte transforms into a weekend-long celebration at First Ward Park, with two full days of festival programming that blend live music, community booths and family-friendly activities. According to festival organisers, the event centres on a busy main stage, a youth and family zone and health vendor areas that make it easy to find services and resources while you’re enjoying the fun. It’s visual, loud in the best way and very much a weekend designed for the whole family.</w:t>
      </w:r>
      <w:r/>
    </w:p>
    <w:p>
      <w:pPr>
        <w:pStyle w:val="Heading2"/>
      </w:pPr>
      <w:r>
        <w:t>Parade plans: where to stand and what to expect</w:t>
      </w:r>
      <w:r/>
    </w:p>
    <w:p>
      <w:r/>
      <w:r>
        <w:t>The Charlotte Pride parade rolls down North Tryon on Sunday from 1pm, so if you want a clear view aim to arrive early and stake out space along the route. Parade organisers and local groups publish route details each year, so check the festival site for any last‑minute changes. Streets will be busiest around the official viewing areas, so wear comfy shoes, bring water and choose a landmark to meet your group after the parade winds down.</w:t>
      </w:r>
      <w:r/>
    </w:p>
    <w:p>
      <w:pPr>
        <w:pStyle w:val="Heading2"/>
      </w:pPr>
      <w:r>
        <w:t>Staying cool and safe when temperatures spike</w:t>
      </w:r>
      <w:r/>
    </w:p>
    <w:p>
      <w:r/>
      <w:r>
        <w:t>Organisers are explicitly worried about heat rather than crowd safety this year, so they’ve put sensible cooling measures in place , fans by the main stage, an air‑conditioned family tent and indoor cooling zones at the UNCC Dubois Center. Drink water regularly, seek shade during the hottest hours and avoid long sun exposure if you’re with children or someone vulnerable to heat. A small insulated water bottle and a lightweight cooling towel will make the day much more comfortable.</w:t>
      </w:r>
      <w:r/>
    </w:p>
    <w:p>
      <w:pPr>
        <w:pStyle w:val="Heading2"/>
      </w:pPr>
      <w:r>
        <w:t>Getting there, getting around and accessibility tips</w:t>
      </w:r>
      <w:r/>
    </w:p>
    <w:p>
      <w:r/>
      <w:r>
        <w:t>Uptown is walkable, but plan your journey: parking will be limited and streets near the park could close for the parade. Public transport, rideshare drop‑offs and cycling are all sensible options; where possible, pick a nearby meeting spot off the busiest sidewalks. The festival site includes family and accessibility resources, so if you need quieter zones or wheelchair access, head to the festival information tents and they’ll point you to the best routes and facilities.</w:t>
      </w:r>
      <w:r/>
    </w:p>
    <w:p>
      <w:pPr>
        <w:pStyle w:val="Heading2"/>
      </w:pPr>
      <w:r>
        <w:t>How to make the most of a free festival weekend</w:t>
      </w:r>
      <w:r/>
    </w:p>
    <w:p>
      <w:r/>
      <w:r>
        <w:t>With admission to the park free, prioritise what you want to see , headliners on the main stage, community booths or family activities , and build a simple schedule so you don’t miss the parade. Volunteers and health vendors are on hand if you have questions, and festival maps are worth bookmarking on your phone. Most people come for the music and the atmosphere, but a little planning makes it feel relaxed rather than chaotic.</w:t>
      </w:r>
      <w:r/>
    </w:p>
    <w:p>
      <w:r/>
      <w:r>
        <w:t>It’s a small change that can make every moment of Pride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https://www.wccbcharlotte.com/2026/08/15/26th-annual-pride-festival-kicks-off-in-uptown-charlotte-this-weekend/</w:t>
        </w:r>
      </w:hyperlink>
      <w:r>
        <w:t xml:space="preserve"> - Please view link - unable to able to access data</w:t>
      </w:r>
      <w:r/>
    </w:p>
    <w:p>
      <w:pPr>
        <w:pStyle w:val="ListNumber"/>
        <w:spacing w:line="240" w:lineRule="auto"/>
        <w:ind w:left="720"/>
      </w:pPr>
      <w:r/>
      <w:hyperlink r:id="rId9">
        <w:r>
          <w:rPr>
            <w:color w:val="0000EE"/>
            <w:u w:val="single"/>
          </w:rPr>
          <w:t>https://www.wccbcharlotte.com/2026/08/15/26th-annual-pride-festival-kicks-off-in-uptown-charlotte-this-weekend/</w:t>
        </w:r>
      </w:hyperlink>
      <w:r>
        <w:t xml:space="preserve"> - The 26th Annual Charlotte Pride Festival is set to commence this weekend in Uptown Charlotte. First Ward Park will be the central hub for the two-day event, featuring a youth and family zone, health vendors, and live stage performances. The grand Charlotte Pride parade is scheduled to begin at 1 p.m. on Sunday, proceeding down North Tryon Street. Organisers are collaborating closely with the Charlotte-Mecklenburg Police to ensure a visible security presence throughout the festival area. However, the primary safety concern for the weekend is the anticipated extreme heat. Organiser Caroline Bedenbaugh advises attendees to stay hydrated, stick with a buddy, and look out for each other. To address the high heat index, organisers have set up cooling fans near the main stage, an air-conditioned family tent, and designated indoor cooling zones at the UNCC Dubois Center. Festival events will run throughout Saturday and Sunday, with free admission to the main park grounds.</w:t>
      </w:r>
      <w:r/>
    </w:p>
    <w:p>
      <w:pPr>
        <w:pStyle w:val="ListNumber"/>
        <w:spacing w:line="240" w:lineRule="auto"/>
        <w:ind w:left="720"/>
      </w:pPr>
      <w:r/>
      <w:hyperlink r:id="rId10">
        <w:r>
          <w:rPr>
            <w:color w:val="0000EE"/>
            <w:u w:val="single"/>
          </w:rPr>
          <w:t>https://charlottepride.org/</w:t>
        </w:r>
      </w:hyperlink>
      <w:r>
        <w:t xml:space="preserve"> - Charlotte Pride is a non-profit organisation dedicated to enriching, empowering, and making visible the unique lives and experiences of LGBTQ people in Charlotte and the Carolinas. They create programmes and activities to support the community, including the annual Charlotte Pride Festival and Parade.</w:t>
      </w:r>
      <w:r/>
    </w:p>
    <w:p>
      <w:pPr>
        <w:pStyle w:val="ListNumber"/>
        <w:spacing w:line="240" w:lineRule="auto"/>
        <w:ind w:left="720"/>
      </w:pPr>
      <w:r/>
      <w:hyperlink r:id="rId11">
        <w:r>
          <w:rPr>
            <w:color w:val="0000EE"/>
            <w:u w:val="single"/>
          </w:rPr>
          <w:t>https://www.charlotteobserver.com/charlottefive/c5-things-to-do/article278055137.html</w:t>
        </w:r>
      </w:hyperlink>
      <w:r>
        <w:t xml:space="preserve"> - The Charlotte Observer provides information on the Charlotte Pride Festival &amp; Parade, highlighting the event's location, schedule, and accessibility features. The parade is set to take place on Sunday, August 20, from 1 to 4 p.m. along North Tryon Street in Uptown Charlotte. The article also mentions accessible viewing areas and rest stops along the parade route.</w:t>
      </w:r>
      <w:r/>
    </w:p>
    <w:p>
      <w:pPr>
        <w:pStyle w:val="ListNumber"/>
        <w:spacing w:line="240" w:lineRule="auto"/>
        <w:ind w:left="720"/>
      </w:pPr>
      <w:r/>
      <w:hyperlink r:id="rId12">
        <w:r>
          <w:rPr>
            <w:color w:val="0000EE"/>
            <w:u w:val="single"/>
          </w:rPr>
          <w:t>https://indivisibleclt.org/events/2026/8/16/iclt-clt-pride-parade</w:t>
        </w:r>
      </w:hyperlink>
      <w:r>
        <w:t xml:space="preserve"> - Indivisible Charlotte (ICLT) is organising their fourth participation in the Charlotte Pride Parade on Sunday, August 16, 2026, from 12:30 to 2:30 PM. They encourage members to join them in marching together down Trade Street, aiming for a significant turnout to showcase support for the LGBTQ+ community.</w:t>
      </w:r>
      <w:r/>
    </w:p>
    <w:p>
      <w:pPr>
        <w:pStyle w:val="ListNumber"/>
        <w:spacing w:line="240" w:lineRule="auto"/>
        <w:ind w:left="720"/>
      </w:pPr>
      <w:r/>
      <w:hyperlink r:id="rId13">
        <w:r>
          <w:rPr>
            <w:color w:val="0000EE"/>
            <w:u w:val="single"/>
          </w:rPr>
          <w:t>https://www.eventeny.com/events/charlotte-pride-festival-parade-2025-25041/</w:t>
        </w:r>
      </w:hyperlink>
      <w:r>
        <w:t xml:space="preserve"> - Eventeny provides details about the Charlotte Pride Festival &amp; Parade 2026, including dates, locations, and volunteer information. The festival is scheduled for August 15 and 16, 2026, at First Ward Park and Tryon Street in Uptown Charlotte. The page also offers information on volunteer registration and parade participation.</w:t>
      </w:r>
      <w:r/>
    </w:p>
    <w:p>
      <w:pPr>
        <w:pStyle w:val="ListNumber"/>
        <w:spacing w:line="240" w:lineRule="auto"/>
        <w:ind w:left="720"/>
      </w:pPr>
      <w:r/>
      <w:hyperlink r:id="rId14">
        <w:r>
          <w:rPr>
            <w:color w:val="0000EE"/>
            <w:u w:val="single"/>
          </w:rPr>
          <w:t>https://www.eventeny.com/events/volunteer/application/?id=15248</w:t>
        </w:r>
      </w:hyperlink>
      <w:r>
        <w:t xml:space="preserve"> - Eventeny offers a volunteer registration page for the Charlotte Pride Festival &amp; Parade 2026. The event is scheduled for August 15 and 16, 2026, at First Ward Park and Tryon Street in Uptown Charlotte. The page provides details on how to sign up as a volunteer and the benefits of participating.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ccbcharlotte.com/2026/08/15/26th-annual-pride-festival-kicks-off-in-uptown-charlotte-this-weekend/" TargetMode="External"/><Relationship Id="rId10" Type="http://schemas.openxmlformats.org/officeDocument/2006/relationships/hyperlink" Target="https://charlottepride.org/" TargetMode="External"/><Relationship Id="rId11" Type="http://schemas.openxmlformats.org/officeDocument/2006/relationships/hyperlink" Target="https://www.charlotteobserver.com/charlottefive/c5-things-to-do/article278055137.html" TargetMode="External"/><Relationship Id="rId12" Type="http://schemas.openxmlformats.org/officeDocument/2006/relationships/hyperlink" Target="https://indivisibleclt.org/events/2026/8/16/iclt-clt-pride-parade" TargetMode="External"/><Relationship Id="rId13" Type="http://schemas.openxmlformats.org/officeDocument/2006/relationships/hyperlink" Target="https://www.eventeny.com/events/charlotte-pride-festival-parade-2025-25041/" TargetMode="External"/><Relationship Id="rId14" Type="http://schemas.openxmlformats.org/officeDocument/2006/relationships/hyperlink" Target="https://www.eventeny.com/events/volunteer/application/?id=152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