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Top Nights in the Castro: Why Beaux’s Drag Party Still Rules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loud: crowds are flocking back to Big Top at Beaux in San Francisco’s Castro, where 19 years of glitter, go-go dancers and community spirit meet a blockbuster October anniversary , and why this long-running drag party still matters for performers and locals alike.</w:t>
      </w:r>
      <w:r/>
    </w:p>
    <w:p>
      <w:r/>
      <w:r>
        <w:t>Essential Takeaways</w:t>
      </w:r>
      <w:r/>
      <w:r/>
    </w:p>
    <w:p>
      <w:pPr>
        <w:pStyle w:val="ListBullet"/>
        <w:spacing w:line="240" w:lineRule="auto"/>
        <w:ind w:left="720"/>
      </w:pPr>
      <w:r/>
      <w:r>
        <w:rPr>
          <w:b/>
        </w:rPr>
        <w:t>Long-running favourite:</w:t>
      </w:r>
      <w:r>
        <w:t xml:space="preserve"> Big Top has been a Castro staple for 19 years, founded by Joshua J Presents with support from Juanita MORE! and Heklina. </w:t>
      </w:r>
      <w:r/>
    </w:p>
    <w:p>
      <w:pPr>
        <w:pStyle w:val="ListBullet"/>
        <w:spacing w:line="240" w:lineRule="auto"/>
        <w:ind w:left="720"/>
      </w:pPr>
      <w:r/>
      <w:r>
        <w:rPr>
          <w:b/>
        </w:rPr>
        <w:t>Community-focused:</w:t>
      </w:r>
      <w:r>
        <w:t xml:space="preserve"> The event centres queer and trans artists, with current co-host Hera Wynn using the platform to uplift local performers. </w:t>
      </w:r>
      <w:r/>
    </w:p>
    <w:p>
      <w:pPr>
        <w:pStyle w:val="ListBullet"/>
        <w:spacing w:line="240" w:lineRule="auto"/>
        <w:ind w:left="720"/>
      </w:pPr>
      <w:r/>
      <w:r>
        <w:rPr>
          <w:b/>
        </w:rPr>
        <w:t>Big October lineup:</w:t>
      </w:r>
      <w:r>
        <w:t xml:space="preserve"> The 19th anniversary on 17 October features three RuPaul’s Drag Race headliners , Detox, Naomi Smalls and Laganja Estranja , plus Adriana Roy and Hera Wynn. </w:t>
      </w:r>
      <w:r/>
    </w:p>
    <w:p>
      <w:pPr>
        <w:pStyle w:val="ListBullet"/>
        <w:spacing w:line="240" w:lineRule="auto"/>
        <w:ind w:left="720"/>
      </w:pPr>
      <w:r/>
      <w:r>
        <w:rPr>
          <w:b/>
        </w:rPr>
        <w:t>Regular Saturdays:</w:t>
      </w:r>
      <w:r>
        <w:t xml:space="preserve"> Big Top now appears on select Saturdays at Beaux, drawing a packed dance floor, loud energy and the classic Bay Area party vibe. </w:t>
      </w:r>
      <w:r/>
    </w:p>
    <w:p>
      <w:pPr>
        <w:pStyle w:val="ListBullet"/>
        <w:spacing w:line="240" w:lineRule="auto"/>
        <w:ind w:left="720"/>
      </w:pPr>
      <w:r/>
      <w:r>
        <w:rPr>
          <w:b/>
        </w:rPr>
        <w:t>Practical vibe:</w:t>
      </w:r>
      <w:r>
        <w:t xml:space="preserve"> Expect loud music, theatrical drag moments, energetic go-go dancers and a friendly, inclusive crowd.</w:t>
      </w:r>
      <w:r/>
      <w:r/>
    </w:p>
    <w:p>
      <w:pPr>
        <w:pStyle w:val="Heading2"/>
      </w:pPr>
      <w:r>
        <w:t>Big Top’s history: from Castro basement shows to Beaux’s main stage</w:t>
      </w:r>
      <w:r/>
    </w:p>
    <w:p>
      <w:r/>
      <w:r>
        <w:t>Big Top didn’t pop up overnight , it grew from San Francisco’s tight-knit nightlife scene into a weekly destination that locals bookend their weekends around. Founded by nightlife producer Joshua J Presents with early support from drag royalty Juanita MORE! and Heklina, the party has kept a thread of joyful chaos running through it for nearly two decades. The sound is loud, the costumes are theatrical, and you’ll feel the room hum as soon as you step in.</w:t>
      </w:r>
      <w:r/>
    </w:p>
    <w:p>
      <w:r/>
      <w:r>
        <w:t>Backstory matters here; this isn’t just a one-off club night. Many in the community see Big Top as ritualistic, a place where performers cut their teeth and regulars catch up. That continuity helps explain why, even after changes in days and hosts, the party still pulls a crowd.</w:t>
      </w:r>
      <w:r/>
    </w:p>
    <w:p>
      <w:pPr>
        <w:pStyle w:val="Heading2"/>
      </w:pPr>
      <w:r>
        <w:t>The hosts and who they lift up</w:t>
      </w:r>
      <w:r/>
    </w:p>
    <w:p>
      <w:r/>
      <w:r>
        <w:t>Hera Wynn’s personal arc gives the night its beating heart. She started performing at Beaux in 2022, became a co-host after Adriana Roy passed the torch, and now runs the night with an eye for representation and opportunity. That matters in practical terms , Big Top books queer and trans artists deliberately, so it’s not just entertainment but a career pipeline for local talent.</w:t>
      </w:r>
      <w:r/>
    </w:p>
    <w:p>
      <w:r/>
      <w:r>
        <w:t>If you care about where your ticket money goes, this is a night that channels it back into the community. Expect surprise guests, new talent slots and the kind of camaraderie that keeps artists coming back.</w:t>
      </w:r>
      <w:r/>
    </w:p>
    <w:p>
      <w:pPr>
        <w:pStyle w:val="Heading2"/>
      </w:pPr>
      <w:r>
        <w:t>The show: what to expect on a Big Top Saturday</w:t>
      </w:r>
      <w:r/>
    </w:p>
    <w:p>
      <w:r/>
      <w:r>
        <w:t>Picture a compact, packed room, heavy bass, aerial levels of sequins and the occasional dramatic tuck-and-reveal. Big Top combines high-energy drag with dance-party momentum, and yes, the go-go dancers are a local legend for their stamina and flair. It’s visceral , you’ll hear the shoe clicks, smell the stage smoke and feel the floor vibrate.</w:t>
      </w:r>
      <w:r/>
    </w:p>
    <w:p>
      <w:r/>
      <w:r>
        <w:t>If you’re new to drag nights, go early to secure a spot near the front, bring ID, and dress for movement; there’s a lot of dancing and photogenic moments. For veterans, it’s an evening of familiar rituals , tongue pops, call-and-response and cheering that builds like a wave.</w:t>
      </w:r>
      <w:r/>
    </w:p>
    <w:p>
      <w:pPr>
        <w:pStyle w:val="Heading2"/>
      </w:pPr>
      <w:r>
        <w:t>Why the 19th anniversary is a big deal</w:t>
      </w:r>
      <w:r/>
    </w:p>
    <w:p>
      <w:r/>
      <w:r>
        <w:t>Dropping three RuPaul’s Drag Race headliners , Detox, Naomi Smalls and Laganja Estranja , on one bill makes October’s show a true milestone. It’s the sort of headline power that draws out-of-town fans as well as locals, and it signals that Big Top is not just surviving but thriving on a larger scale. The Castro has a long nightlife history, and nights like this keep it on the map.</w:t>
      </w:r>
      <w:r/>
    </w:p>
    <w:p>
      <w:r/>
      <w:r>
        <w:t>Tickets go fast for marquee nights, so if you want in, buy early at Beaux’s official site. Expect a bigger queue, tighter security lines and the kind of afterparty chatter that becomes next week’s gossip.</w:t>
      </w:r>
      <w:r/>
    </w:p>
    <w:p>
      <w:pPr>
        <w:pStyle w:val="Heading2"/>
      </w:pPr>
      <w:r>
        <w:t>Practical tips for first-timers and regulars</w:t>
      </w:r>
      <w:r/>
    </w:p>
    <w:p>
      <w:r/>
      <w:r>
        <w:t>Arrive early to avoid long door queues and to grab a good spot on the dance floor. If you prefer a quieter view, pick a table or side perch slightly off-centre; you’ll still catch the spectacle but with elbow room. Bring cash for tips , performers appreciate it and it’s the best way to show love in the moment.</w:t>
      </w:r>
      <w:r/>
    </w:p>
    <w:p>
      <w:r/>
      <w:r>
        <w:t>And lastly, be mindful: Big Top is loud, crowded and exuberant. If you need a break, step outside or to a quieter corner of Beaux; the energy is addictive, but pacing keeps the night enjoyable.</w:t>
      </w:r>
      <w:r/>
    </w:p>
    <w:p>
      <w:r/>
      <w:r>
        <w:t>It's a small change that can make every visit sparkle a little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https://glossmagazine.net/2026/08/beaux-big-top-turns-19/?utm_source=rss&amp;utm_medium=rss&amp;utm_campaign=beaux-big-top-turns-19&amp;utm_source=rss&amp;utm_medium=rss&amp;utm_campaign=beaux-big-top-turns-19</w:t>
        </w:r>
      </w:hyperlink>
      <w:r>
        <w:t xml:space="preserve"> - Please view link - unable to able to access data</w:t>
      </w:r>
      <w:r/>
    </w:p>
    <w:p>
      <w:pPr>
        <w:pStyle w:val="ListNumber"/>
        <w:spacing w:line="240" w:lineRule="auto"/>
        <w:ind w:left="720"/>
      </w:pPr>
      <w:r/>
      <w:hyperlink r:id="rId10">
        <w:r>
          <w:rPr>
            <w:color w:val="0000EE"/>
            <w:u w:val="single"/>
          </w:rPr>
          <w:t>https://www.beauxsf.com/</w:t>
        </w:r>
      </w:hyperlink>
      <w:r>
        <w:t xml:space="preserve"> - Beaux is a premier LGBTQIA+ venue located in San Francisco's historic Castro district. Open seven days a week, it transforms from a craft cocktail lounge by day into a vibrant dance club by night, featuring DJs, go-go dancers, drag entertainers, and themed parties. Notably, Beaux hosts the monthly 'Big Top' Drag Spectacular on Saturdays, showcasing stars from RuPaul's Drag Race. For pre-sale tickets to major events, visit their Eventbrite page. Additionally, Beaux offers drag brunch shows every Saturday and Sunday at 12:30 and 2:30 pm, with reservations available on their website.</w:t>
      </w:r>
      <w:r/>
    </w:p>
    <w:p>
      <w:pPr>
        <w:pStyle w:val="ListNumber"/>
        <w:spacing w:line="240" w:lineRule="auto"/>
        <w:ind w:left="720"/>
      </w:pPr>
      <w:r/>
      <w:hyperlink r:id="rId12">
        <w:r>
          <w:rPr>
            <w:color w:val="0000EE"/>
            <w:u w:val="single"/>
          </w:rPr>
          <w:t>https://www.sfstation.com/yerba-buena-gardens-b6842</w:t>
        </w:r>
      </w:hyperlink>
      <w:r>
        <w:t xml:space="preserve"> - The Yerba Buena Gardens Festival is an annual event in San Francisco that offers free outdoor music, theater, circus, dance, poetry, and children's programs. The 2026 festival features a lineup of over 100 free performances, including a Weekend Session with Joe Bataan on October 17, 2026, from 2:00 pm to 4:30 pm at the Great Lawn in Yerba Buena Gardens. This event is free to attend and showcases a diverse range of artistic expressions, contributing to the city's rich cultural landscape.</w:t>
      </w:r>
      <w:r/>
    </w:p>
    <w:p>
      <w:pPr>
        <w:pStyle w:val="ListNumber"/>
        <w:spacing w:line="240" w:lineRule="auto"/>
        <w:ind w:left="720"/>
      </w:pPr>
      <w:r/>
      <w:hyperlink r:id="rId13">
        <w:r>
          <w:rPr>
            <w:color w:val="0000EE"/>
            <w:u w:val="single"/>
          </w:rPr>
          <w:t>https://www.sfstation.com/medicine-for-nightmares-bookstore-and-gallery-b39005907</w:t>
        </w:r>
      </w:hyperlink>
      <w:r>
        <w:t xml:space="preserve"> - The Lalo Guerrero Legacy Festival is an event celebrating the life and contributions of Lalo Guerrero, a pioneering figure in Chicano music. Scheduled for October 17, 2026, at Medicine for Nightmares Bookstore and Gallery, the festival includes a 'Platica y Vinyl Listening Party' with Chuy Varela at 7 pm. This event offers attendees an opportunity to engage with Guerrero's legacy through music and discussion, highlighting his impact on the cultural and musical landscape.</w:t>
      </w:r>
      <w:r/>
    </w:p>
    <w:p>
      <w:pPr>
        <w:pStyle w:val="ListNumber"/>
        <w:spacing w:line="240" w:lineRule="auto"/>
        <w:ind w:left="720"/>
      </w:pPr>
      <w:r/>
      <w:hyperlink r:id="rId14">
        <w:r>
          <w:rPr>
            <w:color w:val="0000EE"/>
            <w:u w:val="single"/>
          </w:rPr>
          <w:t>https://www.sfstation.com/kearny-st-and-clay-st-b39010526</w:t>
        </w:r>
      </w:hyperlink>
      <w:r>
        <w:t xml:space="preserve"> - The Chinatown Cleanup is a volunteer community service event taking place on October 17, 2026, from 3:00 pm to 4:30 pm at the intersection of Kearny Street and Clay Street in San Francisco. This free event invites community members to participate in cleaning and beautifying the Chinatown neighborhood, fostering community engagement and pride. Volunteers are encouraged to RSVP in advance to participate in this community-driven initiative.</w:t>
      </w:r>
      <w:r/>
    </w:p>
    <w:p>
      <w:pPr>
        <w:pStyle w:val="ListNumber"/>
        <w:spacing w:line="240" w:lineRule="auto"/>
        <w:ind w:left="720"/>
      </w:pPr>
      <w:r/>
      <w:hyperlink r:id="rId15">
        <w:r>
          <w:rPr>
            <w:color w:val="0000EE"/>
            <w:u w:val="single"/>
          </w:rPr>
          <w:t>https://www.sfstation.com/yerba-buena-center-for-the-arts-ybca-b353</w:t>
        </w:r>
      </w:hyperlink>
      <w:r>
        <w:t xml:space="preserve"> - The Yerba Buena Center for the Arts (YBCA) is hosting the 'Through an Open Window Film Series' on October 17, 2026, at 2 pm, featuring the film 'The Ceremony.' This event is part of YBCA's ongoing commitment to presenting diverse and thought-provoking cinematic works. Tickets are available for purchase, and the series aims to engage audiences with unique and compelling narratives.</w:t>
      </w:r>
      <w:r/>
    </w:p>
    <w:p>
      <w:pPr>
        <w:pStyle w:val="ListNumber"/>
        <w:spacing w:line="240" w:lineRule="auto"/>
        <w:ind w:left="720"/>
      </w:pPr>
      <w:r/>
      <w:hyperlink r:id="rId11">
        <w:r>
          <w:rPr>
            <w:color w:val="0000EE"/>
            <w:u w:val="single"/>
          </w:rPr>
          <w:t>https://www.sfstation.com/the-regency-ballroom-b422</w:t>
        </w:r>
      </w:hyperlink>
      <w:r>
        <w:t xml:space="preserve"> - The Regency Ballroom is hosting the 'NOTD - Lonely in Paradise Tour' on October 17, 2026, at 8 pm. This event features the Swedish electronic duo NOTD, known for their catchy pop melodies and electronic beats. Tickets are available for purchase, and the concert promises an energetic and memorable experience for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ssmagazine.net/2026/08/beaux-big-top-turns-19/?utm_source=rss&amp;utm_medium=rss&amp;utm_campaign=beaux-big-top-turns-19&amp;utm_source=rss&amp;utm_medium=rss&amp;utm_campaign=beaux-big-top-turns-19" TargetMode="External"/><Relationship Id="rId10" Type="http://schemas.openxmlformats.org/officeDocument/2006/relationships/hyperlink" Target="https://www.beauxsf.com/" TargetMode="External"/><Relationship Id="rId11" Type="http://schemas.openxmlformats.org/officeDocument/2006/relationships/hyperlink" Target="https://www.sfstation.com/the-regency-ballroom-b422" TargetMode="External"/><Relationship Id="rId12" Type="http://schemas.openxmlformats.org/officeDocument/2006/relationships/hyperlink" Target="https://www.sfstation.com/yerba-buena-gardens-b6842" TargetMode="External"/><Relationship Id="rId13" Type="http://schemas.openxmlformats.org/officeDocument/2006/relationships/hyperlink" Target="https://www.sfstation.com/medicine-for-nightmares-bookstore-and-gallery-b39005907" TargetMode="External"/><Relationship Id="rId14" Type="http://schemas.openxmlformats.org/officeDocument/2006/relationships/hyperlink" Target="https://www.sfstation.com/kearny-st-and-clay-st-b39010526" TargetMode="External"/><Relationship Id="rId15" Type="http://schemas.openxmlformats.org/officeDocument/2006/relationships/hyperlink" Target="https://www.sfstation.com/yerba-buena-center-for-the-arts-ybca-b3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