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Gay Flotilla Response: How Long Beach Partygoers Fought Back and Stayed Proud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Shocking threats couldn’t stop a colourful show of community , Long Beach’s Big Gay Flotilla sailed on despite online hate, an arrest, and a tense week that left organisers relieved and attendees resolute. Here’s what happened, why it matters, and what the crowd taught us about public LGBTQ+ visibility.</w:t>
      </w:r>
      <w:r/>
    </w:p>
    <w:p>
      <w:r/>
      <w:r>
        <w:t>Essential Takeaways</w:t>
      </w:r>
      <w:r/>
      <w:r/>
    </w:p>
    <w:p>
      <w:pPr>
        <w:pStyle w:val="ListBullet"/>
        <w:spacing w:line="240" w:lineRule="auto"/>
        <w:ind w:left="720"/>
      </w:pPr>
      <w:r/>
      <w:r>
        <w:rPr>
          <w:b/>
        </w:rPr>
        <w:t>Police intervention:</w:t>
      </w:r>
      <w:r>
        <w:t xml:space="preserve"> Long Beach law enforcement arrested a suspect on criminal threat charges after violent online posts targeted the event, and officials treated the threats seriously. </w:t>
      </w:r>
      <w:r/>
    </w:p>
    <w:p>
      <w:pPr>
        <w:pStyle w:val="ListBullet"/>
        <w:spacing w:line="240" w:lineRule="auto"/>
        <w:ind w:left="720"/>
      </w:pPr>
      <w:r/>
      <w:r>
        <w:rPr>
          <w:b/>
        </w:rPr>
        <w:t>Smaller but spirited turnout:</w:t>
      </w:r>
      <w:r>
        <w:t xml:space="preserve"> Organisers estimate attendance dipped to roughly 200 people across the day, down from about 300 at the prior meet-up, with many citing safety concerns. </w:t>
      </w:r>
      <w:r/>
    </w:p>
    <w:p>
      <w:pPr>
        <w:pStyle w:val="ListBullet"/>
        <w:spacing w:line="240" w:lineRule="auto"/>
        <w:ind w:left="720"/>
      </w:pPr>
      <w:r/>
      <w:r>
        <w:rPr>
          <w:b/>
        </w:rPr>
        <w:t>Community solidarity:</w:t>
      </w:r>
      <w:r>
        <w:t xml:space="preserve"> Support poured in from across Southern California , people travelled from several towns to show up and back the event. </w:t>
      </w:r>
      <w:r/>
    </w:p>
    <w:p>
      <w:pPr>
        <w:pStyle w:val="ListBullet"/>
        <w:spacing w:line="240" w:lineRule="auto"/>
        <w:ind w:left="720"/>
      </w:pPr>
      <w:r/>
      <w:r>
        <w:rPr>
          <w:b/>
        </w:rPr>
        <w:t>Organisers undeterred:</w:t>
      </w:r>
      <w:r>
        <w:t xml:space="preserve"> Promoter Sal Flores says the flotilla’s purpose , public, joyful belonging , stayed front and centre, with follow-up events already planned. </w:t>
      </w:r>
      <w:r/>
    </w:p>
    <w:p>
      <w:pPr>
        <w:pStyle w:val="ListBullet"/>
        <w:spacing w:line="240" w:lineRule="auto"/>
        <w:ind w:left="720"/>
      </w:pPr>
      <w:r/>
      <w:r>
        <w:rPr>
          <w:b/>
        </w:rPr>
        <w:t>Ongoing vigilance:</w:t>
      </w:r>
      <w:r>
        <w:t xml:space="preserve"> The incident underlines how public gatherings require coordination with police and clear safety plans when organisers face online hostility.</w:t>
      </w:r>
      <w:r/>
      <w:r/>
    </w:p>
    <w:p>
      <w:r/>
      <w:r>
        <w:t>Opening Hook: what actually happened on the beach</w:t>
      </w:r>
      <w:r/>
    </w:p>
    <w:p>
      <w:r/>
      <w:r>
        <w:t>The Big Gay Flotilla went ahead on Saturday in an affluent stretch of Long Beach, and the vibe for many was defiant joy , sun, music, and bright inflatables against a background of recent threats. Organiser Sal Flores told LGBTQ Nation the mood swung between relief and resolve; people arrived determined to belong, not hide.</w:t>
      </w:r>
      <w:r/>
    </w:p>
    <w:p>
      <w:r/>
      <w:r>
        <w:t>Backstory and law enforcement response</w:t>
      </w:r>
      <w:r/>
    </w:p>
    <w:p>
      <w:r/>
      <w:r>
        <w:t>A week before the meet-up, an events post was flooded with homophobic comments and explicit death threats, some describing bombs or guns. Long Beach Police investigated, deemed at least one message a criminal threat, and arrested a 26-year-old on those charges days before the flotilla. Police chiefs publicly said they take such threats seriously, and Flores said both local officers and the FBI reached out during the week to assess risks.</w:t>
      </w:r>
      <w:r/>
    </w:p>
    <w:p>
      <w:r/>
      <w:r>
        <w:t>Why turnout was lower , fear, caution, or both?</w:t>
      </w:r>
      <w:r/>
    </w:p>
    <w:p>
      <w:r/>
      <w:r>
        <w:t>Attendance dropped compared with the previous get-together, with organisers estimating about 200 visitors rather than the earlier 300-plus. Some people simply stayed away because they felt unsafe, which is a frank consequence of online vitriol turning into perceived real-world danger. At the same time, others travelled from farther afield , a visible reminder that solidarity often outpaces intimidation.</w:t>
      </w:r>
      <w:r/>
    </w:p>
    <w:p>
      <w:r/>
      <w:r>
        <w:t>What the community showed , solidarity in practice</w:t>
      </w:r>
      <w:r/>
    </w:p>
    <w:p>
      <w:r/>
      <w:r>
        <w:t>Despite the scare, many people answered calls to support the event. Flores recounted messages offering help and promising to attend if the flotilla went ahead; that energy shifted the tone from risk to reclamation. For onlookers, it was a simple but potent scene: people laughing on the sand, colourful flags, and groups reminding each other this is their public space too.</w:t>
      </w:r>
      <w:r/>
    </w:p>
    <w:p>
      <w:r/>
      <w:r>
        <w:t>Practical takeaways for organisers and attendees</w:t>
      </w:r>
      <w:r/>
    </w:p>
    <w:p>
      <w:r/>
      <w:r>
        <w:t>If you’re planning an outdoor LGBTQ+ gathering, think like these flotilla organisers did: liaise early with police, monitor online chatter, and have clear communications for attendees about safety plans. Consider staggered arrival times, defined meeting points, and a small team tasked with crowd safety and first aid. And if you cancel, expect many allies will ask not to , sometimes showing up is the most powerful reply.</w:t>
      </w:r>
      <w:r/>
    </w:p>
    <w:p>
      <w:r/>
      <w:r>
        <w:t>Reaction and what’s next</w:t>
      </w:r>
      <w:r/>
    </w:p>
    <w:p>
      <w:r/>
      <w:r>
        <w:t>Flores isn’t backing down; he’s promoting a Big Gay Picnic at the Bluff in Long Beach next weekend, a quieter overlook-style event with the same aim: a space to belong. The flotilla episode shows a community that’s bruised but not beaten , and it underscores a modern reality: visibility still matters, and solidarity still works.</w:t>
      </w:r>
      <w:r/>
    </w:p>
    <w:p>
      <w:r/>
      <w:r>
        <w:t>It’s a small change that can make every gathering safer and every celebration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https://www.lgbtqnation.com/2026/08/haters-an-lgbtq-beach-party-the-partygoers-fought-back-stood-proud/</w:t>
        </w:r>
      </w:hyperlink>
      <w:r>
        <w:t xml:space="preserve"> - Please view link - unable to able to access data</w:t>
      </w:r>
      <w:r/>
    </w:p>
    <w:p>
      <w:pPr>
        <w:pStyle w:val="ListNumber"/>
        <w:spacing w:line="240" w:lineRule="auto"/>
        <w:ind w:left="720"/>
      </w:pPr>
      <w:r/>
      <w:hyperlink r:id="rId9">
        <w:r>
          <w:rPr>
            <w:color w:val="0000EE"/>
            <w:u w:val="single"/>
          </w:rPr>
          <w:t>https://www.lgbtqnation.com/2026/08/haters-an-lgbtq-beach-party-the-partygoers-fought-back-stood-proud/</w:t>
        </w:r>
      </w:hyperlink>
      <w:r>
        <w:t xml:space="preserve"> - The Big Gay Flotilla, an annual LGBTQ+ beach event in Long Beach, California, proceeded as planned despite receiving numerous death threats and homophobic online attacks. Organiser Sal Flores reported that attendees from various Southern California areas participated, with some individuals travelling from Laguna to show support. Despite the threats, the event was marked by a strong sense of community and defiance against hate. A week prior, the event's announcement was inundated with hateful comments, including threats of violence. Long Beach Police arrested Richard Alexis Castillo, 26, on criminal threat charges, with bail set at $50,000. Police Chief Wally Hebeish emphasised the department's commitment to holding suspects accountable and ensuring community safety. The event saw a slight decrease in attendance compared to previous years, with approximately 200 attendees, possibly due to the threats. However, the community's support remained unwavering, with many expressing their intention to attend regardless of the threats. Flores expressed gratitude for the community's support and highlighted the importance of such events in providing safe spaces for the LGBTQ+ community.</w:t>
      </w:r>
      <w:r/>
    </w:p>
    <w:p>
      <w:pPr>
        <w:pStyle w:val="ListNumber"/>
        <w:spacing w:line="240" w:lineRule="auto"/>
        <w:ind w:left="720"/>
      </w:pPr>
      <w:r/>
      <w:hyperlink r:id="rId10">
        <w:r>
          <w:rPr>
            <w:color w:val="0000EE"/>
            <w:u w:val="single"/>
          </w:rPr>
          <w:t>https://www.longbeach.gov/police/press-releases/lbpd-officers-take-enforcement-action-regarding-weekend-street-takeovers/</w:t>
        </w:r>
      </w:hyperlink>
      <w:r>
        <w:t xml:space="preserve"> - In March 2026, the Long Beach Police Department (LBPD) conducted coordinated enforcement actions in response to multiple illegal street takeover incidents in the city. Between March 20 and March 23, 2026, these events posed significant safety risks and disrupted the community. Officers made one arrest, cited 11 drivers for vehicle code violations, and towed three vehicles. The arrested individual, Kristopher Scott Molick, faced charges including pedestrian failing to yield the right of way to traffic, obstructing a peace officer, illegal possession of fireworks without a permit, and unregistered vehicle. The LBPD's swift response aimed to address the public safety concerns associated with these illegal activities.</w:t>
      </w:r>
      <w:r/>
    </w:p>
    <w:p>
      <w:pPr>
        <w:pStyle w:val="ListNumber"/>
        <w:spacing w:line="240" w:lineRule="auto"/>
        <w:ind w:left="720"/>
      </w:pPr>
      <w:r/>
      <w:hyperlink r:id="rId13">
        <w:r>
          <w:rPr>
            <w:color w:val="0000EE"/>
            <w:u w:val="single"/>
          </w:rPr>
          <w:t>https://www.nbclosangeles.com/news/local/long-beach-human-trafficking-arrests/3872610/</w:t>
        </w:r>
      </w:hyperlink>
      <w:r>
        <w:t xml:space="preserve"> - In April 2026, Long Beach police arrested five men for soliciting sex and another for attempting to rob a sex worker during targeted operations along the Long Beach Boulevard corridor. The operations aimed to address community concerns about illegal activities related to human trafficking. The individuals arrested for solicitation were identified as Briana Hoyem, David Lozano, Azora Mack, Eduardo Cortez, and Alex Palma. Additionally, Blazie Douglas was arrested for robbery, assault with a deadly weapon, and soliciting prostitution after attempting to rob a commercial sex worker at gunpoint. The LBPD's efforts reflect a continued commitment to addressing illegal activities while prioritising the safety and dignity of those impacted by exploitation.</w:t>
      </w:r>
      <w:r/>
    </w:p>
    <w:p>
      <w:pPr>
        <w:pStyle w:val="ListNumber"/>
        <w:spacing w:line="240" w:lineRule="auto"/>
        <w:ind w:left="720"/>
      </w:pPr>
      <w:r/>
      <w:hyperlink r:id="rId12">
        <w:r>
          <w:rPr>
            <w:color w:val="0000EE"/>
            <w:u w:val="single"/>
          </w:rPr>
          <w:t>https://www.nbclosangeles.com/news/local/long-beach-police-arrest-teen-tow-five-e-bikes-after-street-takeover/3868304/</w:t>
        </w:r>
      </w:hyperlink>
      <w:r>
        <w:t xml:space="preserve"> - In March 2026, Long Beach police arrested a 17-year-old boy and towed five electric motorcycles after responding to a street takeover involving approximately 50 individuals riding illegal e-motos, pocket bikes, and e-bikes recklessly throughout the city. The teenager was arrested on suspicion of reckless driving-related charges. Additionally, five people were cited for vehicle code violations, and an illegal pocket bike was towed. The LBPD's coordinated enforcement effort aimed to address the significant public safety risks posed by these illegal activities. Police Chief Wally Hebeish emphasised the department's commitment to citing, arresting, and seizing vehicles involved in reckless, illegal driving on city streets.</w:t>
      </w:r>
      <w:r/>
    </w:p>
    <w:p>
      <w:pPr>
        <w:pStyle w:val="ListNumber"/>
        <w:spacing w:line="240" w:lineRule="auto"/>
        <w:ind w:left="720"/>
      </w:pPr>
      <w:r/>
      <w:hyperlink r:id="rId11">
        <w:r>
          <w:rPr>
            <w:color w:val="0000EE"/>
            <w:u w:val="single"/>
          </w:rPr>
          <w:t>https://www.nbclosangeles.com/news/local/several-teens-detained-following-large-youth-gathering-in-long-beach/3903607/</w:t>
        </w:r>
      </w:hyperlink>
      <w:r>
        <w:t xml:space="preserve"> - In June 2026, Long Beach police detained several teenagers after dispersing a crowd of approximately 200 minors who had gathered in the area of Bayshore Avenue and Ocean Boulevard. Officers responded to reports of a large gathering and began dispersing the group. During the intervention, a fight broke out, resulting in the detention of several minors. Around 10 p.m., police cited five teenagers for violating the city's curfew and released them to their guardians. Police Chief Wally Hebeish urged the community to participate in authorised events and highlighted the work of officers in maintaining public safety. No injuries were reported in this incident.</w:t>
      </w:r>
      <w:r/>
    </w:p>
    <w:p>
      <w:pPr>
        <w:pStyle w:val="ListNumber"/>
        <w:spacing w:line="240" w:lineRule="auto"/>
        <w:ind w:left="720"/>
      </w:pPr>
      <w:r/>
      <w:hyperlink r:id="rId14">
        <w:r>
          <w:rPr>
            <w:color w:val="0000EE"/>
            <w:u w:val="single"/>
          </w:rPr>
          <w:t>https://www.inquirer.com/crime/gayborhood-arrests-pride-festival-philadelphia-police-20260608.html</w:t>
        </w:r>
      </w:hyperlink>
      <w:r>
        <w:t xml:space="preserve"> - In June 2026, fifteen people were arrested at a Pride celebration in Philadelphia's Gayborhood, drawing criticism from some LGBTQ+ residents over the police's handling of crowd control at the event. Images of police officers engaging with attendees circulated widely on social media, with some critics highlighting what they considered an excessive and aggressive law enforcement presence. Police Commissioner Kevin Bethel stated that officers had responded to a growing number of public safety concerns. The arrests and the subsequent response sparked discussions within the LGBTQ+ community regarding the balance between public safety and the preservation of celebratory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haters-an-lgbtq-beach-party-the-partygoers-fought-back-stood-proud/" TargetMode="External"/><Relationship Id="rId10" Type="http://schemas.openxmlformats.org/officeDocument/2006/relationships/hyperlink" Target="https://www.longbeach.gov/police/press-releases/lbpd-officers-take-enforcement-action-regarding-weekend-street-takeovers/" TargetMode="External"/><Relationship Id="rId11" Type="http://schemas.openxmlformats.org/officeDocument/2006/relationships/hyperlink" Target="https://www.nbclosangeles.com/news/local/several-teens-detained-following-large-youth-gathering-in-long-beach/3903607/" TargetMode="External"/><Relationship Id="rId12" Type="http://schemas.openxmlformats.org/officeDocument/2006/relationships/hyperlink" Target="https://www.nbclosangeles.com/news/local/long-beach-police-arrest-teen-tow-five-e-bikes-after-street-takeover/3868304/" TargetMode="External"/><Relationship Id="rId13" Type="http://schemas.openxmlformats.org/officeDocument/2006/relationships/hyperlink" Target="https://www.nbclosangeles.com/news/local/long-beach-human-trafficking-arrests/3872610/" TargetMode="External"/><Relationship Id="rId14" Type="http://schemas.openxmlformats.org/officeDocument/2006/relationships/hyperlink" Target="https://www.inquirer.com/crime/gayborhood-arrests-pride-festival-philadelphia-police-2026060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