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Bear Week Trends: How GLP‑1s Are Changing Gay Bear Culture (But Not Killing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shifts in who shows up and what fits , Provincetown and Lazy Bear Week remain wildly popular, even as GLP‑1 medications like Ozempic reshape waistlines and style choices across the bear community. Here’s what’s changed, what hasn’t, and how organisers and attendees are adapting.</w:t>
      </w:r>
      <w:r/>
    </w:p>
    <w:p>
      <w:r/>
      <w:r>
        <w:t>Essential Takeaways</w:t>
      </w:r>
      <w:r/>
      <w:r/>
    </w:p>
    <w:p>
      <w:pPr>
        <w:pStyle w:val="ListBullet"/>
        <w:spacing w:line="240" w:lineRule="auto"/>
        <w:ind w:left="720"/>
      </w:pPr>
      <w:r/>
      <w:r>
        <w:rPr>
          <w:b/>
        </w:rPr>
        <w:t>Attendance remains strong:</w:t>
      </w:r>
      <w:r>
        <w:t xml:space="preserve"> Provincial and West Coast bear events reported healthy or growing numbers, showing community continuity.</w:t>
      </w:r>
      <w:r/>
    </w:p>
    <w:p>
      <w:pPr>
        <w:pStyle w:val="ListBullet"/>
        <w:spacing w:line="240" w:lineRule="auto"/>
        <w:ind w:left="720"/>
      </w:pPr>
      <w:r/>
      <w:r>
        <w:rPr>
          <w:b/>
        </w:rPr>
        <w:t>Bodies are shifting:</w:t>
      </w:r>
      <w:r>
        <w:t xml:space="preserve"> Organisers noticed demand moved from 2X–4X tees to small–large sizes; many bears report a smaller waist but the same identity.</w:t>
      </w:r>
      <w:r/>
    </w:p>
    <w:p>
      <w:pPr>
        <w:pStyle w:val="ListBullet"/>
        <w:spacing w:line="240" w:lineRule="auto"/>
        <w:ind w:left="720"/>
      </w:pPr>
      <w:r/>
      <w:r>
        <w:rPr>
          <w:b/>
        </w:rPr>
        <w:t>Community resilience:</w:t>
      </w:r>
      <w:r>
        <w:t xml:space="preserve"> Long‑standing members say evolving bodies don’t erase belonging , the culture adapts with its people.</w:t>
      </w:r>
      <w:r/>
    </w:p>
    <w:p>
      <w:pPr>
        <w:pStyle w:val="ListBullet"/>
        <w:spacing w:line="240" w:lineRule="auto"/>
        <w:ind w:left="720"/>
      </w:pPr>
      <w:r/>
      <w:r>
        <w:rPr>
          <w:b/>
        </w:rPr>
        <w:t>Practical change:</w:t>
      </w:r>
      <w:r>
        <w:t xml:space="preserve"> Merch, safety policies and event planning are being updated to reflect different body sizes and new health conversations.</w:t>
      </w:r>
      <w:r/>
    </w:p>
    <w:p>
      <w:pPr>
        <w:pStyle w:val="ListBullet"/>
        <w:spacing w:line="240" w:lineRule="auto"/>
        <w:ind w:left="720"/>
      </w:pPr>
      <w:r/>
      <w:r>
        <w:rPr>
          <w:b/>
        </w:rPr>
        <w:t>Mood and aesthetics:</w:t>
      </w:r>
      <w:r>
        <w:t xml:space="preserve"> Some attendees feel surprised or nostalgic; others welcome the broader range of looks as part of the scene’s future.</w:t>
      </w:r>
      <w:r/>
      <w:r/>
    </w:p>
    <w:p>
      <w:pPr>
        <w:pStyle w:val="Heading2"/>
      </w:pPr>
      <w:r>
        <w:t>Why attendance is up even as sizes shift</w:t>
      </w:r>
      <w:r/>
    </w:p>
    <w:p>
      <w:r/>
      <w:r>
        <w:t>Provincetown Bear Week and Lazy Bear Week stayed packed, proving the community isn’t evaporating just because some people are losing weight. According to event leaders, more registration packages were sold this year than last, and organisers expected totals north of 30,000 in Provincetown. That tells you something simple: people still want to gather, party and belong.</w:t>
      </w:r>
      <w:r/>
    </w:p>
    <w:p>
      <w:r/>
      <w:r>
        <w:t>At the same time, the clothes told a different story. Merch that once leaned toward 2X and larger now needed more smalls and mediums, which is a tangible sign of change you can see and feel , lighter fabric at the merch table, different silhouettes at the bar. It’s a shift, not an end.</w:t>
      </w:r>
      <w:r/>
    </w:p>
    <w:p>
      <w:pPr>
        <w:pStyle w:val="Heading2"/>
      </w:pPr>
      <w:r>
        <w:t>What GLP‑1s really changed , and what they didn’t</w:t>
      </w:r>
      <w:r/>
    </w:p>
    <w:p>
      <w:r/>
      <w:r>
        <w:t>GLP‑1 medications have altered waistlines for some, but they haven’t erased the social bonds or the rituals that keep the scene alive. Organisers and older members point out that bodies have always changed within the community; people age, tastes evolve, and decades‑long members have cycled through being chasers, bears and admirers.</w:t>
      </w:r>
      <w:r/>
    </w:p>
    <w:p>
      <w:r/>
      <w:r>
        <w:t>That nuance matters because some reporting painted the meds as a culture‑killer. Event leaders pushed back, saying headlines that suggest the bear community is disappearing flatten a complicated reality. In practice, the drugs prompted conversation about health, image and desire rather than wholesale replacement of identity.</w:t>
      </w:r>
      <w:r/>
    </w:p>
    <w:p>
      <w:pPr>
        <w:pStyle w:val="Heading2"/>
      </w:pPr>
      <w:r>
        <w:t>How organisers and merch teams are adapting</w:t>
      </w:r>
      <w:r/>
    </w:p>
    <w:p>
      <w:r/>
      <w:r>
        <w:t>Practical adaptations are already underway. Organisers are recalibrating tee sizes, rethinking costume contests and updating safety measures to suit a wider array of bodies. When the shirts change from 4X to L, you need different packing lists, different stage logistics and even new seating plans.</w:t>
      </w:r>
      <w:r/>
    </w:p>
    <w:p>
      <w:r/>
      <w:r>
        <w:t>If you’re planning to go next year, check event sites for updated merch details and size charts. Smaller runs of larger sizes may still exist, but it pays to register early and order official gear quickly if you want a specific fit.</w:t>
      </w:r>
      <w:r/>
    </w:p>
    <w:p>
      <w:pPr>
        <w:pStyle w:val="Heading2"/>
      </w:pPr>
      <w:r>
        <w:t>What attendees are saying , nostalgia, curiosity and new barometers</w:t>
      </w:r>
      <w:r/>
    </w:p>
    <w:p>
      <w:r/>
      <w:r>
        <w:t>Voices from the scene mix admiration with wistfulness. Some veterans shrug , they’ve seen shapes and scenes morph over decades and say being a bear is about more than a number on the scale. Younger bears notice the “barometer” changing; what once read as huge feels different now, and people are re‑finding where they fit.</w:t>
      </w:r>
      <w:r/>
    </w:p>
    <w:p>
      <w:r/>
      <w:r>
        <w:t>That cultural recalibration can be awkward, sure, but it can also be freeing. For many, the draw of Bear Week is the people, the humour and the rituals , and those aren’t easily replaced by a pill or a headline.</w:t>
      </w:r>
      <w:r/>
    </w:p>
    <w:p>
      <w:pPr>
        <w:pStyle w:val="Heading2"/>
      </w:pPr>
      <w:r>
        <w:t>How to approach Bear Week if you’re curious or returning</w:t>
      </w:r>
      <w:r/>
    </w:p>
    <w:p>
      <w:r/>
      <w:r>
        <w:t>If you’re thinking of going, remember a few practical things. Check registration and merch sizing early, pack for both warm days and chilly nights, and expect a diversity of bodies and styles. Be curious, not prescriptive , ask, listen and enjoy the shows, panels and impromptu conversations.</w:t>
      </w:r>
      <w:r/>
    </w:p>
    <w:p>
      <w:r/>
      <w:r>
        <w:t>And if you’re a long‑time member feeling unsettled, try a small experiment: bring an old photo, swap stories with someone who’s been around, and you might find the familiar warmth still there, just with a different look.</w:t>
      </w:r>
      <w:r/>
    </w:p>
    <w:p>
      <w:r/>
      <w:r>
        <w:t>It's a small change that can make every gathering feel both new and comfortably, unmistakably bear.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12">
        <w:r>
          <w:rPr>
            <w:color w:val="0000EE"/>
            <w:u w:val="single"/>
          </w:rPr>
          <w:t>[6]</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https://www.them.us/culture/gay-bear-culture-ozempic-2677707696</w:t>
        </w:r>
      </w:hyperlink>
      <w:r>
        <w:t xml:space="preserve"> - Please view link - unable to able to access data</w:t>
      </w:r>
      <w:r/>
    </w:p>
    <w:p>
      <w:pPr>
        <w:pStyle w:val="ListNumber"/>
        <w:spacing w:line="240" w:lineRule="auto"/>
        <w:ind w:left="720"/>
      </w:pPr>
      <w:r/>
      <w:hyperlink r:id="rId9">
        <w:r>
          <w:rPr>
            <w:color w:val="0000EE"/>
            <w:u w:val="single"/>
          </w:rPr>
          <w:t>https://www.them.us/culture/gay-bear-culture-ozempic-2677707696</w:t>
        </w:r>
      </w:hyperlink>
      <w:r>
        <w:t xml:space="preserve"> - This article discusses the impact of GLP-1 weight-loss medications on the gay bear community. It highlights that while some members are using these drugs for weight loss, the community remains resilient and diverse. Richard Jones, creator of Bear World Magazine, emphasizes that being a bear is a state of mind, not solely defined by body size. The piece also critiques a New York Times article that suggested GLP-1 use could threaten the bear community, arguing that such reporting oversimplifies the issue.</w:t>
      </w:r>
      <w:r/>
    </w:p>
    <w:p>
      <w:pPr>
        <w:pStyle w:val="ListNumber"/>
        <w:spacing w:line="240" w:lineRule="auto"/>
        <w:ind w:left="720"/>
      </w:pPr>
      <w:r/>
      <w:hyperlink r:id="rId11">
        <w:r>
          <w:rPr>
            <w:color w:val="0000EE"/>
            <w:u w:val="single"/>
          </w:rPr>
          <w:t>https://www.boston.com/news/the-boston-globe/2024/07/31/bear-week-provincetown-cape-cod/</w:t>
        </w:r>
      </w:hyperlink>
      <w:r>
        <w:t xml:space="preserve"> - This article provides an overview of Provincetown's Bear Week, an annual festival celebrating large, gay men known as 'bears'. The event fosters inclusivity, community, and acceptance, attracting attendees from various backgrounds. It highlights the significance of Bear Week in providing a space where individuals can embrace their identities without judgment, contrasting with mainstream beauty standards.</w:t>
      </w:r>
      <w:r/>
    </w:p>
    <w:p>
      <w:pPr>
        <w:pStyle w:val="ListNumber"/>
        <w:spacing w:line="240" w:lineRule="auto"/>
        <w:ind w:left="720"/>
      </w:pPr>
      <w:r/>
      <w:hyperlink r:id="rId10">
        <w:r>
          <w:rPr>
            <w:color w:val="0000EE"/>
            <w:u w:val="single"/>
          </w:rPr>
          <w:t>https://bearworldmag.com/bear-tracks-provincetown-bear-week/</w:t>
        </w:r>
      </w:hyperlink>
      <w:r>
        <w:t xml:space="preserve"> - This piece offers insights into Provincetown's Bear Week, emphasizing its role in celebrating the bear community. It discusses the event's growth and the efforts of the Provincetown Bears, an all-volunteer group, in organizing and fundraising for the event. The article also touches upon the community's evolution over forty years, highlighting its core values and expanded diversity.</w:t>
      </w:r>
      <w:r/>
    </w:p>
    <w:p>
      <w:pPr>
        <w:pStyle w:val="ListNumber"/>
        <w:spacing w:line="240" w:lineRule="auto"/>
        <w:ind w:left="720"/>
      </w:pPr>
      <w:r/>
      <w:hyperlink r:id="rId13">
        <w:r>
          <w:rPr>
            <w:color w:val="0000EE"/>
            <w:u w:val="single"/>
          </w:rPr>
          <w:t>https://www.gaycities.com/articles/99744/check-out-the-hunky-and-hairy-men-of-bear-week-provincetown-2025/</w:t>
        </w:r>
      </w:hyperlink>
      <w:r>
        <w:t xml:space="preserve"> - This article showcases the vibrant atmosphere of Provincetown's Bear Week, highlighting the diverse and welcoming environment for attendees. It emphasizes the event's significance in providing a space where individuals can reconnect with chosen family and make new friends, celebrating the essence of the bear community.</w:t>
      </w:r>
      <w:r/>
    </w:p>
    <w:p>
      <w:pPr>
        <w:pStyle w:val="ListNumber"/>
        <w:spacing w:line="240" w:lineRule="auto"/>
        <w:ind w:left="720"/>
      </w:pPr>
      <w:r/>
      <w:hyperlink r:id="rId12">
        <w:r>
          <w:rPr>
            <w:color w:val="0000EE"/>
            <w:u w:val="single"/>
          </w:rPr>
          <w:t>https://bearworldmag.com/the-northeast-ursamen-bring-the-bears-out-of-hibernation-in-provincetown/</w:t>
        </w:r>
      </w:hyperlink>
      <w:r>
        <w:t xml:space="preserve"> - This article discusses the 'Out of Hibernation' event in Provincetown, organized by the Northeast Ursamen and other local groups. The event serves as a spring celebration for the bear community, featuring parties, contests, and games. It offers a more intimate and affordable experience compared to the larger Bear Week, encouraging attendees to enjoy Provincetown during a less crowded time.</w:t>
      </w:r>
      <w:r/>
    </w:p>
    <w:p>
      <w:pPr>
        <w:pStyle w:val="ListNumber"/>
        <w:spacing w:line="240" w:lineRule="auto"/>
        <w:ind w:left="720"/>
      </w:pPr>
      <w:r/>
      <w:hyperlink r:id="rId14">
        <w:r>
          <w:rPr>
            <w:color w:val="0000EE"/>
            <w:u w:val="single"/>
          </w:rPr>
          <w:t>https://www.gaycities.com/articles/75242/photos-provincetown-bear-week-2023/56/</w:t>
        </w:r>
      </w:hyperlink>
      <w:r>
        <w:t xml:space="preserve"> - This photo essay captures the essence of Provincetown's Bear Week, featuring images of bears, otters, and cubs enjoying various activities. The event is depicted as a vibrant celebration of the bear community, filled with live entertainment, dance nights, BBQs, and pool parties, highlighting the camaraderie and joy experienced by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culture/gay-bear-culture-ozempic-2677707696" TargetMode="External"/><Relationship Id="rId10" Type="http://schemas.openxmlformats.org/officeDocument/2006/relationships/hyperlink" Target="https://bearworldmag.com/bear-tracks-provincetown-bear-week/" TargetMode="External"/><Relationship Id="rId11" Type="http://schemas.openxmlformats.org/officeDocument/2006/relationships/hyperlink" Target="https://www.boston.com/news/the-boston-globe/2024/07/31/bear-week-provincetown-cape-cod/" TargetMode="External"/><Relationship Id="rId12" Type="http://schemas.openxmlformats.org/officeDocument/2006/relationships/hyperlink" Target="https://bearworldmag.com/the-northeast-ursamen-bring-the-bears-out-of-hibernation-in-provincetown/" TargetMode="External"/><Relationship Id="rId13" Type="http://schemas.openxmlformats.org/officeDocument/2006/relationships/hyperlink" Target="https://www.gaycities.com/articles/99744/check-out-the-hunky-and-hairy-men-of-bear-week-provincetown-2025/" TargetMode="External"/><Relationship Id="rId14" Type="http://schemas.openxmlformats.org/officeDocument/2006/relationships/hyperlink" Target="https://www.gaycities.com/articles/75242/photos-provincetown-bear-week-2023/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