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Aspen Gay Ski Week Guide: What to Expect and How to Prepare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packing their goggles and glitter for Aspen Gay Ski Week, a lively mix of skiing, nightlife and community that attracts guests from across the US and beyond; here’s a practical, experience-driven guide to getting there, staying safe at altitude, enjoying the parties and making the most of an expensive but unforgettable mountain week.</w:t>
      </w:r>
      <w:r/>
    </w:p>
    <w:p>
      <w:r/>
      <w:r>
        <w:t>Essential Takeaways</w:t>
      </w:r>
      <w:r/>
      <w:r/>
    </w:p>
    <w:p>
      <w:pPr>
        <w:pStyle w:val="ListBullet"/>
        <w:spacing w:line="240" w:lineRule="auto"/>
        <w:ind w:left="720"/>
      </w:pPr>
      <w:r/>
      <w:r>
        <w:rPr>
          <w:b/>
        </w:rPr>
        <w:t>Event longevity:</w:t>
      </w:r>
      <w:r>
        <w:t xml:space="preserve"> Aspen Gay Ski Week is a long-running, well-organised festival with a packed programme of après‑ski, parties and signature events. </w:t>
      </w:r>
      <w:r/>
    </w:p>
    <w:p>
      <w:pPr>
        <w:pStyle w:val="ListBullet"/>
        <w:spacing w:line="240" w:lineRule="auto"/>
        <w:ind w:left="720"/>
      </w:pPr>
      <w:r/>
      <w:r>
        <w:rPr>
          <w:b/>
        </w:rPr>
        <w:t>Travel tip:</w:t>
      </w:r>
      <w:r>
        <w:t xml:space="preserve"> Driving via Denver helps you acclimatise to altitude and offers a pleasant stopover with historic hotels and city dining. </w:t>
      </w:r>
      <w:r/>
    </w:p>
    <w:p>
      <w:pPr>
        <w:pStyle w:val="ListBullet"/>
        <w:spacing w:line="240" w:lineRule="auto"/>
        <w:ind w:left="720"/>
      </w:pPr>
      <w:r/>
      <w:r>
        <w:rPr>
          <w:b/>
        </w:rPr>
        <w:t>Weather warning:</w:t>
      </w:r>
      <w:r>
        <w:t xml:space="preserve"> Mountain conditions can change fast, be prepared for sudden snow and delays, especially around big events. </w:t>
      </w:r>
      <w:r/>
    </w:p>
    <w:p>
      <w:pPr>
        <w:pStyle w:val="ListBullet"/>
        <w:spacing w:line="240" w:lineRule="auto"/>
        <w:ind w:left="720"/>
      </w:pPr>
      <w:r/>
      <w:r>
        <w:rPr>
          <w:b/>
        </w:rPr>
        <w:t>Costs:</w:t>
      </w:r>
      <w:r>
        <w:t xml:space="preserve"> Aspen is pricey; expect higher restaurant and accommodation bills compared with typical ski towns. </w:t>
      </w:r>
      <w:r/>
    </w:p>
    <w:p>
      <w:pPr>
        <w:pStyle w:val="ListBullet"/>
        <w:spacing w:line="240" w:lineRule="auto"/>
        <w:ind w:left="720"/>
      </w:pPr>
      <w:r/>
      <w:r>
        <w:rPr>
          <w:b/>
        </w:rPr>
        <w:t>Safety first:</w:t>
      </w:r>
      <w:r>
        <w:t xml:space="preserve"> Hydration, sensible drinking and beginner ski lessons make the week far more enjoyable for newcomers.</w:t>
      </w:r>
      <w:r/>
      <w:r/>
    </w:p>
    <w:p>
      <w:pPr>
        <w:pStyle w:val="Heading2"/>
      </w:pPr>
      <w:r>
        <w:t>Why Aspen Gay Ski Week still feels magnetic</w:t>
      </w:r>
      <w:r/>
    </w:p>
    <w:p>
      <w:r/>
      <w:r>
        <w:t>If you want a festival that mixes proper mountain scenery with a strong LGBTQ+ party scene, Aspen Gay Ski Week delivers a slick, glossy version of both. The town’s compact streets and high‑alpine air create a crisp, cinematic backdrop, bright white snow, twinkling lights and designer shopfronts in historic façades. Expect big crowds at marquee events, a friendly, mixed crowd and DJs spinning late into cold nights.</w:t>
      </w:r>
      <w:r/>
    </w:p>
    <w:p>
      <w:r/>
      <w:r>
        <w:t>The festival has been running for decades and attracts people who return year after year, so you’ll often meet familiar faces, plus celebs who pop in for appearances. That history helps create rituals, downhill costume races, rooftop White Parties, and an energetic pool day, that feel reliably fun.</w:t>
      </w:r>
      <w:r/>
    </w:p>
    <w:p>
      <w:pPr>
        <w:pStyle w:val="Heading2"/>
      </w:pPr>
      <w:r>
        <w:t>Getting there: drive via Denver or fly direct?</w:t>
      </w:r>
      <w:r/>
    </w:p>
    <w:p>
      <w:r/>
      <w:r>
        <w:t>Take the Denver route if you can. The longer drive through the Rockies is scenic and, importantly, eases you into altitude changes. Spend a night in Denver to stretch your legs and reset; a historic hotel stay adds character and there’s decent food and nightlife to boot. Flying into Aspen is faster but you’ll arrive at altitude more abruptly, which can leave you breathless and less ready for parties or heavy exertion.</w:t>
      </w:r>
      <w:r/>
    </w:p>
    <w:p>
      <w:r/>
      <w:r>
        <w:t>Practical tip: if you drive, check road and weather reports before you set off, storms can suddenly close mountain passes and delay appearances or transport.</w:t>
      </w:r>
      <w:r/>
    </w:p>
    <w:p>
      <w:pPr>
        <w:pStyle w:val="Heading2"/>
      </w:pPr>
      <w:r>
        <w:t>Where to stay: central convenience versus budget trade-offs</w:t>
      </w:r>
      <w:r/>
    </w:p>
    <w:p>
      <w:r/>
      <w:r>
        <w:t>Staying in the town centre puts you within walking distance of lifts and main venues, which is ideal when daytime temperatures are single digits and you don’t want to faff with cars. Many festival-goers gravitate to hotels that host official events or give easy access to après-ski gatherings; these can be pricier but save time and taxi fares.</w:t>
      </w:r>
      <w:r/>
    </w:p>
    <w:p>
      <w:r/>
      <w:r>
        <w:t>If you’re watching your wallet, book early and consider smaller inns or rentals a few miles out, factor in shuttle times and the winter-driving realities. Hotels near the base often include breakfast and shuttle service, which adds value when every dollar seems to go further than you’d expect.</w:t>
      </w:r>
      <w:r/>
    </w:p>
    <w:p>
      <w:pPr>
        <w:pStyle w:val="Heading2"/>
      </w:pPr>
      <w:r>
        <w:t>Events to prioritise and what to expect on the slopes</w:t>
      </w:r>
      <w:r/>
    </w:p>
    <w:p>
      <w:r/>
      <w:r>
        <w:t>The Downhill Costume Competition is a festival highlight: teams knit together humour, daring and choreography for a very theatrical run. Even if you’re not skiing competitively, cheering from the base or attending the costume après is a must. The White Party at the summit is spectacular and surreal, gondola rides followed by Champagne, pulsing music and a sea of white outfits on the sundeck.</w:t>
      </w:r>
      <w:r/>
    </w:p>
    <w:p>
      <w:r/>
      <w:r>
        <w:t>Newcomers should book a lesson early. A patient instructor turns a clumsy morning into a confident afternoon, and private or small-group lessons are worth the cost if you’re nervous on skis.</w:t>
      </w:r>
      <w:r/>
    </w:p>
    <w:p>
      <w:pPr>
        <w:pStyle w:val="Heading2"/>
      </w:pPr>
      <w:r>
        <w:t>Practical safety and money tips</w:t>
      </w:r>
      <w:r/>
    </w:p>
    <w:p>
      <w:r/>
      <w:r>
        <w:t>Altitude dehydration makes drinks hit harder, so up your water intake and pace alcohol, one drink in the mountains feels like several back home. Pack layers, breathable base layers and a warm jacket; mountain weather flips fast, and a sudden snowstorm can make travel tricky.</w:t>
      </w:r>
      <w:r/>
    </w:p>
    <w:p>
      <w:r/>
      <w:r>
        <w:t>Budget-wise, assume meals and cocktails will run high. Look for lunch specials, casual cafés or communal breakfasts at your hotel to balance splurge dinners. Finally, keep an eye on festival schedules and local transport updates, big storms have been known to strand travellers until roads reopen.</w:t>
      </w:r>
      <w:r/>
    </w:p>
    <w:p>
      <w:r/>
      <w:r>
        <w:t>It's a small change that can make every moment at Gay Ski Week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https://focuslgbt.com/blog/pride-journey-throwback-aspen-gay-ski-week/</w:t>
        </w:r>
      </w:hyperlink>
      <w:r>
        <w:t xml:space="preserve"> - Please view link - unable to able to access data</w:t>
      </w:r>
      <w:r/>
    </w:p>
    <w:p>
      <w:pPr>
        <w:pStyle w:val="ListNumber"/>
        <w:spacing w:line="240" w:lineRule="auto"/>
        <w:ind w:left="720"/>
      </w:pPr>
      <w:r/>
      <w:hyperlink r:id="rId10">
        <w:r>
          <w:rPr>
            <w:color w:val="0000EE"/>
            <w:u w:val="single"/>
          </w:rPr>
          <w:t>https://gayskiweek.com/about-us/</w:t>
        </w:r>
      </w:hyperlink>
      <w:r>
        <w:t xml:space="preserve"> - Aspen Gay Ski Week (AGSW) is the oldest annual, week-long LGBTQ+ ski event in the United States. Held in Aspen, Colorado, it offers a unique vacation experience with four mountains of varied skiing and snowboarding terrain, as well as cross-country skiing, snowshoeing, and winter hiking trails. AGSW also features a full week of indoor events, including lunches, daily après ski, nightly dinners, dance parties, drag queen bingo, fashion boutique and gallery walks, comedy shows, and more.</w:t>
      </w:r>
      <w:r/>
    </w:p>
    <w:p>
      <w:pPr>
        <w:pStyle w:val="ListNumber"/>
        <w:spacing w:line="240" w:lineRule="auto"/>
        <w:ind w:left="720"/>
      </w:pPr>
      <w:r/>
      <w:hyperlink r:id="rId12">
        <w:r>
          <w:rPr>
            <w:color w:val="0000EE"/>
            <w:u w:val="single"/>
          </w:rPr>
          <w:t>https://www.theoxfordhotel.com/our-hotel/history</w:t>
        </w:r>
      </w:hyperlink>
      <w:r>
        <w:t xml:space="preserve"> - The Oxford Hotel, built in 1891, is Denver's oldest boutique hotel. Designed by early Denver architect Frank Edbrooke, it has been a significant part of the city's history. The hotel underwent a remodel in the 1930s, adopting an Art Deco style. Over the years, it has hosted numerous notable guests and events, reflecting Denver's rich cultural heritage.</w:t>
      </w:r>
      <w:r/>
    </w:p>
    <w:p>
      <w:pPr>
        <w:pStyle w:val="ListNumber"/>
        <w:spacing w:line="240" w:lineRule="auto"/>
        <w:ind w:left="720"/>
      </w:pPr>
      <w:r/>
      <w:hyperlink r:id="rId11">
        <w:r>
          <w:rPr>
            <w:color w:val="0000EE"/>
            <w:u w:val="single"/>
          </w:rPr>
          <w:t>https://www.denver7.com/news/local-news/an-1898-crime-and-the-ghost-story-that-followed-inside-denvers-haunted-oxford-hotel</w:t>
        </w:r>
      </w:hyperlink>
      <w:r>
        <w:t xml:space="preserve"> - The Oxford Hotel in Denver is renowned for its haunted history. In 1898, Florence Montague allegedly murdered her lover and then took her own life in Room 320. Since then, male guests who stay alone in this room have reported unsettling experiences, including sheets being ripped off the bed and unexplained physical sensations. The hotel's storied past adds to its allure and mystique.</w:t>
      </w:r>
      <w:r/>
    </w:p>
    <w:p>
      <w:pPr>
        <w:pStyle w:val="ListNumber"/>
        <w:spacing w:line="240" w:lineRule="auto"/>
        <w:ind w:left="720"/>
      </w:pPr>
      <w:r/>
      <w:hyperlink r:id="rId11">
        <w:r>
          <w:rPr>
            <w:color w:val="0000EE"/>
            <w:u w:val="single"/>
          </w:rPr>
          <w:t>https://www.denver7.com/news/local-news/an-1898-crime-and-the-ghost-story-that-followed-inside-denvers-haunted-oxford-hotel</w:t>
        </w:r>
      </w:hyperlink>
      <w:r>
        <w:t xml:space="preserve"> - The Oxford Hotel in Denver is renowned for its haunted history. In 1898, Florence Montague allegedly murdered her lover and then took her own life in Room 320. Since then, male guests who stay alone in this room have reported unsettling experiences, including sheets being ripped off the bed and unexplained physical sensations. The hotel's storied past adds to its allure and mystique.</w:t>
      </w:r>
      <w:r/>
    </w:p>
    <w:p>
      <w:pPr>
        <w:pStyle w:val="ListNumber"/>
        <w:spacing w:line="240" w:lineRule="auto"/>
        <w:ind w:left="720"/>
      </w:pPr>
      <w:r/>
      <w:hyperlink r:id="rId11">
        <w:r>
          <w:rPr>
            <w:color w:val="0000EE"/>
            <w:u w:val="single"/>
          </w:rPr>
          <w:t>https://www.denver7.com/news/local-news/an-1898-crime-and-the-ghost-story-that-followed-inside-denvers-haunted-oxford-hotel</w:t>
        </w:r>
      </w:hyperlink>
      <w:r>
        <w:t xml:space="preserve"> - The Oxford Hotel in Denver is renowned for its haunted history. In 1898, Florence Montague allegedly murdered her lover and then took her own life in Room 320. Since then, male guests who stay alone in this room have reported unsettling experiences, including sheets being ripped off the bed and unexplained physical sensations. The hotel's storied past adds to its allure and mystique.</w:t>
      </w:r>
      <w:r/>
    </w:p>
    <w:p>
      <w:pPr>
        <w:pStyle w:val="ListNumber"/>
        <w:spacing w:line="240" w:lineRule="auto"/>
        <w:ind w:left="720"/>
      </w:pPr>
      <w:r/>
      <w:hyperlink r:id="rId11">
        <w:r>
          <w:rPr>
            <w:color w:val="0000EE"/>
            <w:u w:val="single"/>
          </w:rPr>
          <w:t>https://www.denver7.com/news/local-news/an-1898-crime-and-the-ghost-story-that-followed-inside-denvers-haunted-oxford-hotel</w:t>
        </w:r>
      </w:hyperlink>
      <w:r>
        <w:t xml:space="preserve"> - The Oxford Hotel in Denver is renowned for its haunted history. In 1898, Florence Montague allegedly murdered her lover and then took her own life in Room 320. Since then, male guests who stay alone in this room have reported unsettling experiences, including sheets being ripped off the bed and unexplained physical sensations. The hotel's storied past adds to its allure and mystique.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cuslgbt.com/blog/pride-journey-throwback-aspen-gay-ski-week/" TargetMode="External"/><Relationship Id="rId10" Type="http://schemas.openxmlformats.org/officeDocument/2006/relationships/hyperlink" Target="https://gayskiweek.com/about-us/" TargetMode="External"/><Relationship Id="rId11" Type="http://schemas.openxmlformats.org/officeDocument/2006/relationships/hyperlink" Target="https://www.denver7.com/news/local-news/an-1898-crime-and-the-ghost-story-that-followed-inside-denvers-haunted-oxford-hotel" TargetMode="External"/><Relationship Id="rId12" Type="http://schemas.openxmlformats.org/officeDocument/2006/relationships/hyperlink" Target="https://www.theoxfordhotel.com/our-hotel/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