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 a Catholic school signalled LGBTQ+ inclusion: the Inclusive O explained</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fresh symbols of welcome , Bishop O’Dowd Catholic High School in Oakland swapped Pride flags for a rainbow‑washed logo to say LGBTQ+ students belong, sparking debate about representation, intent and whether a school‑branded symbol can carry the same warmth as the Pride flag.</w:t>
      </w:r>
      <w:r/>
    </w:p>
    <w:p>
      <w:r/>
      <w:r>
        <w:t>Essential takeaways</w:t>
      </w:r>
      <w:r/>
      <w:r/>
    </w:p>
    <w:p>
      <w:pPr>
        <w:pStyle w:val="ListBullet"/>
        <w:spacing w:line="240" w:lineRule="auto"/>
        <w:ind w:left="720"/>
      </w:pPr>
      <w:r/>
      <w:r>
        <w:rPr>
          <w:b/>
        </w:rPr>
        <w:t>What changed:</w:t>
      </w:r>
      <w:r>
        <w:t xml:space="preserve"> Bishop O’Dowd replaced classroom Pride and Progress flags with an “Inclusive O,” a rainbow watercolor version of its school logo.</w:t>
      </w:r>
      <w:r/>
    </w:p>
    <w:p>
      <w:pPr>
        <w:pStyle w:val="ListBullet"/>
        <w:spacing w:line="240" w:lineRule="auto"/>
        <w:ind w:left="720"/>
      </w:pPr>
      <w:r/>
      <w:r>
        <w:rPr>
          <w:b/>
        </w:rPr>
        <w:t>Why they did it:</w:t>
      </w:r>
      <w:r>
        <w:t xml:space="preserve"> School leaders say the move followed dialogue with students, staff, parents and community members to reduce division while affirming belonging.</w:t>
      </w:r>
      <w:r/>
    </w:p>
    <w:p>
      <w:pPr>
        <w:pStyle w:val="ListBullet"/>
        <w:spacing w:line="240" w:lineRule="auto"/>
        <w:ind w:left="720"/>
      </w:pPr>
      <w:r/>
      <w:r>
        <w:rPr>
          <w:b/>
        </w:rPr>
        <w:t>Look and feel:</w:t>
      </w:r>
      <w:r>
        <w:t xml:space="preserve"> The O uses smudged, impressionist rainbow tones rather than the neat stripes of a Pride flag , it’s recognisably the school’s mark, not an activist banner.</w:t>
      </w:r>
      <w:r/>
    </w:p>
    <w:p>
      <w:pPr>
        <w:pStyle w:val="ListBullet"/>
        <w:spacing w:line="240" w:lineRule="auto"/>
        <w:ind w:left="720"/>
      </w:pPr>
      <w:r/>
      <w:r>
        <w:rPr>
          <w:b/>
        </w:rPr>
        <w:t>Support measures remain:</w:t>
      </w:r>
      <w:r>
        <w:t xml:space="preserve"> Counselling, a Unity Club, Pride Arts Club and planned workshops and retreats continue as part of student support.</w:t>
      </w:r>
      <w:r/>
    </w:p>
    <w:p>
      <w:pPr>
        <w:pStyle w:val="ListBullet"/>
        <w:spacing w:line="240" w:lineRule="auto"/>
        <w:ind w:left="720"/>
      </w:pPr>
      <w:r/>
      <w:r>
        <w:rPr>
          <w:b/>
        </w:rPr>
        <w:t>Mixed reactions:</w:t>
      </w:r>
      <w:r>
        <w:t xml:space="preserve"> Alumni and some students worry the new logo dilutes visibility; advocates call it a pragmatic, positive compromise.</w:t>
      </w:r>
      <w:r/>
      <w:r/>
    </w:p>
    <w:p>
      <w:pPr>
        <w:pStyle w:val="Heading2"/>
      </w:pPr>
      <w:r>
        <w:t>Why an O got a rainbow makeover , and why it matters</w:t>
      </w:r>
      <w:r/>
    </w:p>
    <w:p>
      <w:r/>
      <w:r>
        <w:t>Here’s the headline: the rainbow didn’t vanish, it got a brand refresh. The Inclusive O keeps splashy colours on campus but wraps them in the school’s own identity, a move that feels visually softer , think watercolour rather than bold stripes , and practically safer for a community navigating church guidance. According to the school, the emblem grew out of months of conversation and prayer with staff, families and LGBTQ+ members, a process pitched as thoughtful rather than reactive.</w:t>
      </w:r>
      <w:r/>
    </w:p>
    <w:p>
      <w:r/>
      <w:r>
        <w:t>Context matters here. The Diocese reportedly asked for the Progress flags to be removed after they were noticed on campus, and the school then worked to find a visible but less provocative way to signal support. That tension , between universal symbols and institutionally controlled ones , is exactly what makes this more than a logo tweak.</w:t>
      </w:r>
      <w:r/>
    </w:p>
    <w:p>
      <w:r/>
      <w:r>
        <w:t>If you’re wondering why this feels important, remember: symbols are shorthand for safety. A Pride flag can be an immediate sign that someone thought about you before you walked through the door. Replacing it with a school‑created symbol shifts the message from “this is a community refuge” to “this is our school’s promise,” and that subtle switch has real emotional weight.</w:t>
      </w:r>
      <w:r/>
    </w:p>
    <w:p>
      <w:pPr>
        <w:pStyle w:val="Heading2"/>
      </w:pPr>
      <w:r>
        <w:t>How the school framed the decision , inclusion without division</w:t>
      </w:r>
      <w:r/>
    </w:p>
    <w:p>
      <w:r/>
      <w:r>
        <w:t>School president Kim Walsh explained the change as an effort to avoid letting a symbol become a source of division that weakens the school’s ability to care for students. The Inclusive O, she says, is “created by and for the O’Dowd community” and paired with the phrase seen. known. loved.</w:t>
      </w:r>
      <w:r/>
    </w:p>
    <w:p>
      <w:r/>
      <w:r>
        <w:t>That framing leans on stewardship: keep the rainbow, but control its use so it doesn’t escalate conflict within a Catholic setting. The administration insists support for LGBTQ+ students isn’t symbolic only; it points to counselling services, clubs and new plans like art workshops and an Inclusive Advisory Council. So for parents and students weighing the move, the substantive supports are the most important proof of intent, not just the colour on the wall.</w:t>
      </w:r>
      <w:r/>
    </w:p>
    <w:p>
      <w:r/>
      <w:r>
        <w:t>Still, intentions only go so far; visibility and recognisability are what many students say make them feel publicly affirmed. For some, a soft‑edged rainbow O simply doesn’t replace the blunt clarity of a Pride flag.</w:t>
      </w:r>
      <w:r/>
    </w:p>
    <w:p>
      <w:pPr>
        <w:pStyle w:val="Heading2"/>
      </w:pPr>
      <w:r>
        <w:t>Voices on both sides , alumni disappointment and advocates’ praise</w:t>
      </w:r>
      <w:r/>
    </w:p>
    <w:p>
      <w:r/>
      <w:r>
        <w:t>Not everybody greeted the Inclusive O with applause. Some alumni argued on social channels that ditching the Pride flag removes a visible token of representation, and on Reddit one post described the change as directly affecting LGBTQ+ students by removing pieces of representation. That critique is straightforward: a Pride flag doesn’t need explanation; its meaning is immediate and historically laden.</w:t>
      </w:r>
      <w:r/>
    </w:p>
    <w:p>
      <w:r/>
      <w:r>
        <w:t>On the other side, Francis DeBernardo of New Ways Ministry framed the decision as creative and positive, a way for Catholic schools to show support without fuelling wider disputes. That perspective highlights pragmatism , finding a signal that can be displayed campus‑wide without prompting diocesan pushback.</w:t>
      </w:r>
      <w:r/>
    </w:p>
    <w:p>
      <w:r/>
      <w:r>
        <w:t>Both reactions are valid. One side prioritises the cultural power of a globally recognised emblem, the other prioritises local harmony and institutional control. Which matters more depends on whether you value raw visibility or the steady work of policies and programmes.</w:t>
      </w:r>
      <w:r/>
    </w:p>
    <w:p>
      <w:pPr>
        <w:pStyle w:val="Heading2"/>
      </w:pPr>
      <w:r>
        <w:t>What students and families should watch for next</w:t>
      </w:r>
      <w:r/>
    </w:p>
    <w:p>
      <w:r/>
      <w:r>
        <w:t>A logo can start a conversation, but day‑to‑day practice will prove whether the school’s promise holds. Keep an eye on whether the Inclusive Advisory Council and expanded programmes actually increase resources and safe spaces for LGBTQ+ students. If the school pairs the symbol with concrete changes , more counsellors trained in LGBTQ+ issues, open events, and transparent policies , the O stands a better chance of meaning something real.</w:t>
      </w:r>
      <w:r/>
    </w:p>
    <w:p>
      <w:r/>
      <w:r>
        <w:t>If you care about representation, ask simple questions: will Pride month be visibly celebrated? Are staff trained to respond to bullying? Are alumni and student voices being heard in policy decisions? Those are the measures that turn a colourful mark into lived inclusion.</w:t>
      </w:r>
      <w:r/>
    </w:p>
    <w:p>
      <w:pPr>
        <w:pStyle w:val="Heading2"/>
      </w:pPr>
      <w:r>
        <w:t>What this says about symbols in schools , a bigger cultural moment</w:t>
      </w:r>
      <w:r/>
    </w:p>
    <w:p>
      <w:r/>
      <w:r>
        <w:t>This moment at Bishop O’Dowd taps into a larger debate about how faith institutions navigate inclusion while staying within doctrinal boundaries. Colleges, schools and churches across the country are experimenting with branded signs of welcome when official Pride symbols draw ecclesiastical concern. It’s a modern form of compromise: keep the colours, change the context.</w:t>
      </w:r>
      <w:r/>
    </w:p>
    <w:p>
      <w:r/>
      <w:r>
        <w:t>There’s no neat answer. For some students the Inclusive O will read as a kind hand extended; for others it will feel like a diplomatic detour around genuine visibility. Either way, the conversation it sparks is useful , because whether it’s a flag or an O, the test is what happens when students step inside.</w:t>
      </w:r>
      <w:r/>
    </w:p>
    <w:p>
      <w:r/>
      <w:r>
        <w:t>It’s a small change that can make every student feel seen , if it’s backed up by action.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[6]</w:t>
        </w:r>
      </w:hyperlink>
      <w:r>
        <w:t xml:space="preserve">- Paragraph 3: </w:t>
      </w:r>
      <w:hyperlink r:id="rId9">
        <w:r>
          <w:rPr>
            <w:color w:val="0000EE"/>
            <w:u w:val="single"/>
          </w:rPr>
          <w:t>[1]</w:t>
        </w:r>
      </w:hyperlink>
      <w:r>
        <w:t xml:space="preserve">, </w:t>
      </w:r>
      <w:hyperlink r:id="rId11">
        <w:r>
          <w:rPr>
            <w:color w:val="0000EE"/>
            <w:u w:val="single"/>
          </w:rPr>
          <w:t>[3]</w:t>
        </w:r>
      </w:hyperlink>
      <w:r>
        <w:t xml:space="preserve">- Paragraph 4: </w:t>
      </w:r>
      <w:hyperlink r:id="rId9">
        <w:r>
          <w:rPr>
            <w:color w:val="0000EE"/>
            <w:u w:val="single"/>
          </w:rPr>
          <w:t>[1]</w:t>
        </w:r>
      </w:hyperlink>
      <w:r>
        <w:t xml:space="preserve">, </w:t>
      </w:r>
      <w:hyperlink r:id="rId13">
        <w:r>
          <w:rPr>
            <w:color w:val="0000EE"/>
            <w:u w:val="single"/>
          </w:rPr>
          <w:t>[4]</w:t>
        </w:r>
      </w:hyperlink>
      <w:r>
        <w:t xml:space="preserve">- Paragraph 5: </w:t>
      </w:r>
      <w:hyperlink r:id="rId9">
        <w:r>
          <w:rPr>
            <w:color w:val="0000EE"/>
            <w:u w:val="single"/>
          </w:rPr>
          <w:t>[1]</w:t>
        </w:r>
      </w:hyperlink>
      <w:r>
        <w:t xml:space="preserve">, </w:t>
      </w:r>
      <w:hyperlink r:id="rId14">
        <w:r>
          <w:rPr>
            <w:color w:val="0000EE"/>
            <w:u w:val="single"/>
          </w:rPr>
          <w:t>[7]</w:t>
        </w:r>
      </w:hyperlink>
      <w:r>
        <w:t xml:space="preserve">- Paragraph 6: </w:t>
      </w:r>
      <w:hyperlink r:id="rId9">
        <w:r>
          <w:rPr>
            <w:color w:val="0000EE"/>
            <w:u w:val="single"/>
          </w:rPr>
          <w:t>[1]</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https://instinctmagazine.com/lgbtq-students-rainbow-symbol/</w:t>
        </w:r>
      </w:hyperlink>
      <w:r>
        <w:t xml:space="preserve"> - Please view link - unable to able to access data</w:t>
      </w:r>
      <w:r/>
    </w:p>
    <w:p>
      <w:pPr>
        <w:pStyle w:val="ListNumber"/>
        <w:spacing w:line="240" w:lineRule="auto"/>
        <w:ind w:left="720"/>
      </w:pPr>
      <w:r/>
      <w:hyperlink r:id="rId10">
        <w:r>
          <w:rPr>
            <w:color w:val="0000EE"/>
            <w:u w:val="single"/>
          </w:rPr>
          <w:t>https://www.bishopodowd.org/</w:t>
        </w:r>
      </w:hyperlink>
      <w:r>
        <w:t xml:space="preserve"> - Bishop O'Dowd High School is a Catholic, co-educational, college preparatory institution in Oakland, California. The school is guided by the teachings of Jesus Christ and aims to educate a diverse student body to build a more just, joyful, and sustainable world. Their mission is rooted in Catholic heritage, emphasizing values such as faith, community, and character. The school offers a broad array of unique courses in Humanities, STEM, Religious Studies, Language and Culture Studies, and Visual and Performing Arts. The student body represents a rich diversity of races, ethnicities, religions, socio-economic backgrounds, traditions, cultures, learning styles, family compositions, and geographies. The school is committed to creating a culture of belonging and promoting equity so that all students may thrive. The campus spans 20 acres and includes a nationally recognized Center for Environmental Studies and a hillside Living Lab. The school offers 33 Advanced Placement (AP) and Honors classes across various subjects. As of the 2026–2027 school year, tuition is $28,380, with 30% of students receiving financial aid. The school is fully accredited by the Western Catholic Education Association and the Western Association of Schools and Colleges. The address is 9500 Stearns Ave, Oakland, CA 94605. Phone: (510) 577-9100. Fax: (510) 638-3259. Summer Front Office Hours: 9am - 2pm. Information: email.</w:t>
      </w:r>
      <w:r/>
    </w:p>
    <w:p>
      <w:pPr>
        <w:pStyle w:val="ListNumber"/>
        <w:spacing w:line="240" w:lineRule="auto"/>
        <w:ind w:left="720"/>
      </w:pPr>
      <w:r/>
      <w:hyperlink r:id="rId11">
        <w:r>
          <w:rPr>
            <w:color w:val="0000EE"/>
            <w:u w:val="single"/>
          </w:rPr>
          <w:t>https://www.bishopodowd.org/equity-and-belonging</w:t>
        </w:r>
      </w:hyperlink>
      <w:r>
        <w:t xml:space="preserve"> - Bishop O'Dowd High School's Equity &amp; Belonging initiative focuses on creating a culture that honors and celebrates the dignity of every human being. The school's charism, "Finding God in All Things," compels them to envision community in diversity. They recognize the inherent dignity of all humans and strive to understand and respond to the real-world experiences of their community. The mission is to treat each other as Jesus would—with love and compassion. The student body represents a rich diversity of races, ethnicities, religions, socio-economic backgrounds, traditions, cultures, learning styles, family compositions, and geographies. The school offers student cultural and affinity groups, with 60% students of color, 15 cultural identity clubs, and 50% faculty of color.</w:t>
      </w:r>
      <w:r/>
    </w:p>
    <w:p>
      <w:pPr>
        <w:pStyle w:val="ListNumber"/>
        <w:spacing w:line="240" w:lineRule="auto"/>
        <w:ind w:left="720"/>
      </w:pPr>
      <w:r/>
      <w:hyperlink r:id="rId13">
        <w:r>
          <w:rPr>
            <w:color w:val="0000EE"/>
            <w:u w:val="single"/>
          </w:rPr>
          <w:t>https://www.bishopodowd.org/community-faith</w:t>
        </w:r>
      </w:hyperlink>
      <w:r>
        <w:t xml:space="preserve"> - Bishop O'Dowd High School's Community &amp; Faith program is deeply grounded in the Catholic faith, uniting a diverse student body in the values of love, justice, and peace. The program includes joyful Masses, faith celebrations, inspiring retreats, and a long tradition of engaged service learning. These opportunities allow students of all religious and cultural backgrounds to contribute to making O'Dowd a place of belonging for everyone and to use their voices to build a more equitable, connected world. The student-led Campus Ministry Team guides the community to explore all dimensions of the Catholic faith, shaping morning prayer, liturgies, and Masses that reflect on Gospel values and foster compassionate relationships. Students also organize social justice assemblies and giving drives to help the O'Dowd community act in solidarity with vulnerable populations and protect the planet.</w:t>
      </w:r>
      <w:r/>
    </w:p>
    <w:p>
      <w:pPr>
        <w:pStyle w:val="ListNumber"/>
        <w:spacing w:line="240" w:lineRule="auto"/>
        <w:ind w:left="720"/>
      </w:pPr>
      <w:r/>
      <w:hyperlink r:id="rId15">
        <w:r>
          <w:rPr>
            <w:color w:val="0000EE"/>
            <w:u w:val="single"/>
          </w:rPr>
          <w:t>https://www.bishopodowd.org/about/studying</w:t>
        </w:r>
      </w:hyperlink>
      <w:r>
        <w:t xml:space="preserve"> - Bishop O'Dowd High School offers a holistic academic program that nurtures the whole student. Faculty and staff partner with families to support students in discovering their best selves and unlocking their potential and aspirations. The school offers a broad array of unique courses in Humanities, STEM, Religious Studies, Language and Culture Studies, and Visual and Performing Arts. The student body comes from over 100 regional schools and over 20 zip codes in Oakland, Berkeley, San Leandro, and beyond. The school is a multi-racial, multi-ethnic community, with many students who grew up in the Catholic faith and just as many from different religious and cultural backgrounds. The school celebrates unique identities and finds deep purpose in shared values. The campus spans 20 acres and includes a 4-acre Living Lab. The student-to-teacher ratio is 14:1, with an average class size of 26. The school offers 37 AP and Honors courses.</w:t>
      </w:r>
      <w:r/>
    </w:p>
    <w:p>
      <w:pPr>
        <w:pStyle w:val="ListNumber"/>
        <w:spacing w:line="240" w:lineRule="auto"/>
        <w:ind w:left="720"/>
      </w:pPr>
      <w:r/>
      <w:hyperlink r:id="rId12">
        <w:r>
          <w:rPr>
            <w:color w:val="0000EE"/>
            <w:u w:val="single"/>
          </w:rPr>
          <w:t>https://www.bishopodowd.org/mission-and-values</w:t>
        </w:r>
      </w:hyperlink>
      <w:r>
        <w:t xml:space="preserve"> - Bishop O'Dowd High School is a Catholic college-preparatory community, guided by the teachings of Jesus Christ, that educates a diverse student body to build a more just, joyful, and sustainable world. The educational mission is rooted in Catholic heritage, emphasizing values such as faith, community, and character. The school's charism includes "Finding God in All Things," "Community in Diversity," "Strength of Character," "Academic Excellence," "Kinship with Creation," "Social Justice," and "Joy." A "charism" is a gift of the Holy Spirit and a set of spiritually inspired core values.</w:t>
      </w:r>
      <w:r/>
    </w:p>
    <w:p>
      <w:pPr>
        <w:pStyle w:val="ListNumber"/>
        <w:spacing w:line="240" w:lineRule="auto"/>
        <w:ind w:left="720"/>
      </w:pPr>
      <w:r/>
      <w:hyperlink r:id="rId14">
        <w:r>
          <w:rPr>
            <w:color w:val="0000EE"/>
            <w:u w:val="single"/>
          </w:rPr>
          <w:t>https://www.cbsnews.com/sanfrancisco/news/bishop-odowd-high-school-teacher-one-of-three-let-go-over-morality-contract/</w:t>
        </w:r>
      </w:hyperlink>
      <w:r>
        <w:t xml:space="preserve"> - In 2014, Bishop O'Dowd High School terminated the employment of English teacher Kathleen Purcell after she refused to comply with a morality clause set out by the Diocese of Oakland. The contract required all teachers to conform their lives to the Catholic Church's teachings, including its positions on marriage, sexuality, and reproductive technology. Purcell chose not to sign the contract and was subsequently let go. The incident sparked protests and criticism from parents and alumni, who argued the clause conflicted with the school's mission of diversity and inclusion.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instinctmagazine.com/lgbtq-students-rainbow-symbol/" TargetMode="External"/><Relationship Id="rId10" Type="http://schemas.openxmlformats.org/officeDocument/2006/relationships/hyperlink" Target="https://www.bishopodowd.org/" TargetMode="External"/><Relationship Id="rId11" Type="http://schemas.openxmlformats.org/officeDocument/2006/relationships/hyperlink" Target="https://www.bishopodowd.org/equity-and-belonging" TargetMode="External"/><Relationship Id="rId12" Type="http://schemas.openxmlformats.org/officeDocument/2006/relationships/hyperlink" Target="https://www.bishopodowd.org/mission-and-values" TargetMode="External"/><Relationship Id="rId13" Type="http://schemas.openxmlformats.org/officeDocument/2006/relationships/hyperlink" Target="https://www.bishopodowd.org/community-faith" TargetMode="External"/><Relationship Id="rId14" Type="http://schemas.openxmlformats.org/officeDocument/2006/relationships/hyperlink" Target="https://www.cbsnews.com/sanfrancisco/news/bishop-odowd-high-school-teacher-one-of-three-let-go-over-morality-contract/" TargetMode="External"/><Relationship Id="rId15" Type="http://schemas.openxmlformats.org/officeDocument/2006/relationships/hyperlink" Target="https://www.bishopodowd.org/about/study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