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Tommy Fleming Interview: Why His Coming Out Still Resonates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tuning into a candid new interview as Tommy Fleming speaks publicly about life after coming out, a leaked WhatsApp voice note and the end of his 20-year marriage , a moment that matters to fans, the Irish music scene and conversations about privacy and mental health.</w:t>
      </w:r>
      <w:r/>
    </w:p>
    <w:p>
      <w:r/>
      <w:r>
        <w:t>Essential Takeaways</w:t>
      </w:r>
      <w:r/>
      <w:r/>
    </w:p>
    <w:p>
      <w:pPr>
        <w:pStyle w:val="ListBullet"/>
        <w:spacing w:line="240" w:lineRule="auto"/>
        <w:ind w:left="720"/>
      </w:pPr>
      <w:r/>
      <w:r>
        <w:rPr>
          <w:b/>
        </w:rPr>
        <w:t>First TV interview:</w:t>
      </w:r>
      <w:r>
        <w:t xml:space="preserve"> Tommy Fleming gives his first televised account of coming out and the fallout since the leaked audio surfaced.</w:t>
      </w:r>
      <w:r/>
    </w:p>
    <w:p>
      <w:pPr>
        <w:pStyle w:val="ListBullet"/>
        <w:spacing w:line="240" w:lineRule="auto"/>
        <w:ind w:left="720"/>
      </w:pPr>
      <w:r/>
      <w:r>
        <w:rPr>
          <w:b/>
        </w:rPr>
        <w:t>Emotional toll:</w:t>
      </w:r>
      <w:r>
        <w:t xml:space="preserve"> He describes feeling hopeless, drained and deeply sad after the recording spread and his marriage ended.</w:t>
      </w:r>
      <w:r/>
    </w:p>
    <w:p>
      <w:pPr>
        <w:pStyle w:val="ListBullet"/>
        <w:spacing w:line="240" w:lineRule="auto"/>
        <w:ind w:left="720"/>
      </w:pPr>
      <w:r/>
      <w:r>
        <w:rPr>
          <w:b/>
        </w:rPr>
        <w:t>Public reaction:</w:t>
      </w:r>
      <w:r>
        <w:t xml:space="preserve"> The recording amplified attention quickly, prompting a Garda inquiry and intense media scrutiny.</w:t>
      </w:r>
      <w:r/>
    </w:p>
    <w:p>
      <w:pPr>
        <w:pStyle w:val="ListBullet"/>
        <w:spacing w:line="240" w:lineRule="auto"/>
        <w:ind w:left="720"/>
      </w:pPr>
      <w:r/>
      <w:r>
        <w:rPr>
          <w:b/>
        </w:rPr>
        <w:t>New perspective:</w:t>
      </w:r>
      <w:r>
        <w:t xml:space="preserve"> Fleming says being open about his sexuality feels like living more honestly, despite the personal cost.</w:t>
      </w:r>
      <w:r/>
    </w:p>
    <w:p>
      <w:pPr>
        <w:pStyle w:val="ListBullet"/>
        <w:spacing w:line="240" w:lineRule="auto"/>
        <w:ind w:left="720"/>
      </w:pPr>
      <w:r/>
      <w:r>
        <w:rPr>
          <w:b/>
        </w:rPr>
        <w:t>Where to watch:</w:t>
      </w:r>
      <w:r>
        <w:t xml:space="preserve"> The interview airs on Unfiltered with Lucy Kennedy on Virgin Media Play and Virgin Media One, and will be available as a podcast.</w:t>
      </w:r>
      <w:r/>
      <w:r/>
    </w:p>
    <w:p>
      <w:pPr>
        <w:pStyle w:val="Heading2"/>
      </w:pPr>
      <w:r>
        <w:t>Why this interview cuts through the usual celeb noise</w:t>
      </w:r>
      <w:r/>
    </w:p>
    <w:p>
      <w:r/>
      <w:r>
        <w:t>Tommy Fleming’s voice , usually associated with stirring ballads and packed concert halls , landed somewhere very different this year: trapped inside a leaked WhatsApp message that suddenly made a private moment public. The emotional texture of the interview is immediate; you can almost feel the air going out of the room as he describes that first sick, helpless moment. Audiences respond to candour, and this is as candid as it gets.</w:t>
      </w:r>
      <w:r/>
    </w:p>
    <w:p>
      <w:r/>
      <w:r>
        <w:t>According to coverage in national outlets, the leak forced a faster reckoning than Fleming might otherwise have chosen, and Gardaí confirmed they were looking into how the recording was shared. That mix of personal pain and legal fallout gives the interview an edge beyond celebrity drama , it’s also about boundaries, consent and what we expect from public figures.</w:t>
      </w:r>
      <w:r/>
    </w:p>
    <w:p>
      <w:pPr>
        <w:pStyle w:val="Heading2"/>
      </w:pPr>
      <w:r>
        <w:t>The marriage breakdown and the journey to truth</w:t>
      </w:r>
      <w:r/>
    </w:p>
    <w:p>
      <w:r/>
      <w:r>
        <w:t>Fleming’s separation from his wife after 20 years together was widely reported, and his decision to come out followed in the public eye. In interviews with national papers and broadcast outlets he’s been open about the marriage ending and how long he’d felt unhappy before speaking out. There’s a bleak honesty in saying the experience has been “very sad,” but there’s also a softer, hopeful note: living truthfully, even if it arrives late, can be a form of relief.</w:t>
      </w:r>
      <w:r/>
    </w:p>
    <w:p>
      <w:r/>
      <w:r>
        <w:t>For fans and friends, this has been a sudden and raw narrative shift. Coverage across Irish and international outlets shows a mix of sympathy and curiosity, while industry voices note the courage it takes for someone so well known in a small country to live more openly.</w:t>
      </w:r>
      <w:r/>
    </w:p>
    <w:p>
      <w:pPr>
        <w:pStyle w:val="Heading2"/>
      </w:pPr>
      <w:r>
        <w:t>What the leak and reaction reveal about privacy in the digital age</w:t>
      </w:r>
      <w:r/>
    </w:p>
    <w:p>
      <w:r/>
      <w:r>
        <w:t>A private voice note becoming a viral item shows how fragile digital privacy can be. The speed at which the message spread left Fleming and his inner circle scrambling, while the Gardaí investigation points to a wider concern: private exchanges can have real-world consequences when amplified. Journalists and commentators have flagged that the incident raises questions about responsibility , both for those who share intimate material and for media outlets that report it.</w:t>
      </w:r>
      <w:r/>
    </w:p>
    <w:p>
      <w:r/>
      <w:r>
        <w:t>If you’re worried about similar situations, practical steps matter: check WhatsApp privacy settings, be cautious about forwarding sensitive messages, and consider legal advice if private material is shared without consent. This case is a reminder that technology can expose people in ways we don’t fully control.</w:t>
      </w:r>
      <w:r/>
    </w:p>
    <w:p>
      <w:pPr>
        <w:pStyle w:val="Heading2"/>
      </w:pPr>
      <w:r>
        <w:t>How fans and the music industry are responding</w:t>
      </w:r>
      <w:r/>
    </w:p>
    <w:p>
      <w:r/>
      <w:r>
        <w:t>Reaction from the music community has been broadly supportive, with many colleagues and listeners acknowledging the bravery behind Fleming’s openness. Longtime fans are grappling with the personal news while still celebrating the singer’s catalogue, and promoters are watching how public sympathy and curiosity might shape future gigs.</w:t>
      </w:r>
      <w:r/>
    </w:p>
    <w:p>
      <w:r/>
      <w:r>
        <w:t>Industry coverage suggests that honesty can ultimately strengthen an artist’s bond with their audience. For Tommy, that might mean quieter, more intimate performances for a while, or a reframing of his public persona that honours both his music and his personal journey.</w:t>
      </w:r>
      <w:r/>
    </w:p>
    <w:p>
      <w:pPr>
        <w:pStyle w:val="Heading2"/>
      </w:pPr>
      <w:r>
        <w:t>How to watch and what to expect from the Unfiltered interview</w:t>
      </w:r>
      <w:r/>
    </w:p>
    <w:p>
      <w:r/>
      <w:r>
        <w:t>The conversation with Lucy Kennedy is framed as Fleming’s first television interview since the leak. Expect a reflective, unvarnished tone rather than headline-grabbing soundbites. The show will air on Virgin Media Play and Virgin Media One and will be released as a podcast, so you can choose the format that suits you.</w:t>
      </w:r>
      <w:r/>
    </w:p>
    <w:p>
      <w:r/>
      <w:r>
        <w:t>If you tune in, listen for the small human details , the pauses, the way he describes feeling drained , because they tell you more than any press statement. This isn’t just a celebrity revelation; it’s a personal reckoning played out in public.</w:t>
      </w:r>
      <w:r/>
    </w:p>
    <w:p>
      <w:r/>
      <w:r>
        <w:t>It's a small change that can make everyday conversation about privacy, identity and compassion a little more honest.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[4]</w:t>
        </w:r>
      </w:hyperlink>
      <w:r>
        <w:t xml:space="preserve">, </w:t>
      </w:r>
      <w:hyperlink r:id="rId11">
        <w:r>
          <w:rPr>
            <w:color w:val="0000EE"/>
            <w:u w:val="single"/>
          </w:rPr>
          <w:t>[7]</w:t>
        </w:r>
      </w:hyperlink>
      <w:r>
        <w:t xml:space="preserve">- Paragraph 3: </w:t>
      </w:r>
      <w:hyperlink r:id="rId13">
        <w:r>
          <w:rPr>
            <w:color w:val="0000EE"/>
            <w:u w:val="single"/>
          </w:rPr>
          <w:t>[3]</w:t>
        </w:r>
      </w:hyperlink>
      <w:r>
        <w:t xml:space="preserve">, </w:t>
      </w:r>
      <w:hyperlink r:id="rId14">
        <w:r>
          <w:rPr>
            <w:color w:val="0000EE"/>
            <w:u w:val="single"/>
          </w:rPr>
          <w:t>[5]</w:t>
        </w:r>
      </w:hyperlink>
      <w:r>
        <w:t xml:space="preserve">- Paragraph 4: </w:t>
      </w:r>
      <w:hyperlink r:id="rId15">
        <w:r>
          <w:rPr>
            <w:color w:val="0000EE"/>
            <w:u w:val="single"/>
          </w:rPr>
          <w:t>[6]</w:t>
        </w:r>
      </w:hyperlink>
      <w:r>
        <w:t xml:space="preserve">, </w:t>
      </w:r>
      <w:hyperlink r:id="rId12">
        <w:r>
          <w:rPr>
            <w:color w:val="0000EE"/>
            <w:u w:val="single"/>
          </w:rPr>
          <w:t>[4]</w:t>
        </w:r>
      </w:hyperlink>
      <w:r>
        <w:t xml:space="preserve">- Paragraph 5: </w:t>
      </w:r>
      <w:hyperlink r:id="rId11">
        <w:r>
          <w:rPr>
            <w:color w:val="0000EE"/>
            <w:u w:val="single"/>
          </w:rPr>
          <w:t>[7]</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https://www.rsvplive.ie/news/celebs/tommy-fleming-felt-hopeless-after-37550784</w:t>
        </w:r>
      </w:hyperlink>
      <w:r>
        <w:t xml:space="preserve"> - Please view link - unable to able to access data</w:t>
      </w:r>
      <w:r/>
    </w:p>
    <w:p>
      <w:pPr>
        <w:pStyle w:val="ListNumber"/>
        <w:spacing w:line="240" w:lineRule="auto"/>
        <w:ind w:left="720"/>
      </w:pPr>
      <w:r/>
      <w:hyperlink r:id="rId10">
        <w:r>
          <w:rPr>
            <w:color w:val="0000EE"/>
            <w:u w:val="single"/>
          </w:rPr>
          <w:t>https://www.lgbtqnation.com/2026/05/irish-singer-tommy-fleming-comes-out-im-finally-living-my-truth/</w:t>
        </w:r>
      </w:hyperlink>
      <w:r>
        <w:t xml:space="preserve"> - Irish singer Tommy Fleming has publicly come out as gay, revealing he had been 'living a lie' for most of his life. In an interview with Ciara Kelly on Newstalk's The Hard Shoulder, Fleming discussed the breakdown of his marriage to Tina Mitchell after 20 years together. He expressed remorse for any hurt caused to his family and emphasized his desire to live authentically. Fleming also addressed a leaked audio recording of a private conversation, stating that his 'hand was forced' to come out due to the leak. He highlighted the challenges of concealing his sexuality in a conservative environment and the toll it took on his mental health. Fleming's revelation has been met with support from fans and the LGBTQ+ community, marking a significant moment in his personal and professional life.</w:t>
      </w:r>
      <w:r/>
    </w:p>
    <w:p>
      <w:pPr>
        <w:pStyle w:val="ListNumber"/>
        <w:spacing w:line="240" w:lineRule="auto"/>
        <w:ind w:left="720"/>
      </w:pPr>
      <w:r/>
      <w:hyperlink r:id="rId13">
        <w:r>
          <w:rPr>
            <w:color w:val="0000EE"/>
            <w:u w:val="single"/>
          </w:rPr>
          <w:t>https://www.irishtimes.com/culture/music/2026/05/15/tommy-fleming-comes-out-as-gay-in-interview-discussing-marriage-breakdown/</w:t>
        </w:r>
      </w:hyperlink>
      <w:r>
        <w:t xml:space="preserve"> - Tommy Fleming, the Sligo-born singer, has publicly come out as gay in an interview where he discussed the breakdown of his near 20-year marriage. Fleming expressed regret for hurting those he loved after being 'forced' to come out due to a leaked recording. He revealed that he had been 'living a lie' for most of his life and was now ready to change that. Fleming also addressed his mental health struggles, including a suicide attempt last year, and emphasized the importance of living authentically. The interview sheds light on the personal challenges Fleming faced and his journey towards self-acceptance.</w:t>
      </w:r>
      <w:r/>
    </w:p>
    <w:p>
      <w:pPr>
        <w:pStyle w:val="ListNumber"/>
        <w:spacing w:line="240" w:lineRule="auto"/>
        <w:ind w:left="720"/>
      </w:pPr>
      <w:r/>
      <w:hyperlink r:id="rId12">
        <w:r>
          <w:rPr>
            <w:color w:val="0000EE"/>
            <w:u w:val="single"/>
          </w:rPr>
          <w:t>https://www.standard.co.uk/showbiz/celebrity-news/press-association-b1282524.html</w:t>
        </w:r>
      </w:hyperlink>
      <w:r>
        <w:t xml:space="preserve"> - Irish singer Tommy Fleming has revealed he is gay after years of 'living a lie'. In an interview, Fleming expressed remorse for any hurt caused to his family and emphasized his desire to 'set the record straight'. The interview followed the emergence of a heated voice note recording involving Fleming on social media. Fleming discussed the breakdown of his marriage to Tina Mitchell after 20 years together and addressed the challenges of concealing his sexuality in a conservative environment. He highlighted the toll it took on his mental health and the importance of living authentically.</w:t>
      </w:r>
      <w:r/>
    </w:p>
    <w:p>
      <w:pPr>
        <w:pStyle w:val="ListNumber"/>
        <w:spacing w:line="240" w:lineRule="auto"/>
        <w:ind w:left="720"/>
      </w:pPr>
      <w:r/>
      <w:hyperlink r:id="rId14">
        <w:r>
          <w:rPr>
            <w:color w:val="0000EE"/>
            <w:u w:val="single"/>
          </w:rPr>
          <w:t>https://www.classichits.ie/news/music-news/ive-been-living-a-lie-tommy-fleming-comes-out-as-gay-after-marriage-break-up/</w:t>
        </w:r>
      </w:hyperlink>
      <w:r>
        <w:t xml:space="preserve"> - Irish folk singer Tommy Fleming has publicly come out as gay, admitting he has been 'living a lie'. In a recent interview, Fleming opened up about the breakdown of his marriage and his past struggles with substance abuse. He discussed a private conversation between himself, his wife Tina, and their stepdaughter that went viral after being leaked online. Fleming expressed remorse for any hurt caused to his family and emphasized his desire to live authentically. The interview sheds light on the personal challenges Fleming faced and his journey towards self-acceptance.</w:t>
      </w:r>
      <w:r/>
    </w:p>
    <w:p>
      <w:pPr>
        <w:pStyle w:val="ListNumber"/>
        <w:spacing w:line="240" w:lineRule="auto"/>
        <w:ind w:left="720"/>
      </w:pPr>
      <w:r/>
      <w:hyperlink r:id="rId15">
        <w:r>
          <w:rPr>
            <w:color w:val="0000EE"/>
            <w:u w:val="single"/>
          </w:rPr>
          <w:t>https://evoke.ie/2026/05/19/entertainment/celebrity/tommy-fleming-first-gig-gay</w:t>
        </w:r>
      </w:hyperlink>
      <w:r>
        <w:t xml:space="preserve"> - Tommy Fleming's fans showed overwhelming support at his first gig after coming out as gay. The folk singer received the 'longest introduction cheer' he'd ever had on stage at the Riverbank Arts Theatre in Newbridge, Co Kildare. Fleming's supporters appear to be standing firmly behind him following his revelation and the end of his 20-year marriage to Tina Mitchell. The event marked a significant moment in Fleming's personal and professional life, highlighting the positive reception from his audience.</w:t>
      </w:r>
      <w:r/>
    </w:p>
    <w:p>
      <w:pPr>
        <w:pStyle w:val="ListNumber"/>
        <w:spacing w:line="240" w:lineRule="auto"/>
        <w:ind w:left="720"/>
      </w:pPr>
      <w:r/>
      <w:hyperlink r:id="rId11">
        <w:r>
          <w:rPr>
            <w:color w:val="0000EE"/>
            <w:u w:val="single"/>
          </w:rPr>
          <w:t>https://goss.ie/showbiz/tommy-fleming-comes-out-as-gay-as-he-addresses-leaked-private-conversation-for-the-first-time-466219</w:t>
        </w:r>
      </w:hyperlink>
      <w:r>
        <w:t xml:space="preserve"> - Tommy Fleming has come out as gay and addressed his leaked private conversation for the first time. Last week, Fleming's wife Tina Mitchell, who was also his manager, announced their split after 20 years of marriage. A few days later, it was revealed that Gardaí are investigating the leaking of an audio recording of a personal conversation involving the entertainer. In an interview on Newstalk's The Hard Shoulder, Fleming discussed his decision to come out and the impact of the leaked recording on his life.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rsvplive.ie/news/celebs/tommy-fleming-felt-hopeless-after-37550784" TargetMode="External"/><Relationship Id="rId10" Type="http://schemas.openxmlformats.org/officeDocument/2006/relationships/hyperlink" Target="https://www.lgbtqnation.com/2026/05/irish-singer-tommy-fleming-comes-out-im-finally-living-my-truth/" TargetMode="External"/><Relationship Id="rId11" Type="http://schemas.openxmlformats.org/officeDocument/2006/relationships/hyperlink" Target="https://goss.ie/showbiz/tommy-fleming-comes-out-as-gay-as-he-addresses-leaked-private-conversation-for-the-first-time-466219" TargetMode="External"/><Relationship Id="rId12" Type="http://schemas.openxmlformats.org/officeDocument/2006/relationships/hyperlink" Target="https://www.standard.co.uk/showbiz/celebrity-news/press-association-b1282524.html" TargetMode="External"/><Relationship Id="rId13" Type="http://schemas.openxmlformats.org/officeDocument/2006/relationships/hyperlink" Target="https://www.irishtimes.com/culture/music/2026/05/15/tommy-fleming-comes-out-as-gay-in-interview-discussing-marriage-breakdown/" TargetMode="External"/><Relationship Id="rId14" Type="http://schemas.openxmlformats.org/officeDocument/2006/relationships/hyperlink" Target="https://www.classichits.ie/news/music-news/ive-been-living-a-lie-tommy-fleming-comes-out-as-gay-after-marriage-break-up/" TargetMode="External"/><Relationship Id="rId15" Type="http://schemas.openxmlformats.org/officeDocument/2006/relationships/hyperlink" Target="https://evoke.ie/2026/05/19/entertainment/celebrity/tommy-fleming-first-gig-g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