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Parties in Queenstown This September: Winter Pride Alternatives and Events Guide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fun and fans of snow are heading south despite Winter Pride pausing for 2026; Queenstown’s queer community has curated a weekend of parties, drag and social sessions from 4–6 September that’ll keep the town humming. Here’s what to pack, where to go and why these independently run events matter.</w:t>
      </w:r>
      <w:r/>
    </w:p>
    <w:p>
      <w:r/>
      <w:r>
        <w:t>Essential Takeaways</w:t>
      </w:r>
      <w:r/>
      <w:r/>
    </w:p>
    <w:p>
      <w:pPr>
        <w:pStyle w:val="ListBullet"/>
        <w:spacing w:line="240" w:lineRule="auto"/>
        <w:ind w:left="720"/>
      </w:pPr>
      <w:r/>
      <w:r>
        <w:rPr>
          <w:b/>
        </w:rPr>
        <w:t>When and where:</w:t>
      </w:r>
      <w:r>
        <w:t xml:space="preserve"> Events run from Friday 4 to Sunday 6 September across central Queenstown venues, including The London, Queenstown Wharf Bar, Rhino’s and SODA.</w:t>
      </w:r>
      <w:r/>
    </w:p>
    <w:p>
      <w:pPr>
        <w:pStyle w:val="ListBullet"/>
        <w:spacing w:line="240" w:lineRule="auto"/>
        <w:ind w:left="720"/>
      </w:pPr>
      <w:r/>
      <w:r>
        <w:rPr>
          <w:b/>
        </w:rPr>
        <w:t>Party styles:</w:t>
      </w:r>
      <w:r>
        <w:t xml:space="preserve"> From an R18 underwear night to an all-gender waterfront dance, the weekend mixes adult-only playfulness and inclusive community parties.</w:t>
      </w:r>
      <w:r/>
    </w:p>
    <w:p>
      <w:pPr>
        <w:pStyle w:val="ListBullet"/>
        <w:spacing w:line="240" w:lineRule="auto"/>
        <w:ind w:left="720"/>
      </w:pPr>
      <w:r/>
      <w:r>
        <w:rPr>
          <w:b/>
        </w:rPr>
        <w:t>Free and ticketed options:</w:t>
      </w:r>
      <w:r>
        <w:t xml:space="preserve"> Some events offer free entry before a set time, while others are ticketed , check organisers for start times and door policies.</w:t>
      </w:r>
      <w:r/>
    </w:p>
    <w:p>
      <w:pPr>
        <w:pStyle w:val="ListBullet"/>
        <w:spacing w:line="240" w:lineRule="auto"/>
        <w:ind w:left="720"/>
      </w:pPr>
      <w:r/>
      <w:r>
        <w:rPr>
          <w:b/>
        </w:rPr>
        <w:t>Vibe cues:</w:t>
      </w:r>
      <w:r>
        <w:t xml:space="preserve"> Expect loud DJs, drag-hosted lunches, late-night dancing until the early hours, and cosy daytime recovery meet-ups for community chatting.</w:t>
      </w:r>
      <w:r/>
    </w:p>
    <w:p>
      <w:pPr>
        <w:pStyle w:val="ListBullet"/>
        <w:spacing w:line="240" w:lineRule="auto"/>
        <w:ind w:left="720"/>
      </w:pPr>
      <w:r/>
      <w:r>
        <w:rPr>
          <w:b/>
        </w:rPr>
        <w:t>Practical note:</w:t>
      </w:r>
      <w:r>
        <w:t xml:space="preserve"> Bring warm layers for outdoor transfers, ID for R18 rooms, and a sense of adventure , the weekend is playful and welcoming.</w:t>
      </w:r>
      <w:r/>
      <w:r/>
    </w:p>
    <w:p>
      <w:pPr>
        <w:pStyle w:val="Heading2"/>
      </w:pPr>
      <w:r>
        <w:t>Why this weekend matters , community holds the party together</w:t>
      </w:r>
      <w:r/>
    </w:p>
    <w:p>
      <w:r/>
      <w:r>
        <w:t>Queenstown’s official Winter Pride festival is on hiatus this year, but that hasn’t dampened the community’s appetite for connection. Independent promoters and local venues pivoted quickly to keep queer-friendly gatherings on the calendar, so anyone who’s already booked travel won’t be left twiddling thumbs. The weekend reads as a patchwork of intimate and larger-scale events, the sort of thing that feels hand-made rather than corporate , and for many attendees, that’s a feature, not a bug.</w:t>
      </w:r>
      <w:r/>
    </w:p>
    <w:p>
      <w:pPr>
        <w:pStyle w:val="Heading2"/>
      </w:pPr>
      <w:r>
        <w:t>Friday night: underwear party for men attracted to men , what to expect</w:t>
      </w:r>
      <w:r/>
    </w:p>
    <w:p>
      <w:r/>
      <w:r>
        <w:t>The London hosts I’m Not Gay (This Year) But $20 Is $20, an R18 underwear party beginning at 9pm organised by Rehab and He-Skyn. It’s deliberately playful: you can turn up in designer briefs, a trusty jockstrap or something more improvised. Expect pulsing music, a relaxed but charged atmosphere and a crowd that’s there to flirt, dance and reconnect after the slopes. Practical tip: bring ID and a small bag for valuables , the vibe is fun and a little risqué, but basic event security still applies.</w:t>
      </w:r>
      <w:r/>
    </w:p>
    <w:p>
      <w:pPr>
        <w:pStyle w:val="Heading2"/>
      </w:pPr>
      <w:r>
        <w:t>Saturday night: inclusive dancing at Nooks &amp; Crannies on the wharf</w:t>
      </w:r>
      <w:r/>
    </w:p>
    <w:p>
      <w:r/>
      <w:r>
        <w:t>Rehab flips to inclusivity with Nooks &amp; Crannies at Queenstown Wharf Bar, also kicking off at 9pm. This one’s for the whole rainbow, welcoming all genders and sexual identities to a waterfront dance floor with DJs and drinks. The setting is scenic , the wharf’s lights and chill lake air add texture to late-night beats , so pack a light jacket for the walk between venues. If you’re choosing one party for a mixed group, this is the move: it’s designed to be celebratory and accessible.</w:t>
      </w:r>
      <w:r/>
    </w:p>
    <w:p>
      <w:pPr>
        <w:pStyle w:val="Heading2"/>
      </w:pPr>
      <w:r>
        <w:t>Frisky’s Big Chill Weekend , three events, different energies</w:t>
      </w:r>
      <w:r/>
    </w:p>
    <w:p>
      <w:r/>
      <w:r>
        <w:t>The Wellington Party Boys bring Frisky’s Big Chill to town with a small festival feel across Friday and Saturday. Highlights include a free-entry Come Together drinks slot at The Ballarat before 8pm on Friday, a drag-hosted Devil’s Long Lunch at SODA on Saturday afternoon, and a Winter Olympics Sportswear Party at Rhino’s running late into the night. Each event offers a different pace: social drinks, theatrical brunch energy, and a playful, sweaty dance floor. Tip: check door times for the free-entry windows and arrive early for the lunch if you want a seat.</w:t>
      </w:r>
      <w:r/>
    </w:p>
    <w:p>
      <w:pPr>
        <w:pStyle w:val="Heading2"/>
      </w:pPr>
      <w:r>
        <w:t>Sunday recovery and planning for 2027 , quieter but important</w:t>
      </w:r>
      <w:r/>
    </w:p>
    <w:p>
      <w:r/>
      <w:r>
        <w:t>The weekend closes with a community session on Sunday, a chance to swap stories, recover together and talk about the future of Winter Pride, expected back in 2027. These quieter meet-ups are where connections deepen , you might end up planning next year’s trip or volunteering for the festival’s return. If you’re travelling solo, make this your stop: it’s low-key, warm and a smart way to extend the weekend’s social energy without the late-night fatigue.</w:t>
      </w:r>
      <w:r/>
    </w:p>
    <w:p>
      <w:pPr>
        <w:pStyle w:val="Heading2"/>
      </w:pPr>
      <w:r>
        <w:t>How to prepare and make the most of it</w:t>
      </w:r>
      <w:r/>
    </w:p>
    <w:p>
      <w:r/>
      <w:r>
        <w:t>Pack layers for alpine nights, comfortable shoes for moving between venues, photo ID for R18 events, and a small cash float , some bars favour cards, but smaller pop-ups sometimes don’t. Plan a loose itinerary but leave room to follow friends or DJs you discover on the fly. Most importantly, bring respect and curiosity: these events are independently run by community people who’ve carved space for connection in a year when the main festival is resting.</w:t>
      </w:r>
      <w:r/>
    </w:p>
    <w:p>
      <w:r/>
      <w:r>
        <w:t>It’s a small change to the calendar, but these independently produced events keep the spirit alive , and they give you plenty of reasons to head to Queenstown this September.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[7]</w:t>
        </w:r>
      </w:hyperlink>
      <w:r>
        <w:t xml:space="preserve">- Paragraph 4: </w:t>
      </w:r>
      <w:hyperlink r:id="rId9">
        <w:r>
          <w:rPr>
            <w:color w:val="0000EE"/>
            <w:u w:val="single"/>
          </w:rPr>
          <w:t>[2]</w:t>
        </w:r>
      </w:hyperlink>
      <w:r>
        <w:t xml:space="preserve">, </w:t>
      </w:r>
      <w:hyperlink r:id="rId10">
        <w:r>
          <w:rPr>
            <w:color w:val="0000EE"/>
            <w:u w:val="single"/>
          </w:rPr>
          <w:t>[6]</w:t>
        </w:r>
      </w:hyperlink>
      <w:r>
        <w:t xml:space="preserve">- Paragraph 5: </w:t>
      </w:r>
      <w:hyperlink r:id="rId9">
        <w:r>
          <w:rPr>
            <w:color w:val="0000EE"/>
            <w:u w:val="single"/>
          </w:rPr>
          <w:t>[2]</w:t>
        </w:r>
      </w:hyperlink>
      <w:r>
        <w:t xml:space="preserve">, </w:t>
      </w:r>
      <w:hyperlink r:id="rId12">
        <w:r>
          <w:rPr>
            <w:color w:val="0000EE"/>
            <w:u w:val="single"/>
          </w:rPr>
          <w:t>[7]</w:t>
        </w:r>
      </w:hyperlink>
      <w:r>
        <w:t xml:space="preserve">- Paragraph 6: </w:t>
      </w:r>
      <w:hyperlink r:id="rId9">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https://gayexpress.co.nz/2026/08/queenstowns-big-queer-party-weekend/?utm_source=rss&amp;utm_medium=rss&amp;utm_campaign=queenstowns-big-queer-party-weekend</w:t>
        </w:r>
      </w:hyperlink>
      <w:r>
        <w:t xml:space="preserve"> - Please view link - unable to able to access data</w:t>
      </w:r>
      <w:r/>
    </w:p>
    <w:p>
      <w:pPr>
        <w:pStyle w:val="ListNumber"/>
        <w:spacing w:line="240" w:lineRule="auto"/>
        <w:ind w:left="720"/>
      </w:pPr>
      <w:r/>
      <w:hyperlink r:id="rId9">
        <w:r>
          <w:rPr>
            <w:color w:val="0000EE"/>
            <w:u w:val="single"/>
          </w:rPr>
          <w:t>https://gayexpress.co.nz/2026/08/queenstowns-big-queer-party-weekend/?utm_source=rss&amp;utm_medium=rss&amp;utm_campaign=queenstowns-big-queer-party-weekend</w:t>
        </w:r>
      </w:hyperlink>
      <w:r>
        <w:t xml:space="preserve"> - The article discusses Queenstown's annual Winter Pride festival taking a hiatus in 2026, but highlights independently produced LGBTQ+ events scheduled from 4 to 6 September. These include the 'I'm Not Gay (This Year) But $20 Is $20' underwear party at The London, 'Nooks &amp; Crannies' at Queenstown Wharf Bar, and Frisky's Big Chill Weekend events like Come Together Drinks, Devil’s Long Lunch, and the Winter Olympics Sportswear Party. The weekend concludes with a community session, emphasising the resilience of Queenstown's queer community despite the festival's pause.</w:t>
      </w:r>
      <w:r/>
    </w:p>
    <w:p>
      <w:pPr>
        <w:pStyle w:val="ListNumber"/>
        <w:spacing w:line="240" w:lineRule="auto"/>
        <w:ind w:left="720"/>
      </w:pPr>
      <w:r/>
      <w:hyperlink r:id="rId11">
        <w:r>
          <w:rPr>
            <w:color w:val="0000EE"/>
            <w:u w:val="single"/>
          </w:rPr>
          <w:t>https://queenstown.gaycities.com/events/1029992-winter-pride</w:t>
        </w:r>
      </w:hyperlink>
      <w:r>
        <w:t xml:space="preserve"> - This page provides details about the Winter Pride festival in Queenstown, scheduled from 28 August to 9 September 2026. It mentions the festival's reputation as the Southern Hemisphere's largest LGBTQ+ Pride event, featuring a variety of activities such as skiing, live shows, comedy, music, and bingo. The event is held annually in August, attracting a diverse crowd to celebrate LGBTQ+ culture and community.</w:t>
      </w:r>
      <w:r/>
    </w:p>
    <w:p>
      <w:pPr>
        <w:pStyle w:val="ListNumber"/>
        <w:spacing w:line="240" w:lineRule="auto"/>
        <w:ind w:left="720"/>
      </w:pPr>
      <w:r/>
      <w:hyperlink r:id="rId13">
        <w:r>
          <w:rPr>
            <w:color w:val="0000EE"/>
            <w:u w:val="single"/>
          </w:rPr>
          <w:t>https://www.gaytravel4u.nl/event/winter-pride-new-zealand/</w:t>
        </w:r>
      </w:hyperlink>
      <w:r>
        <w:t xml:space="preserve"> - The article outlines the Winter Pride festival in Queenstown, New Zealand, set for 28 August to 9 September 2026. It highlights key activities like skiing, snowboarding, white-water rafting, river surfing, 4WD and quad biking, canoeing, kayaking, rock climbing, abseiling, canyoning, comedy nights, and Pride Party Series. The festival is renowned for its vibrant atmosphere, catering to both adventure enthusiasts and party-goers, and is a popular annual event for LGBTQ+ travelers.</w:t>
      </w:r>
      <w:r/>
    </w:p>
    <w:p>
      <w:pPr>
        <w:pStyle w:val="ListNumber"/>
        <w:spacing w:line="240" w:lineRule="auto"/>
        <w:ind w:left="720"/>
      </w:pPr>
      <w:r/>
      <w:hyperlink r:id="rId14">
        <w:r>
          <w:rPr>
            <w:color w:val="0000EE"/>
            <w:u w:val="single"/>
          </w:rPr>
          <w:t>https://www.gaytravel4u.com/event/winter-pride-new-zealand/</w:t>
        </w:r>
      </w:hyperlink>
      <w:r>
        <w:t xml:space="preserve"> - This page details the Winter Pride festival in Queenstown, New Zealand, scheduled from 28 August to 9 September 2026. It lists activities such as skiing, snowboarding, white-water rafting, river surfing, 4WD and quad biking, canoeing, kayaking, rock climbing, abseiling, canyoning, comedy nights, and Pride Party Series. The festival is celebrated as the Southern Hemisphere's largest gay and lesbian winter festival, offering a blend of mountain adventures and vibrant parties.</w:t>
      </w:r>
      <w:r/>
    </w:p>
    <w:p>
      <w:pPr>
        <w:pStyle w:val="ListNumber"/>
        <w:spacing w:line="240" w:lineRule="auto"/>
        <w:ind w:left="720"/>
      </w:pPr>
      <w:r/>
      <w:hyperlink r:id="rId10">
        <w:r>
          <w:rPr>
            <w:color w:val="0000EE"/>
            <w:u w:val="single"/>
          </w:rPr>
          <w:t>https://www.queenstownnz.co.nz/stories/post/queenstown-winter-events-guide/</w:t>
        </w:r>
      </w:hyperlink>
      <w:r>
        <w:t xml:space="preserve"> - This guide provides information on winter events in Queenstown, including the Snow Machine Festival from 8 to 13 September 2026. The festival offers four days and three nights of music, snow, après, and adventure, with stages across Coronet Peak and The Remarkables. Attendees can enjoy skiing during the day and parties at night. The guide also mentions Winter Pride taking a break in 2026, with plans for a return in 2027, and highlights other local events and activities.</w:t>
      </w:r>
      <w:r/>
    </w:p>
    <w:p>
      <w:pPr>
        <w:pStyle w:val="ListNumber"/>
        <w:spacing w:line="240" w:lineRule="auto"/>
        <w:ind w:left="720"/>
      </w:pPr>
      <w:r/>
      <w:hyperlink r:id="rId12">
        <w:r>
          <w:rPr>
            <w:color w:val="0000EE"/>
            <w:u w:val="single"/>
          </w:rPr>
          <w:t>https://friskytheparty.co.nz/</w:t>
        </w:r>
      </w:hyperlink>
      <w:r>
        <w:t xml:space="preserve"> - Frisky is an event organiser in Queenstown, New Zealand, known for hosting LGBTQ+ parties and gatherings. Their website provides details about upcoming events, including the Come Together Drinks at Tommy's Margarita Bar on 4 September 2026, the Devil's Long Lunch at SODA on 5 September 2026, and the Winter Olympics Sportswear Party at Rhino’s on 5 September 2026. These events are part of Frisky's Big Chill Weekend, offering a range of activities for the queer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8/queenstowns-big-queer-party-weekend/?utm_source=rss&amp;utm_medium=rss&amp;utm_campaign=queenstowns-big-queer-party-weekend" TargetMode="External"/><Relationship Id="rId10" Type="http://schemas.openxmlformats.org/officeDocument/2006/relationships/hyperlink" Target="https://www.queenstownnz.co.nz/stories/post/queenstown-winter-events-guide/" TargetMode="External"/><Relationship Id="rId11" Type="http://schemas.openxmlformats.org/officeDocument/2006/relationships/hyperlink" Target="https://queenstown.gaycities.com/events/1029992-winter-pride" TargetMode="External"/><Relationship Id="rId12" Type="http://schemas.openxmlformats.org/officeDocument/2006/relationships/hyperlink" Target="https://friskytheparty.co.nz/" TargetMode="External"/><Relationship Id="rId13" Type="http://schemas.openxmlformats.org/officeDocument/2006/relationships/hyperlink" Target="https://www.gaytravel4u.nl/event/winter-pride-new-zealand/" TargetMode="External"/><Relationship Id="rId14" Type="http://schemas.openxmlformats.org/officeDocument/2006/relationships/hyperlink" Target="https://www.gaytravel4u.com/event/winter-pride-new-zeala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