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Halloween Traditions: Why Gay Culture Owns the Costume Night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the season: Halloween has quietly become the queerest holiday of the year, a chance for LGBTQ+ people in cities like Sydney to reclaim monsterhood, flaunt kink and creativity, and feel publicly seen , which matters when visibility has historically been punished and policed.</w:t>
      </w:r>
      <w:r/>
    </w:p>
    <w:p>
      <w:r/>
      <w:r>
        <w:t>Essential Takeaways</w:t>
      </w:r>
      <w:r/>
      <w:r/>
    </w:p>
    <w:p>
      <w:pPr>
        <w:pStyle w:val="ListBullet"/>
        <w:spacing w:line="240" w:lineRule="auto"/>
        <w:ind w:left="720"/>
      </w:pPr>
      <w:r/>
      <w:r>
        <w:rPr>
          <w:b/>
        </w:rPr>
        <w:t>Cultural heartbeat:</w:t>
      </w:r>
      <w:r>
        <w:t xml:space="preserve"> Halloween functions as a queer holiday where costumes double as permission to be camp, kinky or transgressive.</w:t>
      </w:r>
      <w:r/>
    </w:p>
    <w:p>
      <w:pPr>
        <w:pStyle w:val="ListBullet"/>
        <w:spacing w:line="240" w:lineRule="auto"/>
        <w:ind w:left="720"/>
      </w:pPr>
      <w:r/>
      <w:r>
        <w:rPr>
          <w:b/>
        </w:rPr>
        <w:t>Reclamation:</w:t>
      </w:r>
      <w:r>
        <w:t xml:space="preserve"> Many LGBTQ+ people identify with monsters , misunderstood, coded and demonised , and use Halloween to flip that script.</w:t>
      </w:r>
      <w:r/>
    </w:p>
    <w:p>
      <w:pPr>
        <w:pStyle w:val="ListBullet"/>
        <w:spacing w:line="240" w:lineRule="auto"/>
        <w:ind w:left="720"/>
      </w:pPr>
      <w:r/>
      <w:r>
        <w:rPr>
          <w:b/>
        </w:rPr>
        <w:t>Visibility matters:</w:t>
      </w:r>
      <w:r>
        <w:t xml:space="preserve"> Costumes let people perform identities safely in public spaces that might otherwise exclude them.</w:t>
      </w:r>
      <w:r/>
    </w:p>
    <w:p>
      <w:pPr>
        <w:pStyle w:val="ListBullet"/>
        <w:spacing w:line="240" w:lineRule="auto"/>
        <w:ind w:left="720"/>
      </w:pPr>
      <w:r/>
      <w:r>
        <w:rPr>
          <w:b/>
        </w:rPr>
        <w:t>Practical note:</w:t>
      </w:r>
      <w:r>
        <w:t xml:space="preserve"> Look for events that clearly state safety and consent rules; costume choices should match venue policies and personal comfort.</w:t>
      </w:r>
      <w:r/>
    </w:p>
    <w:p>
      <w:pPr>
        <w:pStyle w:val="ListBullet"/>
        <w:spacing w:line="240" w:lineRule="auto"/>
        <w:ind w:left="720"/>
      </w:pPr>
      <w:r/>
      <w:r>
        <w:rPr>
          <w:b/>
        </w:rPr>
        <w:t>Senses &amp; scene:</w:t>
      </w:r>
      <w:r>
        <w:t xml:space="preserve"> Expect loud music, bold makeup, leather and latex, with an atmosphere that’s celebratory, slightly dangerous and very, very theatrical.</w:t>
      </w:r>
      <w:r/>
      <w:r/>
    </w:p>
    <w:p>
      <w:pPr>
        <w:pStyle w:val="Heading2"/>
      </w:pPr>
      <w:r>
        <w:t>Why Halloween Feels More Queer Than Pride</w:t>
      </w:r>
      <w:r/>
    </w:p>
    <w:p>
      <w:r/>
      <w:r>
        <w:t>Think of Halloween as a night when the city’s neon gets darker and somehow more honest; it smells faintly of smoke, rubber and cheap glitter. For many queer people, the holiday isn’t just about dressing up, it’s about being allowed to be extreme without explanation. According to reporting in outlets like LGBTQ Nation and The Advocate, queer influence on Halloween goes back decades, shaping popular costumes and turning the night into a communal playground. That’s why, after Pride’s official parades and corporate sponsors, Halloween often feels more intimate , and more ours.</w:t>
      </w:r>
      <w:r/>
    </w:p>
    <w:p>
      <w:pPr>
        <w:pStyle w:val="Heading2"/>
      </w:pPr>
      <w:r>
        <w:t>Monsters, Myth and the Mirror</w:t>
      </w:r>
      <w:r/>
    </w:p>
    <w:p>
      <w:r/>
      <w:r>
        <w:t>There’s a long history of queer coding in monster fiction , Ursula, Dracula, queer-coded villains and outcasts , and that resonance isn’t accidental. Scholars and writers have long noted how queerness has been cast as “other,” so adopting the monster tropes becomes a deliberate reclamation. Writers and commentators from Her Campus to The Advocate have explored how this identification gives people a language to express shame, anger and power in one theatrical bite. Put simply, when the world called you monstrous, wearing those fangs becomes a way to smile back.</w:t>
      </w:r>
      <w:r/>
    </w:p>
    <w:p>
      <w:pPr>
        <w:pStyle w:val="Heading2"/>
      </w:pPr>
      <w:r>
        <w:t>Costume as Permission: Kink, Camp and Public Play</w:t>
      </w:r>
      <w:r/>
    </w:p>
    <w:p>
      <w:r/>
      <w:r>
        <w:t>For kink communities and drag performers, Halloween is a sanctioned space to bring private aesthetics into public. Leashes, leather, horns and latex become shorthand for a whole subculture that usually has to hide or code its signals. Coverage from them.us and LGBTQ Nation highlights how Halloween parties have historically allowed roles and dynamics to be enacted under the “costume” umbrella, offering a rare night of total authenticity. If you’re choosing a costume, think about venue rules and consent practices , big parties are liberating, but they also need clear boundaries.</w:t>
      </w:r>
      <w:r/>
    </w:p>
    <w:p>
      <w:pPr>
        <w:pStyle w:val="Heading2"/>
      </w:pPr>
      <w:r>
        <w:t>The City Ritual: Sydney’s Scene and the Cancellation Ripples</w:t>
      </w:r>
      <w:r/>
    </w:p>
    <w:p>
      <w:r/>
      <w:r>
        <w:t>When staple events are cancelled, as happened recently in Sydney, the impact is more than logistical , it’s emotional. For organisers and attendees, losing a beloved Halloween party feels like the loss of an annual rite. Reports from local outlets note that these gatherings serve as both social infrastructure and queer ritual. If you’ve lost a go-to event, look for smaller gatherings, pub nights or themed club nights; the spirit of Halloween in queer communities tends to adapt and resurface, often in more grassroots, resilient forms.</w:t>
      </w:r>
      <w:r/>
    </w:p>
    <w:p>
      <w:pPr>
        <w:pStyle w:val="Heading2"/>
      </w:pPr>
      <w:r>
        <w:t>How to Enjoy Halloween the Queer Way , Safely</w:t>
      </w:r>
      <w:r/>
    </w:p>
    <w:p>
      <w:r/>
      <w:r>
        <w:t>Want to lean into monsterhood without crossing lines? First, prioritise consent: clear eye contact, asking before touching and respecting ‘no’. Second, size your costume to the venue , some clubs ban props or weapons, even fake ones. Third, consider sensory comfort: latex and heavy makeup can be hot and claustrophobic, so plan breaks and a stash of water. Finally, support smaller queer-run events and businesses; your ticket money often sustains communities that keep these traditions alive.</w:t>
      </w:r>
      <w:r/>
    </w:p>
    <w:p>
      <w:r/>
      <w:r>
        <w:t>It's a small change that can make every costume night feel safer and more electric.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1">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https://www.starobserver.com.au/opinion/skimpy-costumes-are-activism-an-upset-gays-tribute-to-sydneys-cancelled-halloween-parties/243306</w:t>
        </w:r>
      </w:hyperlink>
      <w:r>
        <w:t xml:space="preserve"> - Please view link - unable to able to access data</w:t>
      </w:r>
      <w:r/>
    </w:p>
    <w:p>
      <w:pPr>
        <w:pStyle w:val="ListNumber"/>
        <w:spacing w:line="240" w:lineRule="auto"/>
        <w:ind w:left="720"/>
      </w:pPr>
      <w:r/>
      <w:hyperlink r:id="rId10">
        <w:r>
          <w:rPr>
            <w:color w:val="0000EE"/>
            <w:u w:val="single"/>
          </w:rPr>
          <w:t>https://www.lgbtqnation.com/2016/10/great-gay-holiday-celebration-halloweens-lgbtq-influence/</w:t>
        </w:r>
      </w:hyperlink>
      <w:r>
        <w:t xml:space="preserve"> - This article discusses Halloween's significance within the LGBTQ+ community, highlighting its role as an unofficial annual holiday. It traces the origins of Halloween to the ancient Celtic festival 'Samhain' and explores how the celebration's association with mystery, magic, and the supernatural has made it a platform for LGBTQ+ self-expression and identity.</w:t>
      </w:r>
      <w:r/>
    </w:p>
    <w:p>
      <w:pPr>
        <w:pStyle w:val="ListNumber"/>
        <w:spacing w:line="240" w:lineRule="auto"/>
        <w:ind w:left="720"/>
      </w:pPr>
      <w:r/>
      <w:hyperlink r:id="rId14">
        <w:r>
          <w:rPr>
            <w:color w:val="0000EE"/>
            <w:u w:val="single"/>
          </w:rPr>
          <w:t>https://www.them.us/story/queer-villain-costumes-halloween</w:t>
        </w:r>
      </w:hyperlink>
      <w:r>
        <w:t xml:space="preserve"> - This piece examines the trend of queer individuals embracing villainous costumes during Halloween. It highlights how characters like femme fatales and nonbinary beings from outer space are popular choices, reflecting a reclaiming of traditionally 'monstrous' figures by the LGBTQ+ community.</w:t>
      </w:r>
      <w:r/>
    </w:p>
    <w:p>
      <w:pPr>
        <w:pStyle w:val="ListNumber"/>
        <w:spacing w:line="240" w:lineRule="auto"/>
        <w:ind w:left="720"/>
      </w:pPr>
      <w:r/>
      <w:hyperlink r:id="rId11">
        <w:r>
          <w:rPr>
            <w:color w:val="0000EE"/>
            <w:u w:val="single"/>
          </w:rPr>
          <w:t>https://www.advocate.com/exclusives/2019/10/30/theres-reason-why-queer-folks-love-halloween-so-much</w:t>
        </w:r>
      </w:hyperlink>
      <w:r>
        <w:t xml:space="preserve"> - This article explores the deep connection between the LGBTQ+ community and Halloween, describing it as a celebration of self-expression and identity. It discusses how Halloween provides a space for queer individuals to express themselves in ways that society often deems inappropriate, highlighting the holiday's significance beyond mere festivities.</w:t>
      </w:r>
      <w:r/>
    </w:p>
    <w:p>
      <w:pPr>
        <w:pStyle w:val="ListNumber"/>
        <w:spacing w:line="240" w:lineRule="auto"/>
        <w:ind w:left="720"/>
      </w:pPr>
      <w:r/>
      <w:hyperlink r:id="rId15">
        <w:r>
          <w:rPr>
            <w:color w:val="0000EE"/>
            <w:u w:val="single"/>
          </w:rPr>
          <w:t>https://www.lgbtqnation.com/2018/10/popularity-halloween-america-due-gay-culture/</w:t>
        </w:r>
      </w:hyperlink>
      <w:r>
        <w:t xml:space="preserve"> - This article examines the influence of gay culture on the popularity of Halloween in America. It discusses how the LGBTQ+ community has embraced Halloween as a form of personal emancipation and self-expression, contributing to its widespread popularity.</w:t>
      </w:r>
      <w:r/>
    </w:p>
    <w:p>
      <w:pPr>
        <w:pStyle w:val="ListNumber"/>
        <w:spacing w:line="240" w:lineRule="auto"/>
        <w:ind w:left="720"/>
      </w:pPr>
      <w:r/>
      <w:hyperlink r:id="rId12">
        <w:r>
          <w:rPr>
            <w:color w:val="0000EE"/>
            <w:u w:val="single"/>
          </w:rPr>
          <w:t>https://www.hercampus.com/school/waseda/monsters-lgbtq-reclaiming-the-feared-and-averted/</w:t>
        </w:r>
      </w:hyperlink>
      <w:r>
        <w:t xml:space="preserve"> - This piece delves into the LGBTQ+ community's relationship with monsters, exploring how figures like Medusa have been reinterpreted as symbols of empowerment and self-defense. It discusses the reclamation of 'monstrous' identities by queer individuals as a form of resistance and self-affirmation.</w:t>
      </w:r>
      <w:r/>
    </w:p>
    <w:p>
      <w:pPr>
        <w:pStyle w:val="ListNumber"/>
        <w:spacing w:line="240" w:lineRule="auto"/>
        <w:ind w:left="720"/>
      </w:pPr>
      <w:r/>
      <w:hyperlink r:id="rId13">
        <w:r>
          <w:rPr>
            <w:color w:val="0000EE"/>
            <w:u w:val="single"/>
          </w:rPr>
          <w:t>https://www.lgbtqfresno.com/from-monster-to-mirror-how-queer-creators-are-reclaiming-horror/</w:t>
        </w:r>
      </w:hyperlink>
      <w:r>
        <w:t xml:space="preserve"> - This article discusses how queer creators are reclaiming the horror genre by using monstrous metaphors to articulate queer rage, trauma, and survival. It highlights the role of horror in reflecting societal anxieties and how queer individuals are reinterpreting these narratives to reflect their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opinion/skimpy-costumes-are-activism-an-upset-gays-tribute-to-sydneys-cancelled-halloween-parties/243306" TargetMode="External"/><Relationship Id="rId10" Type="http://schemas.openxmlformats.org/officeDocument/2006/relationships/hyperlink" Target="https://www.lgbtqnation.com/2016/10/great-gay-holiday-celebration-halloweens-lgbtq-influence/" TargetMode="External"/><Relationship Id="rId11" Type="http://schemas.openxmlformats.org/officeDocument/2006/relationships/hyperlink" Target="https://www.advocate.com/exclusives/2019/10/30/theres-reason-why-queer-folks-love-halloween-so-much" TargetMode="External"/><Relationship Id="rId12" Type="http://schemas.openxmlformats.org/officeDocument/2006/relationships/hyperlink" Target="https://www.hercampus.com/school/waseda/monsters-lgbtq-reclaiming-the-feared-and-averted/" TargetMode="External"/><Relationship Id="rId13" Type="http://schemas.openxmlformats.org/officeDocument/2006/relationships/hyperlink" Target="https://www.lgbtqfresno.com/from-monster-to-mirror-how-queer-creators-are-reclaiming-horror/" TargetMode="External"/><Relationship Id="rId14" Type="http://schemas.openxmlformats.org/officeDocument/2006/relationships/hyperlink" Target="https://www.them.us/story/queer-villain-costumes-halloween" TargetMode="External"/><Relationship Id="rId15" Type="http://schemas.openxmlformats.org/officeDocument/2006/relationships/hyperlink" Target="https://www.lgbtqnation.com/2018/10/popularity-halloween-america-due-gay-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