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Perthshire Pride Moments: How a Small City Made a Big Statement for LGBTQ+ Community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Celebrating vibrancy and solidarity, Perthshire Pride drew crowds to Perth’s North Inch for a colourful parade, live performances and a moving “Letters to My Younger Self” exhibition , a free, community-led celebration that highlighted belonging, resilience and the power of shared stories.</w:t>
      </w:r>
      <w:r/>
    </w:p>
    <w:p>
      <w:r/>
      <w:r>
        <w:t>Essential Takeaways</w:t>
      </w:r>
      <w:r/>
      <w:r/>
    </w:p>
    <w:p>
      <w:pPr>
        <w:pStyle w:val="ListBullet"/>
        <w:spacing w:line="240" w:lineRule="auto"/>
        <w:ind w:left="720"/>
      </w:pPr>
      <w:r/>
      <w:r>
        <w:rPr>
          <w:b/>
        </w:rPr>
        <w:t>Big turnout:</w:t>
      </w:r>
      <w:r>
        <w:t xml:space="preserve"> Streets and the North Inch were lively and packed, creating a joyful, buzzy atmosphere.</w:t>
      </w:r>
      <w:r/>
    </w:p>
    <w:p>
      <w:pPr>
        <w:pStyle w:val="ListBullet"/>
        <w:spacing w:line="240" w:lineRule="auto"/>
        <w:ind w:left="720"/>
      </w:pPr>
      <w:r/>
      <w:r>
        <w:rPr>
          <w:b/>
        </w:rPr>
        <w:t>Local talent:</w:t>
      </w:r>
      <w:r>
        <w:t xml:space="preserve"> A diverse lineup of local performers kept the day energetic and inclusive.</w:t>
      </w:r>
      <w:r/>
    </w:p>
    <w:p>
      <w:pPr>
        <w:pStyle w:val="ListBullet"/>
        <w:spacing w:line="240" w:lineRule="auto"/>
        <w:ind w:left="720"/>
      </w:pPr>
      <w:r/>
      <w:r>
        <w:rPr>
          <w:b/>
        </w:rPr>
        <w:t>Hands-on exhibit:</w:t>
      </w:r>
      <w:r>
        <w:t xml:space="preserve"> The “Letters to My Younger Self” installation filled the Theatre conservatory with personal, handwritten reflections.</w:t>
      </w:r>
      <w:r/>
    </w:p>
    <w:p>
      <w:pPr>
        <w:pStyle w:val="ListBullet"/>
        <w:spacing w:line="240" w:lineRule="auto"/>
        <w:ind w:left="720"/>
      </w:pPr>
      <w:r/>
      <w:r>
        <w:rPr>
          <w:b/>
        </w:rPr>
        <w:t>Community-led:</w:t>
      </w:r>
      <w:r>
        <w:t xml:space="preserve"> Volunteers and co-chairs organised the event, signalling grassroots strength and growing local support.</w:t>
      </w:r>
      <w:r/>
    </w:p>
    <w:p>
      <w:pPr>
        <w:pStyle w:val="ListBullet"/>
        <w:spacing w:line="240" w:lineRule="auto"/>
        <w:ind w:left="720"/>
      </w:pPr>
      <w:r/>
      <w:r>
        <w:rPr>
          <w:b/>
        </w:rPr>
        <w:t>Hopeful mood:</w:t>
      </w:r>
      <w:r>
        <w:t xml:space="preserve"> Themes of self-acceptance, belonging and resilience were central, making the event both celebratory and reflective.</w:t>
      </w:r>
      <w:r/>
      <w:r/>
    </w:p>
    <w:p>
      <w:pPr>
        <w:pStyle w:val="Heading2"/>
      </w:pPr>
      <w:r>
        <w:t>A jubilant march that felt both local and momentous</w:t>
      </w:r>
      <w:r/>
    </w:p>
    <w:p>
      <w:r/>
      <w:r>
        <w:t>There was a real hum to the city as Perth and District Pipe Band and Perthshire Brass led the procession through town, flags flying and people smiling. The sensory picture was immediate: the tapping of drums, bright colours and laughter threading through the crowd. Organisers say the turnout felt like proof that Pride here is no longer a niche moment but a city-wide celebration. If you’re choosing where to stand, pick a spot near the Ice Factory , you’ll catch the best of the daytime performances and the evening atmosphere.</w:t>
      </w:r>
      <w:r/>
    </w:p>
    <w:p>
      <w:pPr>
        <w:pStyle w:val="Heading2"/>
      </w:pPr>
      <w:r>
        <w:t>Letters that land: why the exhibition mattered</w:t>
      </w:r>
      <w:r/>
    </w:p>
    <w:p>
      <w:r/>
      <w:r>
        <w:t>The “Letters to My Younger Self” installation turned a conservatory into a patchwork of intimate stories and reassurance, each note clipped or hung so visitors could read, pause and reflect. The idea was to create a safe, empathetic space where people could leave messages of kindness and hope to their past selves. According to Perth Theatre’s initiative, contributions were invited from anyone in the community, and the result felt quietly powerful , personal, raw and often surprisingly funny. For other towns thinking of similar projects, keep it free, accessible and easy to contribute; that openness is what makes shared storytelling work.</w:t>
      </w:r>
      <w:r/>
    </w:p>
    <w:p>
      <w:pPr>
        <w:pStyle w:val="Heading2"/>
      </w:pPr>
      <w:r>
        <w:t>A showcase of local artists , from pop to spoken word</w:t>
      </w:r>
      <w:r/>
    </w:p>
    <w:p>
      <w:r/>
      <w:r>
        <w:t>The Pride programme read like a who’s-who of local energy, with acts ranging from Mrs C and CJ the Party Prince to Mx.Ollie.G and Atreus Star. Each performer brought something different , some cheeky, some soulful , and the crowd rewarded it with warmth and noise. Events like this show how vital it is to programme locally: people come to see their friends and neighbours, and those performers lift the whole day. If you’re booking for a community Pride, mix familiar names with emerging voices to keep the crowd engaged.</w:t>
      </w:r>
      <w:r/>
    </w:p>
    <w:p>
      <w:pPr>
        <w:pStyle w:val="Heading2"/>
      </w:pPr>
      <w:r>
        <w:t>Volunteers made it happen , and that’s a story worth noting</w:t>
      </w:r>
      <w:r/>
    </w:p>
    <w:p>
      <w:r/>
      <w:r>
        <w:t>Perthshire Pride’s organisers repeatedly thanked their volunteer team, and with good reason. Months of planning go into road closures, soundchecks, exhibitor spaces and safety marshals, and a smooth event often reflects that unseen labour. Co-chair Marysia Macfarlane described leading the march as one of her proudest moments, a reminder that community events are as much about the people behind the scenes as the crowd on the day. If you want to support next year, consider offering an hour or two , volunteer roles are a tangible way to help Pride grow.</w:t>
      </w:r>
      <w:r/>
    </w:p>
    <w:p>
      <w:pPr>
        <w:pStyle w:val="Heading2"/>
      </w:pPr>
      <w:r>
        <w:t>What this means for Perth and beyond</w:t>
      </w:r>
      <w:r/>
    </w:p>
    <w:p>
      <w:r/>
      <w:r>
        <w:t>The event felt like a signal: local visibility for LGBTQ+ people is increasing, and grassroots celebrations are consolidating. Perthshire Pride’s mix of celebration and reflection fits a wider trend where Pride festivals double as cultural showcases and platforms for mental-health and inclusion work. For residents and visitors, the practical takeaway is simple , show up, listen, and if you can, contribute a story or an hour of your time. That collective participation is what keeps these events meaningful.</w:t>
      </w:r>
      <w:r/>
    </w:p>
    <w:p>
      <w:r/>
      <w:r>
        <w:t>It's a small change that can make every celebration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https://www.dailyrecord.co.uk/news/local-news/perthshire-pride-organisers-hail-amazing-37548111</w:t>
        </w:r>
      </w:hyperlink>
      <w:r>
        <w:t xml:space="preserve"> - Please view link - unable to able to access data</w:t>
      </w:r>
      <w:r/>
    </w:p>
    <w:p>
      <w:pPr>
        <w:pStyle w:val="ListNumber"/>
        <w:spacing w:line="240" w:lineRule="auto"/>
        <w:ind w:left="720"/>
      </w:pPr>
      <w:r/>
      <w:hyperlink r:id="rId10">
        <w:r>
          <w:rPr>
            <w:color w:val="0000EE"/>
            <w:u w:val="single"/>
          </w:rPr>
          <w:t>https://www.attitude.co.uk/news/perth-theatre-lgbtq-letters-younger-self-new-exhibition-513662/</w:t>
        </w:r>
      </w:hyperlink>
      <w:r>
        <w:t xml:space="preserve"> - Perth Theatre has launched a new exhibition titled 'Letters to My Younger Self' as part of LGBTQ+ History Month. The initiative invites individuals to write letters offering kindness and hope to their younger selves, with the messages displayed throughout the theatre's conservatory. The project, created by Perthshire Pride co-chair Marysia Macfarlane, aims to foster empathy and pride within the LGBTQ+ community. The exhibition will remain at Perth Theatre until 13 March before moving to Perth Concert Hall on 8 August to coincide with Perthshire Pride celebrations later in the year.</w:t>
      </w:r>
      <w:r/>
    </w:p>
    <w:p>
      <w:pPr>
        <w:pStyle w:val="ListNumber"/>
        <w:spacing w:line="240" w:lineRule="auto"/>
        <w:ind w:left="720"/>
      </w:pPr>
      <w:r/>
      <w:hyperlink r:id="rId12">
        <w:r>
          <w:rPr>
            <w:color w:val="0000EE"/>
            <w:u w:val="single"/>
          </w:rPr>
          <w:t>https://www.perththeatreandconcerthall.com/news/lgbtqplus-community-invited-to-share-stories-of-hope-as-letters-to-my-younger-self-opens-in-perth-theatre/</w:t>
        </w:r>
      </w:hyperlink>
      <w:r>
        <w:t xml:space="preserve"> - Perth Theatre has opened a participatory exhibition titled 'Letters to My Younger Self' in its conservatory area. The free exhibition coincides with LGBTQ+ History Month and invites local people, theatre-goers, and members of the LGBTQ+ community to write letters offering kindness, reassurance, and hope to their younger selves. The messages will be suspended throughout the theatre's conservatory, gradually filling the space with handwritten reflections. The exhibition is an initiative by Marysia Macfarlane, co-chair of Perthshire Pride, with support from Star and Fiona Loudon Steele.</w:t>
      </w:r>
      <w:r/>
    </w:p>
    <w:p>
      <w:pPr>
        <w:pStyle w:val="ListNumber"/>
        <w:spacing w:line="240" w:lineRule="auto"/>
        <w:ind w:left="720"/>
      </w:pPr>
      <w:r/>
      <w:hyperlink r:id="rId11">
        <w:r>
          <w:rPr>
            <w:color w:val="0000EE"/>
            <w:u w:val="single"/>
          </w:rPr>
          <w:t>https://uk.news.yahoo.com/scottish-theatre-invites-lgbt-community-122941875.html</w:t>
        </w:r>
      </w:hyperlink>
      <w:r>
        <w:t xml:space="preserve"> - Perth Theatre has launched a new exhibition titled 'Letters to My Younger Self' as part of LGBTQ+ History Month. The exhibition invites visitors to write handwritten notes offering kindness, reassurance, and advice to their past selves, with the messages displayed throughout the venue's conservatory. The project was created by Perthshire Pride co-chair Marysia Macfarlane, with support from Star and Fiona Loudon Steele, and aims to create a platform for personal stories that are often unheard.</w:t>
      </w:r>
      <w:r/>
    </w:p>
    <w:p>
      <w:pPr>
        <w:pStyle w:val="ListNumber"/>
        <w:spacing w:line="240" w:lineRule="auto"/>
        <w:ind w:left="720"/>
      </w:pPr>
      <w:r/>
      <w:hyperlink r:id="rId15">
        <w:r>
          <w:rPr>
            <w:color w:val="0000EE"/>
            <w:u w:val="single"/>
          </w:rPr>
          <w:t>https://www.perthshire-rfc.co.uk/gannochy-pavilion-upgrade/</w:t>
        </w:r>
      </w:hyperlink>
      <w:r>
        <w:t xml:space="preserve"> - Perthshire Rugby Club, one of Scotland’s oldest and most respected clubs, stands at the heart of the country’s rugby heritage. With a proud tradition spanning centuries, the club embodies sportsmanship, pride, respect, and inclusion—values that run deep through every player and member. With over 500 players, from the youngest Eaglets to a thriving women’s and girls’ section, the club has continued to grow and evolve. However, with expansion comes the need for improved facilities, ensuring the club can support its players at every level and continue to serve the wider community.</w:t>
      </w:r>
      <w:r/>
    </w:p>
    <w:p>
      <w:pPr>
        <w:pStyle w:val="ListNumber"/>
        <w:spacing w:line="240" w:lineRule="auto"/>
        <w:ind w:left="720"/>
      </w:pPr>
      <w:r/>
      <w:hyperlink r:id="rId13">
        <w:r>
          <w:rPr>
            <w:color w:val="0000EE"/>
            <w:u w:val="single"/>
          </w:rPr>
          <w:t>https://www.stirlingpride.co.uk/</w:t>
        </w:r>
      </w:hyperlink>
      <w:r>
        <w:t xml:space="preserve"> - Stirling Pride is the first major Pride event in Stirling, with over 7,000 people attending in 2024. This increased to 8,000 in 2025 and 1,100 on their first Pride March. They aim to continue this success and encourage support through becoming a Friend of Stirling Pride, attending events, or sponsoring them. Stirling Pride will return to the City Centre on 29th August 2026, with additional events happening in the meantime. They also collaborate with Perthshire Pride on the 'Letters To My Younger Self' project.</w:t>
      </w:r>
      <w:r/>
    </w:p>
    <w:p>
      <w:pPr>
        <w:pStyle w:val="ListNumber"/>
        <w:spacing w:line="240" w:lineRule="auto"/>
        <w:ind w:left="720"/>
      </w:pPr>
      <w:r/>
      <w:hyperlink r:id="rId14">
        <w:r>
          <w:rPr>
            <w:color w:val="0000EE"/>
            <w:u w:val="single"/>
          </w:rPr>
          <w:t>https://lgbt.scot/2023-pride-dates/</w:t>
        </w:r>
      </w:hyperlink>
      <w:r>
        <w:t xml:space="preserve"> - LGBT Scotland has compiled a list of Pride events across Scotland for 2023, including dates and locations. The list is updated regularly as organisers announce dates. The events range from mini Prides in various towns to major city-wide celebrations, providing opportunities for communities to come together and celebrate LGBTQ+ pride and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record.co.uk/news/local-news/perthshire-pride-organisers-hail-amazing-37548111" TargetMode="External"/><Relationship Id="rId10" Type="http://schemas.openxmlformats.org/officeDocument/2006/relationships/hyperlink" Target="https://www.attitude.co.uk/news/perth-theatre-lgbtq-letters-younger-self-new-exhibition-513662/" TargetMode="External"/><Relationship Id="rId11" Type="http://schemas.openxmlformats.org/officeDocument/2006/relationships/hyperlink" Target="https://uk.news.yahoo.com/scottish-theatre-invites-lgbt-community-122941875.html" TargetMode="External"/><Relationship Id="rId12" Type="http://schemas.openxmlformats.org/officeDocument/2006/relationships/hyperlink" Target="https://www.perththeatreandconcerthall.com/news/lgbtqplus-community-invited-to-share-stories-of-hope-as-letters-to-my-younger-self-opens-in-perth-theatre/" TargetMode="External"/><Relationship Id="rId13" Type="http://schemas.openxmlformats.org/officeDocument/2006/relationships/hyperlink" Target="https://www.stirlingpride.co.uk/" TargetMode="External"/><Relationship Id="rId14" Type="http://schemas.openxmlformats.org/officeDocument/2006/relationships/hyperlink" Target="https://lgbt.scot/2023-pride-dates/" TargetMode="External"/><Relationship Id="rId15" Type="http://schemas.openxmlformats.org/officeDocument/2006/relationships/hyperlink" Target="https://www.perthshire-rfc.co.uk/gannochy-pavilion-upg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