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Oakland Pride 2026 Guide: Dates, Headliners and What to Expect at Frank Ogawa Plaza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revelers are already planning their weekend , Oakland Pride moves up to Sunday, Aug. 16, bringing a parade, four stages of live music and family-friendly zones to Frank Ogawa Plaza; it matters because tickets fund the Oakland LGBTQ Center and the festival doubles as a public, political celebration.</w:t>
      </w:r>
      <w:r/>
    </w:p>
    <w:p>
      <w:r/>
      <w:r>
        <w:t>Essential Takeaways</w:t>
      </w:r>
      <w:r/>
      <w:r/>
    </w:p>
    <w:p>
      <w:pPr>
        <w:pStyle w:val="ListBullet"/>
        <w:spacing w:line="240" w:lineRule="auto"/>
        <w:ind w:left="720"/>
      </w:pPr>
      <w:r/>
      <w:r>
        <w:rPr>
          <w:b/>
        </w:rPr>
        <w:t>When and where:</w:t>
      </w:r>
      <w:r>
        <w:t xml:space="preserve"> Oakland Pride is Sunday, Aug. 16, with a parade at 10:30am and a festival noon–6pm at Frank Ogawa Plaza. </w:t>
      </w:r>
      <w:r/>
    </w:p>
    <w:p>
      <w:pPr>
        <w:pStyle w:val="ListBullet"/>
        <w:spacing w:line="240" w:lineRule="auto"/>
        <w:ind w:left="720"/>
      </w:pPr>
      <w:r/>
      <w:r>
        <w:rPr>
          <w:b/>
        </w:rPr>
        <w:t>Tickets and cost:</w:t>
      </w:r>
      <w:r>
        <w:t xml:space="preserve"> General admission starts at about $12; kids 12 and under enter free. </w:t>
      </w:r>
      <w:r/>
    </w:p>
    <w:p>
      <w:pPr>
        <w:pStyle w:val="ListBullet"/>
        <w:spacing w:line="240" w:lineRule="auto"/>
        <w:ind w:left="720"/>
      </w:pPr>
      <w:r/>
      <w:r>
        <w:rPr>
          <w:b/>
        </w:rPr>
        <w:t>Big names:</w:t>
      </w:r>
      <w:r>
        <w:t xml:space="preserve"> R&amp;B singer Amerie headlines the main stage and Mexican popstar Fey leads the Latin stage. </w:t>
      </w:r>
      <w:r/>
    </w:p>
    <w:p>
      <w:pPr>
        <w:pStyle w:val="ListBullet"/>
        <w:spacing w:line="240" w:lineRule="auto"/>
        <w:ind w:left="720"/>
      </w:pPr>
      <w:r/>
      <w:r>
        <w:rPr>
          <w:b/>
        </w:rPr>
        <w:t>Stages and vibes:</w:t>
      </w:r>
      <w:r>
        <w:t xml:space="preserve"> Four performance stages, a Mighty Real House/Dance stage, a Generations alcohol-free zone, and an 18+ Sexy Town area. </w:t>
      </w:r>
      <w:r/>
    </w:p>
    <w:p>
      <w:pPr>
        <w:pStyle w:val="ListBullet"/>
        <w:spacing w:line="240" w:lineRule="auto"/>
        <w:ind w:left="720"/>
      </w:pPr>
      <w:r/>
      <w:r>
        <w:rPr>
          <w:b/>
        </w:rPr>
        <w:t>Community focus:</w:t>
      </w:r>
      <w:r>
        <w:t xml:space="preserve"> Free HIV testing, health resources on site, and proceeds support the Oakland LGBTQ Center and local services.</w:t>
      </w:r>
      <w:r/>
      <w:r/>
    </w:p>
    <w:p>
      <w:pPr>
        <w:pStyle w:val="Heading2"/>
      </w:pPr>
      <w:r>
        <w:t>Parade timing and route , start your day with a colourful march</w:t>
      </w:r>
      <w:r/>
    </w:p>
    <w:p>
      <w:r/>
      <w:r>
        <w:t>The day kicks off with a parade that begins at 21st and Broadway at 10:30am and steps off toward Clay Street, so expect a lively, loud start with floats, community groups and parade marshals leading the way. Parade marshals include local leaders, bar owners and youth advocates, which gives the procession a real neighbourhood feel. If you want a good spot, get there early , the parade lasts until roughly noon and the plazas fill fast. Bring water and comfy shoes; it's a day on your feet and the energy is part of the point.</w:t>
      </w:r>
      <w:r/>
    </w:p>
    <w:p>
      <w:pPr>
        <w:pStyle w:val="Heading2"/>
      </w:pPr>
      <w:r>
        <w:t>Headliners and highlights , Amerie and Fey bring cross-generational appeal</w:t>
      </w:r>
      <w:r/>
    </w:p>
    <w:p>
      <w:r/>
      <w:r>
        <w:t>Amerie, best known for her mid-2000s hit, will headline the main stage while Fey will bring a 90s Mexican pop catalogue to the Latin stage , an intentional draw that helped move the festival into August so organisers could secure talent. That Latin stage is a big pull for out-of-town visitors and often draws the largest crowds, so plan your schedule if you want a front-row spot. Expect a mix of established names and emerging acts across stages, including TikTok personalities and local electronic artists.</w:t>
      </w:r>
      <w:r/>
    </w:p>
    <w:p>
      <w:pPr>
        <w:pStyle w:val="Heading2"/>
      </w:pPr>
      <w:r>
        <w:t>Stages, zones and practical tips for families and adults</w:t>
      </w:r>
      <w:r/>
    </w:p>
    <w:p>
      <w:r/>
      <w:r>
        <w:t>Oakland Pride spreads activity across themed areas: Mighty Real for House and Dance DJs, a Generations zone that’s alcohol-free and built for families and older attendees, and Sexy Town, an 18+ area featuring fashion shows and wrestling. There’s also a health alleyway offering free HIV testing and information on local services , practical if you want a quick check or to sign up for resources. If you're going with kids, the Generations zone is the calm option; if you’re after nightlife flair in daylight, Sexy Town is where the crowd leans adult.</w:t>
      </w:r>
      <w:r/>
    </w:p>
    <w:p>
      <w:pPr>
        <w:pStyle w:val="Heading2"/>
      </w:pPr>
      <w:r>
        <w:t>Community bounce-back and new stewardship , why this year's matter</w:t>
      </w:r>
      <w:r/>
    </w:p>
    <w:p>
      <w:r/>
      <w:r>
        <w:t>After a period of organisational troubles and a cancelled festival in 2021, Oakland Pride has re-emerged under the Oakland LGBTQ Center with fresh branding, a new website and merch. Organisers say ticket revenue helps keep those community services running, and that message is resonant at a time when federal funding for LGBTQ health and trans services has been precarious. Buying a ticket now is as much a civic gesture as it is a chance to dance.</w:t>
      </w:r>
      <w:r/>
    </w:p>
    <w:p>
      <w:pPr>
        <w:pStyle w:val="Heading2"/>
      </w:pPr>
      <w:r>
        <w:t>Logistics and what to pack , little things that make the day easier</w:t>
      </w:r>
      <w:r/>
    </w:p>
    <w:p>
      <w:r/>
      <w:r>
        <w:t>Frank Ogawa Plaza sits by City Hall and is close to public transport, which organisers stress makes access easier and is part of the festival's civic statement. Bring sunscreen, a refillable water bottle, and a small backpack for merch or health materials. Tickets are available online via event platforms and there are separate meet-and-greet options for some performers , if that’s your thing, book early. And if you rely on accessible services, contact organisers ahead of time to confirm accommodations.</w:t>
      </w:r>
      <w:r/>
    </w:p>
    <w:p>
      <w:r/>
      <w:r>
        <w:t>It's a small change in the calendar that promises a big, public celebration , and a tangible way to support local LGBTQ services.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https://oaklandside.org/2026/08/13/oakland-pride-festival-frank-ogawa-plaza/</w:t>
        </w:r>
      </w:hyperlink>
      <w:r>
        <w:t xml:space="preserve"> - Please view link - unable to able to access data</w:t>
      </w:r>
      <w:r/>
    </w:p>
    <w:p>
      <w:pPr>
        <w:pStyle w:val="ListNumber"/>
        <w:spacing w:line="240" w:lineRule="auto"/>
        <w:ind w:left="720"/>
      </w:pPr>
      <w:r/>
      <w:hyperlink r:id="rId10">
        <w:r>
          <w:rPr>
            <w:color w:val="0000EE"/>
            <w:u w:val="single"/>
          </w:rPr>
          <w:t>https://festivalnet.com/67075/Oakland-California/Festivals/Oakland-Pride</w:t>
        </w:r>
      </w:hyperlink>
      <w:r>
        <w:t xml:space="preserve"> - Oakland Pride 2026 is scheduled for Sunday, August 16, 2026, in Downtown Oakland at Frank H. Ogawa Plaza. The event will feature four stages of live entertainment, a parade starting at 10:00 AM, and a variety of activities. Tickets are priced at $10, with children under 12 admitted free. The festival is expected to attract approximately 55,000 attendees. (</w:t>
      </w:r>
      <w:hyperlink r:id="rId16">
        <w:r>
          <w:rPr>
            <w:color w:val="0000EE"/>
            <w:u w:val="single"/>
          </w:rPr>
          <w:t>festivalnet.com</w:t>
        </w:r>
      </w:hyperlink>
      <w:r>
        <w:t>)</w:t>
      </w:r>
      <w:r/>
    </w:p>
    <w:p>
      <w:pPr>
        <w:pStyle w:val="ListNumber"/>
        <w:spacing w:line="240" w:lineRule="auto"/>
        <w:ind w:left="720"/>
      </w:pPr>
      <w:r/>
      <w:hyperlink r:id="rId13">
        <w:r>
          <w:rPr>
            <w:color w:val="0000EE"/>
            <w:u w:val="single"/>
          </w:rPr>
          <w:t>https://www.songkick.com/festivals/822839-oakland-pride/id/43274403-oakland-pride-2026</w:t>
        </w:r>
      </w:hyperlink>
      <w:r>
        <w:t xml:space="preserve"> - Oakland Pride 2026 is set for Sunday, August 16, 2026, at Frank H. Ogawa Plaza in Oakland, CA. The event will feature performances by Lady Alma and David Harness. The parade begins at 10:00 AM, followed by the ticketed festival at 12:00 PM. (</w:t>
      </w:r>
      <w:hyperlink r:id="rId17">
        <w:r>
          <w:rPr>
            <w:color w:val="0000EE"/>
            <w:u w:val="single"/>
          </w:rPr>
          <w:t>songkick.com</w:t>
        </w:r>
      </w:hyperlink>
      <w:r>
        <w:t>)</w:t>
      </w:r>
      <w:r/>
    </w:p>
    <w:p>
      <w:pPr>
        <w:pStyle w:val="ListNumber"/>
        <w:spacing w:line="240" w:lineRule="auto"/>
        <w:ind w:left="720"/>
      </w:pPr>
      <w:r/>
      <w:hyperlink r:id="rId11">
        <w:r>
          <w:rPr>
            <w:color w:val="0000EE"/>
            <w:u w:val="single"/>
          </w:rPr>
          <w:t>https://tickets.eventhub.net/e/oakland-pride-parade-festival-2026</w:t>
        </w:r>
      </w:hyperlink>
      <w:r>
        <w:t xml:space="preserve"> - The Oakland Pride Parade &amp; Festival 2026 is scheduled for Sunday, August 16, 2026, at Frank H. Ogawa Plaza in Oakland, CA. The event begins with the parade at 10:00 AM, followed by the ticketed festival at 12:00 PM. Tickets are available for purchase through EventHub Ticketing. (</w:t>
      </w:r>
      <w:hyperlink r:id="rId18">
        <w:r>
          <w:rPr>
            <w:color w:val="0000EE"/>
            <w:u w:val="single"/>
          </w:rPr>
          <w:t>tickets.eventhub.net</w:t>
        </w:r>
      </w:hyperlink>
      <w:r>
        <w:t>)</w:t>
      </w:r>
      <w:r/>
    </w:p>
    <w:p>
      <w:pPr>
        <w:pStyle w:val="ListNumber"/>
        <w:spacing w:line="240" w:lineRule="auto"/>
        <w:ind w:left="720"/>
      </w:pPr>
      <w:r/>
      <w:hyperlink r:id="rId15">
        <w:r>
          <w:rPr>
            <w:color w:val="0000EE"/>
            <w:u w:val="single"/>
          </w:rPr>
          <w:t>https://www.oaklash.com/</w:t>
        </w:r>
      </w:hyperlink>
      <w:r>
        <w:t xml:space="preserve"> - Oaklash is a drag festival in Oakland, CA, scheduled for Friday, August 14, 2026. The event includes a Pride Block Party and offers various programs and performances. Oaklash relies on community support to provide platforms for queer and trans artists in the Bay Area. (</w:t>
      </w:r>
      <w:hyperlink r:id="rId19">
        <w:r>
          <w:rPr>
            <w:color w:val="0000EE"/>
            <w:u w:val="single"/>
          </w:rPr>
          <w:t>oaklash.com</w:t>
        </w:r>
      </w:hyperlink>
      <w:r>
        <w:t>)</w:t>
      </w:r>
      <w:r/>
    </w:p>
    <w:p>
      <w:pPr>
        <w:pStyle w:val="ListNumber"/>
        <w:spacing w:line="240" w:lineRule="auto"/>
        <w:ind w:left="720"/>
      </w:pPr>
      <w:r/>
      <w:hyperlink r:id="rId12">
        <w:r>
          <w:rPr>
            <w:color w:val="0000EE"/>
            <w:u w:val="single"/>
          </w:rPr>
          <w:t>https://www.eventbrite.com/e/oakland-pride-parade-festival-2026-tickets-1988128686420</w:t>
        </w:r>
      </w:hyperlink>
      <w:r>
        <w:t xml:space="preserve"> - The Oakland Pride Parade &amp; Festival 2026 is set for Sunday, August 16, 2026, at Frank H. Ogawa Plaza in Oakland, CA. The event begins with the parade at 10:00 AM, followed by the ticketed festival at 12:00 PM. Tickets are available for purchase through Eventbrite. (</w:t>
      </w:r>
      <w:hyperlink r:id="rId20">
        <w:r>
          <w:rPr>
            <w:color w:val="0000EE"/>
            <w:u w:val="single"/>
          </w:rPr>
          <w:t>eventbrite.com</w:t>
        </w:r>
      </w:hyperlink>
      <w:r>
        <w:t>)</w:t>
      </w:r>
      <w:r/>
    </w:p>
    <w:p>
      <w:pPr>
        <w:pStyle w:val="ListNumber"/>
        <w:spacing w:line="240" w:lineRule="auto"/>
        <w:ind w:left="720"/>
      </w:pPr>
      <w:r/>
      <w:hyperlink r:id="rId14">
        <w:r>
          <w:rPr>
            <w:color w:val="0000EE"/>
            <w:u w:val="single"/>
          </w:rPr>
          <w:t>https://www.eventbrite.com/e/oakland-pride-fey-meet-and-greet-tickets-tickets-1990136448691</w:t>
        </w:r>
      </w:hyperlink>
      <w:r>
        <w:t xml:space="preserve"> - An exclusive Meet and Greet with Mexican popstar Fey is scheduled for Sunday, August 16, 2026, at Frank H. Ogawa Plaza in Oakland, CA. This event is part of the Oakland Pride festivities and offers fans a chance to meet Fey in person. (</w:t>
      </w:r>
      <w:hyperlink r:id="rId21">
        <w:r>
          <w:rPr>
            <w:color w:val="0000EE"/>
            <w:u w:val="single"/>
          </w:rPr>
          <w:t>eventbrite.com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aklandside.org/2026/08/13/oakland-pride-festival-frank-ogawa-plaza/" TargetMode="External"/><Relationship Id="rId10" Type="http://schemas.openxmlformats.org/officeDocument/2006/relationships/hyperlink" Target="https://festivalnet.com/67075/Oakland-California/Festivals/Oakland-Pride" TargetMode="External"/><Relationship Id="rId11" Type="http://schemas.openxmlformats.org/officeDocument/2006/relationships/hyperlink" Target="https://tickets.eventhub.net/e/oakland-pride-parade-festival-2026" TargetMode="External"/><Relationship Id="rId12" Type="http://schemas.openxmlformats.org/officeDocument/2006/relationships/hyperlink" Target="https://www.eventbrite.com/e/oakland-pride-parade-festival-2026-tickets-1988128686420" TargetMode="External"/><Relationship Id="rId13" Type="http://schemas.openxmlformats.org/officeDocument/2006/relationships/hyperlink" Target="https://www.songkick.com/festivals/822839-oakland-pride/id/43274403-oakland-pride-2026" TargetMode="External"/><Relationship Id="rId14" Type="http://schemas.openxmlformats.org/officeDocument/2006/relationships/hyperlink" Target="https://www.eventbrite.com/e/oakland-pride-fey-meet-and-greet-tickets-tickets-1990136448691" TargetMode="External"/><Relationship Id="rId15" Type="http://schemas.openxmlformats.org/officeDocument/2006/relationships/hyperlink" Target="https://www.oaklash.com/" TargetMode="External"/><Relationship Id="rId16" Type="http://schemas.openxmlformats.org/officeDocument/2006/relationships/hyperlink" Target="https://festivalnet.com/67075/Oakland-California/Festivals/Oakland-Pride?utm_source=openai" TargetMode="External"/><Relationship Id="rId17" Type="http://schemas.openxmlformats.org/officeDocument/2006/relationships/hyperlink" Target="https://www.songkick.com/festivals/822839-oakland-pride/id/43274403-oakland-pride-2026?utm_source=openai" TargetMode="External"/><Relationship Id="rId18" Type="http://schemas.openxmlformats.org/officeDocument/2006/relationships/hyperlink" Target="https://tickets.eventhub.net/e/oakland-pride-parade-festival-2026?utm_source=openai" TargetMode="External"/><Relationship Id="rId19" Type="http://schemas.openxmlformats.org/officeDocument/2006/relationships/hyperlink" Target="https://www.oaklash.com/?utm_source=openai" TargetMode="External"/><Relationship Id="rId20" Type="http://schemas.openxmlformats.org/officeDocument/2006/relationships/hyperlink" Target="https://www.eventbrite.com/e/oakland-pride-parade-festival-2026-tickets-1988128686420?aff=ebdssbdestsearch&amp;utm_source=openai" TargetMode="External"/><Relationship Id="rId21" Type="http://schemas.openxmlformats.org/officeDocument/2006/relationships/hyperlink" Target="https://www.eventbrite.com/e/oakland-pride-fey-meet-and-greet-tickets-tickets-1990136448691?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