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Events in Houston This Week — Top Picks and Practical Tips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lively, community-driven events happening across Houston this week, from Pride parties and women’s dances to free yoga and craft nights , whether you want a late-night rave or a gentle Sunday stretch, here’s what’s worth pencilling in and how to get the most from each outing.</w:t>
      </w:r>
      <w:r/>
    </w:p>
    <w:p>
      <w:r/>
      <w:r>
        <w:t>Essential Takeaways</w:t>
      </w:r>
      <w:r/>
      <w:r/>
    </w:p>
    <w:p>
      <w:pPr>
        <w:pStyle w:val="ListBullet"/>
        <w:spacing w:line="240" w:lineRule="auto"/>
        <w:ind w:left="720"/>
      </w:pPr>
      <w:r/>
      <w:r>
        <w:rPr>
          <w:b/>
        </w:rPr>
        <w:t>Major highlight:</w:t>
      </w:r>
      <w:r>
        <w:t xml:space="preserve"> Houston Pride 365’s rescheduled 48th Annual Pride returns downtown with Big Freedia headlining and a nighttime parade, starting at 5 p.m.</w:t>
      </w:r>
      <w:r/>
    </w:p>
    <w:p>
      <w:pPr>
        <w:pStyle w:val="ListBullet"/>
        <w:spacing w:line="240" w:lineRule="auto"/>
        <w:ind w:left="720"/>
      </w:pPr>
      <w:r/>
      <w:r>
        <w:rPr>
          <w:b/>
        </w:rPr>
        <w:t>Family-friendly option:</w:t>
      </w:r>
      <w:r>
        <w:t xml:space="preserve"> Craft Night at George Memorial Library offers simple projects, community support and a free mobile pantry.</w:t>
      </w:r>
      <w:r/>
    </w:p>
    <w:p>
      <w:pPr>
        <w:pStyle w:val="ListBullet"/>
        <w:spacing w:line="240" w:lineRule="auto"/>
        <w:ind w:left="720"/>
      </w:pPr>
      <w:r/>
      <w:r>
        <w:rPr>
          <w:b/>
        </w:rPr>
        <w:t>Late-night energy:</w:t>
      </w:r>
      <w:r>
        <w:t xml:space="preserve"> MegaWOOF at Rich’s keeps post-parade revelry going with DJs and guest performers; expect a club atmosphere and loud music.</w:t>
      </w:r>
      <w:r/>
    </w:p>
    <w:p>
      <w:pPr>
        <w:pStyle w:val="ListBullet"/>
        <w:spacing w:line="240" w:lineRule="auto"/>
        <w:ind w:left="720"/>
      </w:pPr>
      <w:r/>
      <w:r>
        <w:rPr>
          <w:b/>
        </w:rPr>
        <w:t>Women-focused gathering:</w:t>
      </w:r>
      <w:r>
        <w:t xml:space="preserve"> Montrose Center’s Kindred Spirits Dance brings 500+ LGBTQ+ women together for an evening that benefits women’s programmes.</w:t>
      </w:r>
      <w:r/>
    </w:p>
    <w:p>
      <w:pPr>
        <w:pStyle w:val="ListBullet"/>
        <w:spacing w:line="240" w:lineRule="auto"/>
        <w:ind w:left="720"/>
      </w:pPr>
      <w:r/>
      <w:r>
        <w:rPr>
          <w:b/>
        </w:rPr>
        <w:t>Wellness pick:</w:t>
      </w:r>
      <w:r>
        <w:t xml:space="preserve"> Free gentle yoga at the Montrose Center on Sundays provides a calm, welcoming space to reset during Pride weekend.</w:t>
      </w:r>
      <w:r/>
      <w:r/>
    </w:p>
    <w:p>
      <w:pPr>
        <w:pStyle w:val="Heading2"/>
      </w:pPr>
      <w:r>
        <w:t>Pride night to catch: Houston Pride 365 returns with Big Freedia</w:t>
      </w:r>
      <w:r/>
    </w:p>
    <w:p>
      <w:r/>
      <w:r>
        <w:t>If you want the biggest dose of Pride energy this weekend, head downtown for Houston Pride 365, beginning at 5 p.m. The crowds, stages, and vendors create a festival buzz that’s equal parts celebratory and communal, and Big Freedia is billed to bring major stage energy. According to Pride Houston’s event listing, expect live acts, DJs, immersive activations and the signature nighttime parade that lights up the city after dark. For first-timers, bring a small foldable chair or blanket for downtime, pack water, and plan a meeting spot in case signals drop in the crowd. It’s a city-sized Pride moment , loud, colourful, and unforgettable.</w:t>
      </w:r>
      <w:r/>
    </w:p>
    <w:p>
      <w:pPr>
        <w:pStyle w:val="Heading2"/>
      </w:pPr>
      <w:r>
        <w:t>Keep dancing: MegaWOOF at Rich’s offers the late-night afterparty</w:t>
      </w:r>
      <w:r/>
    </w:p>
    <w:p>
      <w:r/>
      <w:r>
        <w:t>If your definition of Pride includes carrying on until the early hours, MegaWOOF at Rich’s is the obvious next stop after the parade. The club sets a high-energy tone with guest performers and DJs, so expect booming sound, bright lights and a lively crowd. Organisers suggest arriving early if you want a smoother entry after the parade finishes. It’s a great option for those who want to move from street festivities to a more nightclub-style celebration without losing the Pride vibe.</w:t>
      </w:r>
      <w:r/>
    </w:p>
    <w:p>
      <w:pPr>
        <w:pStyle w:val="Heading2"/>
      </w:pPr>
      <w:r>
        <w:t>Women’s night: Kindred Spirits Dance supports community programmes</w:t>
      </w:r>
      <w:r/>
    </w:p>
    <w:p>
      <w:r/>
      <w:r>
        <w:t>The Montrose Center’s Kindred Spirits Dance aims for a more focused, social celebration, drawing more than 500 LGBTQ+ women and friends to support the centre’s women’s programmes. The Ballroom at Bayou Place hosts music and dancing in a 21+ setting, and the event is part of the broader Pride weekend calendar. For many, this is a chance to meet friends old and new in an intentionally curated space , think supportive energy, familiar faces, and music that keeps people on the floor. Tickets and arrival details are worth checking in advance to avoid queues.</w:t>
      </w:r>
      <w:r/>
    </w:p>
    <w:p>
      <w:pPr>
        <w:pStyle w:val="Heading2"/>
      </w:pPr>
      <w:r>
        <w:t>Sober Pride options: Zero Proof bar crawl for mocktail lovers</w:t>
      </w:r>
      <w:r/>
    </w:p>
    <w:p>
      <w:r/>
      <w:r>
        <w:t>Not everyone wants alcohol during Pride, and the Sober &amp; Proud Zero Proof Pride Bar Crawl answers that need with mocktails, NA tastings, DJs and pop-ups across multiple Montrose venues. Check-in starts at a central location and the crawl offers Pride swag and inclusive vibes without the hangover. This is perfect if you want to socialise and support local bars while staying sober, and it’s also a safer plan if you’re bringing younger friends or those who prefer an alcohol-free night out.</w:t>
      </w:r>
      <w:r/>
    </w:p>
    <w:p>
      <w:pPr>
        <w:pStyle w:val="Heading2"/>
      </w:pPr>
      <w:r>
        <w:t>Community and craft: family-friendly meet-ups and a free pantry</w:t>
      </w:r>
      <w:r/>
    </w:p>
    <w:p>
      <w:r/>
      <w:r>
        <w:t>For something quieter and practical, Fort Bend’s Craft Night at the George Memorial Library is an easygoing way to connect. The evening offers small craft supplies or the option to bring your own project, and the presence of a free mobile pantry underscores the event’s community-support ethos. It’s family-friendly and open to allies, so bring the kids or a friend who’s new to local queer programming. Libraries and community centres often have seat-space and cool, air-conditioned rooms , a nice respite from outdoor festival heat.</w:t>
      </w:r>
      <w:r/>
    </w:p>
    <w:p>
      <w:pPr>
        <w:pStyle w:val="Heading2"/>
      </w:pPr>
      <w:r>
        <w:t>Slow Sunday: gentle yoga to reset during Pride weekend</w:t>
      </w:r>
      <w:r/>
    </w:p>
    <w:p>
      <w:r/>
      <w:r>
        <w:t>If you want a calmer finish to your weekend, the Montrose Center’s gentle yoga sessions on Sundays provide a free, welcoming space for the LGBTQ+ community to stretch, breathe and connect. Held in the morning, the class is a practical pick if you need to recuperate after late-night celebrations or simply want to centre yourself ahead of the week. Bring a mat, wear comfortable clothing, and arrive a few minutes early to settle in.</w:t>
      </w:r>
      <w:r/>
    </w:p>
    <w:p>
      <w:r/>
      <w:r>
        <w:t>Closing line There’s something for every mood this week , from big downtown celebrations to quiet community moments , so pick what fits your energy and enjoy Pride in the way that suits you best.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[2]</w:t>
        </w:r>
      </w:hyperlink>
      <w:r>
        <w:t xml:space="preserve">- Paragraph 2: </w:t>
      </w:r>
      <w:hyperlink r:id="rId10">
        <w:r>
          <w:rPr>
            <w:color w:val="0000EE"/>
            <w:u w:val="single"/>
          </w:rPr>
          <w:t>[5]</w:t>
        </w:r>
      </w:hyperlink>
      <w:r>
        <w:t xml:space="preserve">, </w:t>
      </w:r>
      <w:hyperlink r:id="rId12">
        <w:r>
          <w:rPr>
            <w:color w:val="0000EE"/>
            <w:u w:val="single"/>
          </w:rPr>
          <w:t>[6]</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13">
        <w:r>
          <w:rPr>
            <w:color w:val="0000EE"/>
            <w:u w:val="single"/>
          </w:rPr>
          <w:t>[7]</w:t>
        </w:r>
      </w:hyperlink>
      <w:r>
        <w:t xml:space="preserve">, </w:t>
      </w:r>
      <w:hyperlink r:id="rId10">
        <w:r>
          <w:rPr>
            <w:color w:val="0000EE"/>
            <w:u w:val="single"/>
          </w:rPr>
          <w:t>[5]</w:t>
        </w:r>
      </w:hyperlink>
      <w:r>
        <w:t xml:space="preserve">- Paragraph 5: </w:t>
      </w:r>
      <w:hyperlink r:id="rId14">
        <w:r>
          <w:rPr>
            <w:color w:val="0000EE"/>
            <w:u w:val="single"/>
          </w:rPr>
          <w:t>[3]</w:t>
        </w:r>
      </w:hyperlink>
      <w:r>
        <w:t xml:space="preserve">, </w:t>
      </w:r>
      <w:hyperlink r:id="rId12">
        <w:r>
          <w:rPr>
            <w:color w:val="0000EE"/>
            <w:u w:val="single"/>
          </w:rPr>
          <w:t>[4]</w:t>
        </w:r>
      </w:hyperlink>
      <w:r>
        <w:t xml:space="preserve">- Paragraph 6: </w:t>
      </w:r>
      <w:hyperlink r:id="rId13">
        <w:r>
          <w:rPr>
            <w:color w:val="0000EE"/>
            <w:u w:val="single"/>
          </w:rPr>
          <w:t>[7]</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https://www.outsmartmagazine.com/2026/08/queer-things-to-do-houston-august-13/</w:t>
        </w:r>
      </w:hyperlink>
      <w:r>
        <w:t xml:space="preserve"> - Please view link - unable to able to access data</w:t>
      </w:r>
      <w:r/>
    </w:p>
    <w:p>
      <w:pPr>
        <w:pStyle w:val="ListNumber"/>
        <w:spacing w:line="240" w:lineRule="auto"/>
        <w:ind w:left="720"/>
      </w:pPr>
      <w:r/>
      <w:hyperlink r:id="rId11">
        <w:r>
          <w:rPr>
            <w:color w:val="0000EE"/>
            <w:u w:val="single"/>
          </w:rPr>
          <w:t>https://business.houstonlgbtchamber.com/event-calendar/Details/join-us-for-the-2nd-thursday-breakfast-1735442?sourceTypeId=Website</w:t>
        </w:r>
      </w:hyperlink>
      <w:r>
        <w:t xml:space="preserve"> - The Greater Houston LGBTQ+ Chamber of Commerce is hosting its 2nd Thursday Breakfast on August 13, 2026, featuring Harris County Commissioner Lesley Briones as the guest speaker. The event aims to bring together LGBTQ+ and allied business owners, professionals, nonprofits, and community members to discuss timely business topics, including immigration. Attendees will also reflect on the Chamber’s Decade of Impact celebration. The breakfast will take place at Cadillac Bar, 1802 Shepherd Drive, from 8:00 to 9:30 AM. Online registration is available until noon on August 12, with early bird pricing until August 5. The event is sponsored by the AIDS Healthcare Foundation.</w:t>
      </w:r>
      <w:r/>
    </w:p>
    <w:p>
      <w:pPr>
        <w:pStyle w:val="ListNumber"/>
        <w:spacing w:line="240" w:lineRule="auto"/>
        <w:ind w:left="720"/>
      </w:pPr>
      <w:r/>
      <w:hyperlink r:id="rId14">
        <w:r>
          <w:rPr>
            <w:color w:val="0000EE"/>
            <w:u w:val="single"/>
          </w:rPr>
          <w:t>https://www.fortbendlibraries.gov/locations-hours/george-memorial</w:t>
        </w:r>
      </w:hyperlink>
      <w:r>
        <w:t xml:space="preserve"> - George Memorial Library, located at 1001 Golfview Drive in Richmond, Texas, is hosting a Craft Night event on August 13, 2026, from 6:30 to 8:30 PM. Organised by Fort Bend &amp; Surrounding Counties LGBTQIA+ Community &amp; Resources, the event offers an evening of art, crafts, and community engagement. Participants can create small crafts provided by the organisers or bring their own projects. The free mobile pantry will also be available. The event is free, family-friendly, and open to allies. For more information, contact the library at 281-342-4455.</w:t>
      </w:r>
      <w:r/>
    </w:p>
    <w:p>
      <w:pPr>
        <w:pStyle w:val="ListNumber"/>
        <w:spacing w:line="240" w:lineRule="auto"/>
        <w:ind w:left="720"/>
      </w:pPr>
      <w:r/>
      <w:hyperlink r:id="rId12">
        <w:r>
          <w:rPr>
            <w:color w:val="0000EE"/>
            <w:u w:val="single"/>
          </w:rPr>
          <w:t>https://www.instagram.com/p/CE5J6J9l5J6/</w:t>
        </w:r>
      </w:hyperlink>
      <w:r>
        <w:t xml:space="preserve"> - Main Street Theater in Houston is hosting a Pride Night event on August 14, 2026. The evening begins with a free happy hour at 6:30 PM, followed by the SingOUT Cabaret at 7:30 PM, celebrating queer voices. The event is open to the public, and no ticket is required. Main Street Theater is located at 2540 Times Blvd in Rice Village. For more details and to RSVP, visit their Instagram page.</w:t>
      </w:r>
      <w:r/>
    </w:p>
    <w:p>
      <w:pPr>
        <w:pStyle w:val="ListNumber"/>
        <w:spacing w:line="240" w:lineRule="auto"/>
        <w:ind w:left="720"/>
      </w:pPr>
      <w:r/>
      <w:hyperlink r:id="rId10">
        <w:r>
          <w:rPr>
            <w:color w:val="0000EE"/>
            <w:u w:val="single"/>
          </w:rPr>
          <w:t>https://pridehouston.org/48th-annual-houston-pride-365/</w:t>
        </w:r>
      </w:hyperlink>
      <w:r>
        <w:t xml:space="preserve"> - Houston Pride 365 is celebrating its 48th Annual Pride Celebration on August 15, 2026, in downtown Houston. The festivities begin at 5 PM near Houston City Hall, hosted by Catalina Coco Dominguez, with Big Freedia headlining. The event features performances by Anita Refill and Justice Taylor, music from DJs Stephen Jusko and Ayoo, community vendors, immersive activations, and various Pride experiences. After dark, the celebration continues with Houston’s signature nighttime Pride parade, bringing the community together for a joyful night of Pride. For more information, visit the official Pride Houston website.</w:t>
      </w:r>
      <w:r/>
    </w:p>
    <w:p>
      <w:pPr>
        <w:pStyle w:val="ListNumber"/>
        <w:spacing w:line="240" w:lineRule="auto"/>
        <w:ind w:left="720"/>
      </w:pPr>
      <w:r/>
      <w:hyperlink r:id="rId12">
        <w:r>
          <w:rPr>
            <w:color w:val="0000EE"/>
            <w:u w:val="single"/>
          </w:rPr>
          <w:t>https://www.instagram.com/p/CE5J6J9l5J6/</w:t>
        </w:r>
      </w:hyperlink>
      <w:r>
        <w:t xml:space="preserve"> - Rich’s Houston is hosting MegaWOOF, a late-night party following the Houston Pride Parade, on August 15, 2026, at 9 PM. The event promises high-energy music, special guest GoGos, and sets from GLOVIBES and JD Arnold. Located at 2401 San Jacinto St, Rich’s Houston offers a vibrant atmosphere for attendees to continue the Pride celebration. For more details, visit their Instagram page.</w:t>
      </w:r>
      <w:r/>
    </w:p>
    <w:p>
      <w:pPr>
        <w:pStyle w:val="ListNumber"/>
        <w:spacing w:line="240" w:lineRule="auto"/>
        <w:ind w:left="720"/>
      </w:pPr>
      <w:r/>
      <w:hyperlink r:id="rId13">
        <w:r>
          <w:rPr>
            <w:color w:val="0000EE"/>
            <w:u w:val="single"/>
          </w:rPr>
          <w:t>https://montrosecenter.org/kindred-spirits-dance-2026/</w:t>
        </w:r>
      </w:hyperlink>
      <w:r>
        <w:t xml:space="preserve"> - The Montrose Center is presenting the Kindred Spirits Dance 2026 on August 15, 2026, from 7 to 11 PM at The Ballroom at Bayou Place. The annual dance draws over 500 LGBTQ+ women and friends for a night of music, benefiting the Center’s LGBTQ+ women’s programs as part of Pride weekend celebrations. The event is 21 and over. For more information, visit the Montrose Center's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8/queer-things-to-do-houston-august-13/" TargetMode="External"/><Relationship Id="rId10" Type="http://schemas.openxmlformats.org/officeDocument/2006/relationships/hyperlink" Target="https://pridehouston.org/48th-annual-houston-pride-365/" TargetMode="External"/><Relationship Id="rId11" Type="http://schemas.openxmlformats.org/officeDocument/2006/relationships/hyperlink" Target="https://business.houstonlgbtchamber.com/event-calendar/Details/join-us-for-the-2nd-thursday-breakfast-1735442?sourceTypeId=Website" TargetMode="External"/><Relationship Id="rId12" Type="http://schemas.openxmlformats.org/officeDocument/2006/relationships/hyperlink" Target="https://www.instagram.com/p/CE5J6J9l5J6/" TargetMode="External"/><Relationship Id="rId13" Type="http://schemas.openxmlformats.org/officeDocument/2006/relationships/hyperlink" Target="https://montrosecenter.org/kindred-spirits-dance-2026/" TargetMode="External"/><Relationship Id="rId14" Type="http://schemas.openxmlformats.org/officeDocument/2006/relationships/hyperlink" Target="https://www.fortbendlibraries.gov/locations-hours/george-memor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