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DC This Week: Happy Hours, Brunches and Wellness Picks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city’s friendliest gatherings and practical workshops , from Freddie’s retro happy hour to drag brunches, community support groups, and free wellness classes that matter to queer Washingtonians this week. Here’s what to try, who it’s for, and why it’s worth pencilling in.</w:t>
      </w:r>
      <w:r/>
    </w:p>
    <w:p>
      <w:r/>
      <w:r>
        <w:t>Essential Takeaways</w:t>
      </w:r>
      <w:r/>
      <w:r/>
    </w:p>
    <w:p>
      <w:pPr>
        <w:pStyle w:val="ListBullet"/>
        <w:spacing w:line="240" w:lineRule="auto"/>
        <w:ind w:left="720"/>
      </w:pPr>
      <w:r/>
      <w:r>
        <w:rPr>
          <w:b/>
        </w:rPr>
        <w:t>Free weekly happy hour:</w:t>
      </w:r>
      <w:r>
        <w:t xml:space="preserve"> Freddie’s Beach Bar hosts a casual First Friday LGBTQ+ meet-up with happy hour specials and no cover, great for new connections.</w:t>
      </w:r>
      <w:r/>
    </w:p>
    <w:p>
      <w:pPr>
        <w:pStyle w:val="ListBullet"/>
        <w:spacing w:line="240" w:lineRule="auto"/>
        <w:ind w:left="720"/>
      </w:pPr>
      <w:r/>
      <w:r>
        <w:rPr>
          <w:b/>
        </w:rPr>
        <w:t>Brunch energy:</w:t>
      </w:r>
      <w:r>
        <w:t xml:space="preserve"> Nellie’s DC Drag Brunch offers a lively, ticketed Sunday take on drag performance and weekend socialising.</w:t>
      </w:r>
      <w:r/>
    </w:p>
    <w:p>
      <w:pPr>
        <w:pStyle w:val="ListBullet"/>
        <w:spacing w:line="240" w:lineRule="auto"/>
        <w:ind w:left="720"/>
      </w:pPr>
      <w:r/>
      <w:r>
        <w:rPr>
          <w:b/>
        </w:rPr>
        <w:t>Targeted support groups:</w:t>
      </w:r>
      <w:r>
        <w:t xml:space="preserve"> Multiple Zoom meet-ups cater to Bi people, LGBTQ people of colour, younger queer women, and older adults seeking community.</w:t>
      </w:r>
      <w:r/>
    </w:p>
    <w:p>
      <w:pPr>
        <w:pStyle w:val="ListBullet"/>
        <w:spacing w:line="240" w:lineRule="auto"/>
        <w:ind w:left="720"/>
      </w:pPr>
      <w:r/>
      <w:r>
        <w:rPr>
          <w:b/>
        </w:rPr>
        <w:t>Practical classes:</w:t>
      </w:r>
      <w:r>
        <w:t xml:space="preserve"> Self-defence, yoga, trauma-informed movement, and job-club sessions provide tangible skills and wellbeing support.</w:t>
      </w:r>
      <w:r/>
    </w:p>
    <w:p>
      <w:pPr>
        <w:pStyle w:val="ListBullet"/>
        <w:spacing w:line="240" w:lineRule="auto"/>
        <w:ind w:left="720"/>
      </w:pPr>
      <w:r/>
      <w:r>
        <w:rPr>
          <w:b/>
        </w:rPr>
        <w:t>Fresh produce and access:</w:t>
      </w:r>
      <w:r>
        <w:t xml:space="preserve"> The DC LGBTQ+ Community Center runs a Fresh Produce Program with no residency or income checks, easing food access discreetly.</w:t>
      </w:r>
      <w:r/>
      <w:r/>
    </w:p>
    <w:p>
      <w:pPr>
        <w:pStyle w:val="Heading2"/>
      </w:pPr>
      <w:r>
        <w:t>Kick off the month at Freddie’s , low-key, retro, and easy to love</w:t>
      </w:r>
      <w:r/>
    </w:p>
    <w:p>
      <w:r/>
      <w:r>
        <w:t>If you like your gay nights with a side of jukebox nostalgia, the First Friday LGBTQ+ Happy Hour at Freddie’s Beach Bar is the sort of thing that quietly restores your faith in spontaneous friendship. Attendance is free, the drink specials are the draw, and Eventbrite lists the details if you want to RSVP. Organisers say it’s a simple chance to relax and meet people without the pressure of a full night out. For newcomers to town or folks wanting to expand their circle, it’s exactly the kind of welcoming entry point you want. Tip: arrive early for a quieter vibe and better seats; later gets lively and noisy. It’s one of those events where striking up a conversation over a shared booth feels perfectly natural.</w:t>
      </w:r>
      <w:r/>
    </w:p>
    <w:p>
      <w:pPr>
        <w:pStyle w:val="Heading2"/>
      </w:pPr>
      <w:r>
        <w:t>Brunches that are a show , drag, tickets and weekend joy</w:t>
      </w:r>
      <w:r/>
    </w:p>
    <w:p>
      <w:r/>
      <w:r>
        <w:t>Sunday’s Nellie’s DC Drag Brunch swaps a lazy Sunday for full-on sparkle, with performers serving looks and laughs while you eat. Tickets are paid and sell through Eventbrite, so plan ahead if you’re committed to the main stage energy. Drag brunches are as much about theatre as they are about community , expect loud numbers, cheeky banter, and the kind of cathartic release only a good queen can provide. Practical note: ticket price covers the show experience but not always the food; check the Eventbrite page and arrive with time to queue if the crowd’s big.</w:t>
      </w:r>
      <w:r/>
    </w:p>
    <w:p>
      <w:pPr>
        <w:pStyle w:val="Heading2"/>
      </w:pPr>
      <w:r>
        <w:t>Online groups that actually connect , from twenties social rooms to Bi roundtables</w:t>
      </w:r>
      <w:r/>
    </w:p>
    <w:p>
      <w:r/>
      <w:r>
        <w:t>There’s a steady run of Zoom meet-ups aimed at life-stage and identity-specific needs, from Women in their Twenties and Thirties to Bi+ roundtables and social gatherings for LGBTQ people of colour. These spaces tend to be intentionally small and moderated, which helps conversations feel safe and useful. The DC Center and partner groups advertise these events on Facebook and their site, and they’re free or low-barrier to join. For anyone who’s nervous about in-person mixing, this is a gentle way to meet peers. Tip: check whether the meeting requires pre-registration or a private Facebook/Meetup link so you don’t get locked out at the last minute.</w:t>
      </w:r>
      <w:r/>
    </w:p>
    <w:p>
      <w:pPr>
        <w:pStyle w:val="Heading2"/>
      </w:pPr>
      <w:r>
        <w:t>Put wellbeing first , yoga, trauma-informed movement, and self-defence</w:t>
      </w:r>
      <w:r/>
    </w:p>
    <w:p>
      <w:r/>
      <w:r>
        <w:t>Beyond socialising there’s a serious programme of wellbeing: a virtual yoga class blends breath work and meditation, while a Movement for Healing session uses somatic practices to help people reconnect with their bodies. Both are framed as trauma-aware and accessible. Meanwhile, a lunchtime Self-Defence Class with Avi Rome offers practical, confidence-boosting skills taught by an experienced martial artist who also runs adaptive programmes. If you want to feel safer walking home after a night out, these classes are worth the half-day interruption. Pro tip: bring layers for yoga and wear comfortable clothes for movement work. For self-defence, ask about intensity and whether the instructor adapts techniques for different mobility levels.</w:t>
      </w:r>
      <w:r/>
    </w:p>
    <w:p>
      <w:pPr>
        <w:pStyle w:val="Heading2"/>
      </w:pPr>
      <w:r>
        <w:t>Practical supports you can actually use , job help and food access</w:t>
      </w:r>
      <w:r/>
    </w:p>
    <w:p>
      <w:r/>
      <w:r>
        <w:t>The weekly Job Club runs on Zoom for people re-entering the workforce or sharpening jobsearch skills; organisers emphasise resilience and moving from being an applicant to a candidate. It’s a pragmatic drop-in for CVs, interview prep, and networking tips. And if you need groceries, the DC Center’s Fresh Produce Program distributes boxes without asking for proof of residency or income, reducing barriers for people who might be reluctant to reach out. They notify recipients the day before pickup, so keep an eye on communications. Small gestures like these add up , they’re the behind-the-scenes infrastructure that keeps community life afloat.</w:t>
      </w:r>
      <w:r/>
    </w:p>
    <w:p>
      <w:r/>
      <w:r>
        <w:t>It's a small calendar with a lot of heart , pick an event, try something new, and bring a friend.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[5]</w:t>
        </w:r>
      </w:hyperlink>
      <w:r>
        <w:t xml:space="preserve">- Paragraph 3: </w:t>
      </w:r>
      <w:hyperlink r:id="rId11">
        <w:r>
          <w:rPr>
            <w:color w:val="0000EE"/>
            <w:u w:val="single"/>
          </w:rPr>
          <w:t>[3]</w:t>
        </w:r>
      </w:hyperlink>
      <w:r>
        <w:t xml:space="preserve">- Paragraph 4: </w:t>
      </w:r>
      <w:hyperlink r:id="rId10">
        <w:r>
          <w:rPr>
            <w:color w:val="0000EE"/>
            <w:u w:val="single"/>
          </w:rPr>
          <w:t>[6]</w:t>
        </w:r>
      </w:hyperlink>
      <w:r>
        <w:t xml:space="preserve">- Paragraph 5: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https://www.washingtonblade.com/2026/08/14/anja-dick-hosts-song-birds-drag-caberet/</w:t>
        </w:r>
      </w:hyperlink>
      <w:r>
        <w:t xml:space="preserve"> - Please view link - unable to able to access data</w:t>
      </w:r>
      <w:r/>
    </w:p>
    <w:p>
      <w:pPr>
        <w:pStyle w:val="ListNumber"/>
        <w:spacing w:line="240" w:lineRule="auto"/>
        <w:ind w:left="720"/>
      </w:pPr>
      <w:r/>
      <w:hyperlink r:id="rId10">
        <w:r>
          <w:rPr>
            <w:color w:val="0000EE"/>
            <w:u w:val="single"/>
          </w:rPr>
          <w:t>https://www.eventbrite.com/e/lgbtq-community-happy-hour-freddies-beach-bar-restaurant-tickets-1977171931471</w:t>
        </w:r>
      </w:hyperlink>
      <w:r>
        <w:t xml:space="preserve"> - This Eventbrite page details the LGBTQ+ Community Happy Hour hosted by Go Gay DC at Freddie's Beach Bar &amp; Restaurant in Arlington, VA. The event is scheduled for Friday, December 12, 2025, from 6 PM to 8 PM. Attendees can enjoy happy hour drink specials and a buffet brunch, with no cover charge. The page provides information on reserving spots and the venue's menu. (</w:t>
      </w:r>
      <w:hyperlink r:id="rId12">
        <w:r>
          <w:rPr>
            <w:color w:val="0000EE"/>
            <w:u w:val="single"/>
          </w:rPr>
          <w:t>eventbrite.com</w:t>
        </w:r>
      </w:hyperlink>
      <w:r>
        <w:t>)</w:t>
      </w:r>
      <w:r/>
    </w:p>
    <w:p>
      <w:pPr>
        <w:pStyle w:val="ListNumber"/>
        <w:spacing w:line="240" w:lineRule="auto"/>
        <w:ind w:left="720"/>
      </w:pPr>
      <w:r/>
      <w:hyperlink r:id="rId11">
        <w:r>
          <w:rPr>
            <w:color w:val="0000EE"/>
            <w:u w:val="single"/>
          </w:rPr>
          <w:t>https://thedccenter.org/events/women-in-their-twenties-and-thirties-witt-3-2026-08-14/</w:t>
        </w:r>
      </w:hyperlink>
      <w:r>
        <w:t xml:space="preserve"> - The DC LGBTQ+ Community Center's event page for 'Women in their Twenties and Thirties (WiTT)' provides details about the social discussion group for queer women in the Washington, D.C. area. The meeting is scheduled for August 14, 2026, from 8:00 PM to 9:00 PM via Zoom. The page includes information on joining the group, upcoming events, and contact details. (</w:t>
      </w:r>
      <w:hyperlink r:id="rId13">
        <w:r>
          <w:rPr>
            <w:color w:val="0000EE"/>
            <w:u w:val="single"/>
          </w:rPr>
          <w:t>thedccenter.org</w:t>
        </w:r>
      </w:hyperlink>
      <w:r>
        <w:t>)</w:t>
      </w:r>
      <w:r/>
    </w:p>
    <w:p>
      <w:pPr>
        <w:pStyle w:val="ListNumber"/>
        <w:spacing w:line="240" w:lineRule="auto"/>
        <w:ind w:left="720"/>
      </w:pPr>
      <w:r/>
      <w:hyperlink r:id="rId10">
        <w:r>
          <w:rPr>
            <w:color w:val="0000EE"/>
            <w:u w:val="single"/>
          </w:rPr>
          <w:t>https://www.eventbrite.com/e/lgbtq-community-happy-hour-freddies-beach-bar-restaurant-tickets-1977171931471</w:t>
        </w:r>
      </w:hyperlink>
      <w:r>
        <w:t xml:space="preserve"> - This Eventbrite page details the LGBTQ+ Community Happy Hour hosted by Go Gay DC at Freddie's Beach Bar &amp; Restaurant in Arlington, VA. The event is scheduled for Friday, December 12, 2025, from 6 PM to 8 PM. Attendees can enjoy happy hour drink specials and a buffet brunch, with no cover charge. The page provides information on reserving spots and the venue's menu. (</w:t>
      </w:r>
      <w:hyperlink r:id="rId12">
        <w:r>
          <w:rPr>
            <w:color w:val="0000EE"/>
            <w:u w:val="single"/>
          </w:rPr>
          <w:t>eventbrite.com</w:t>
        </w:r>
      </w:hyperlink>
      <w:r>
        <w:t>)</w:t>
      </w:r>
      <w:r/>
    </w:p>
    <w:p>
      <w:pPr>
        <w:pStyle w:val="ListNumber"/>
        <w:spacing w:line="240" w:lineRule="auto"/>
        <w:ind w:left="720"/>
      </w:pPr>
      <w:r/>
      <w:hyperlink r:id="rId10">
        <w:r>
          <w:rPr>
            <w:color w:val="0000EE"/>
            <w:u w:val="single"/>
          </w:rPr>
          <w:t>https://www.eventbrite.com/e/lgbtq-community-happy-hour-freddies-beach-bar-restaurant-tickets-1977171931471</w:t>
        </w:r>
      </w:hyperlink>
      <w:r>
        <w:t xml:space="preserve"> - This Eventbrite page details the LGBTQ+ Community Happy Hour hosted by Go Gay DC at Freddie's Beach Bar &amp; Restaurant in Arlington, VA. The event is scheduled for Friday, December 12, 2025, from 6 PM to 8 PM. Attendees can enjoy happy hour drink specials and a buffet brunch, with no cover charge. The page provides information on reserving spots and the venue's menu. (</w:t>
      </w:r>
      <w:hyperlink r:id="rId12">
        <w:r>
          <w:rPr>
            <w:color w:val="0000EE"/>
            <w:u w:val="single"/>
          </w:rPr>
          <w:t>eventbrite.com</w:t>
        </w:r>
      </w:hyperlink>
      <w:r>
        <w:t>)</w:t>
      </w:r>
      <w:r/>
    </w:p>
    <w:p>
      <w:pPr>
        <w:pStyle w:val="ListNumber"/>
        <w:spacing w:line="240" w:lineRule="auto"/>
        <w:ind w:left="720"/>
      </w:pPr>
      <w:r/>
      <w:hyperlink r:id="rId10">
        <w:r>
          <w:rPr>
            <w:color w:val="0000EE"/>
            <w:u w:val="single"/>
          </w:rPr>
          <w:t>https://www.eventbrite.com/e/lgbtq-community-happy-hour-freddies-beach-bar-restaurant-tickets-1977171931471</w:t>
        </w:r>
      </w:hyperlink>
      <w:r>
        <w:t xml:space="preserve"> - This Eventbrite page details the LGBTQ+ Community Happy Hour hosted by Go Gay DC at Freddie's Beach Bar &amp; Restaurant in Arlington, VA. The event is scheduled for Friday, December 12, 2025, from 6 PM to 8 PM. Attendees can enjoy happy hour drink specials and a buffet brunch, with no cover charge. The page provides information on reserving spots and the venue's menu. (</w:t>
      </w:r>
      <w:hyperlink r:id="rId12">
        <w:r>
          <w:rPr>
            <w:color w:val="0000EE"/>
            <w:u w:val="single"/>
          </w:rPr>
          <w:t>eventbrite.com</w:t>
        </w:r>
      </w:hyperlink>
      <w:r>
        <w:t>)</w:t>
      </w:r>
      <w:r/>
    </w:p>
    <w:p>
      <w:pPr>
        <w:pStyle w:val="ListNumber"/>
        <w:spacing w:line="240" w:lineRule="auto"/>
        <w:ind w:left="720"/>
      </w:pPr>
      <w:r/>
      <w:hyperlink r:id="rId10">
        <w:r>
          <w:rPr>
            <w:color w:val="0000EE"/>
            <w:u w:val="single"/>
          </w:rPr>
          <w:t>https://www.eventbrite.com/e/lgbtq-community-happy-hour-freddies-beach-bar-restaurant-tickets-1977171931471</w:t>
        </w:r>
      </w:hyperlink>
      <w:r>
        <w:t xml:space="preserve"> - This Eventbrite page details the LGBTQ+ Community Happy Hour hosted by Go Gay DC at Freddie's Beach Bar &amp; Restaurant in Arlington, VA. The event is scheduled for Friday, December 12, 2025, from 6 PM to 8 PM. Attendees can enjoy happy hour drink specials and a buffet brunch, with no cover charge. The page provides information on reserving spots and the venue's menu. (</w:t>
      </w:r>
      <w:hyperlink r:id="rId12">
        <w:r>
          <w:rPr>
            <w:color w:val="0000EE"/>
            <w:u w:val="single"/>
          </w:rPr>
          <w:t>eventbrite.com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14/anja-dick-hosts-song-birds-drag-caberet/" TargetMode="External"/><Relationship Id="rId10" Type="http://schemas.openxmlformats.org/officeDocument/2006/relationships/hyperlink" Target="https://www.eventbrite.com/e/lgbtq-community-happy-hour-freddies-beach-bar-restaurant-tickets-1977171931471" TargetMode="External"/><Relationship Id="rId11" Type="http://schemas.openxmlformats.org/officeDocument/2006/relationships/hyperlink" Target="https://thedccenter.org/events/women-in-their-twenties-and-thirties-witt-3-2026-08-14/" TargetMode="External"/><Relationship Id="rId12" Type="http://schemas.openxmlformats.org/officeDocument/2006/relationships/hyperlink" Target="https://www.eventbrite.com/e/lgbtq-community-happy-hour-freddies-beach-bar-restaurant-tickets-1977171931471?utm_source=openai" TargetMode="External"/><Relationship Id="rId13" Type="http://schemas.openxmlformats.org/officeDocument/2006/relationships/hyperlink" Target="https://thedccenter.org/events/women-in-their-twenties-and-thirties-witt-3-2026-08-1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