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Bisexual vs Pansexual: Clear Definitions and How to Know Which Fits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Explore the rising searches and simple explanations Australians are turning to as they try to figure out whether they’re bisexual or pansexual , who’s asking, what the words mean, and practical ways to explore your own feelings without getting lost in search results.</w:t>
      </w:r>
      <w:r/>
      <w:r/>
    </w:p>
    <w:p>
      <w:pPr>
        <w:pStyle w:val="ListBullet"/>
        <w:spacing w:line="240" w:lineRule="auto"/>
        <w:ind w:left="720"/>
      </w:pPr>
      <w:r/>
      <w:r>
        <w:rPr>
          <w:b/>
        </w:rPr>
        <w:t>Search surge:</w:t>
      </w:r>
      <w:r>
        <w:t xml:space="preserve"> Interest in “pansexual” has grown sharply in Australia over the past decade, now often matching searches for “bisexual”. </w:t>
      </w:r>
      <w:r/>
    </w:p>
    <w:p>
      <w:pPr>
        <w:pStyle w:val="ListBullet"/>
        <w:spacing w:line="240" w:lineRule="auto"/>
        <w:ind w:left="720"/>
      </w:pPr>
      <w:r/>
      <w:r>
        <w:rPr>
          <w:b/>
        </w:rPr>
        <w:t>Bisexual, simplified:</w:t>
      </w:r>
      <w:r>
        <w:t xml:space="preserve"> Attraction to more than one gender , not necessarily only two, and not limited to cisgender identities. </w:t>
      </w:r>
      <w:r/>
    </w:p>
    <w:p>
      <w:pPr>
        <w:pStyle w:val="ListBullet"/>
        <w:spacing w:line="240" w:lineRule="auto"/>
        <w:ind w:left="720"/>
      </w:pPr>
      <w:r/>
      <w:r>
        <w:rPr>
          <w:b/>
        </w:rPr>
        <w:t>Pansexual, simplified:</w:t>
      </w:r>
      <w:r>
        <w:t xml:space="preserve"> Attraction regardless of gender; gender isn’t the deciding factor. </w:t>
      </w:r>
      <w:r/>
    </w:p>
    <w:p>
      <w:pPr>
        <w:pStyle w:val="ListBullet"/>
        <w:spacing w:line="240" w:lineRule="auto"/>
        <w:ind w:left="720"/>
      </w:pPr>
      <w:r/>
      <w:r>
        <w:rPr>
          <w:b/>
        </w:rPr>
        <w:t>Overlap, not hierarchy:</w:t>
      </w:r>
      <w:r>
        <w:t xml:space="preserve"> Many people find both labels fit; neither identity is inherently more inclusive. </w:t>
      </w:r>
      <w:r/>
    </w:p>
    <w:p>
      <w:pPr>
        <w:pStyle w:val="ListBullet"/>
        <w:spacing w:line="240" w:lineRule="auto"/>
        <w:ind w:left="720"/>
      </w:pPr>
      <w:r/>
      <w:r>
        <w:rPr>
          <w:b/>
        </w:rPr>
        <w:t>Practical next steps:</w:t>
      </w:r>
      <w:r>
        <w:t xml:space="preserve"> Talk to LGBTQIA+ people, try community spaces, and remember labels are personal , use what fits.</w:t>
      </w:r>
      <w:r/>
      <w:r/>
    </w:p>
    <w:p>
      <w:pPr>
        <w:pStyle w:val="Heading2"/>
      </w:pPr>
      <w:r>
        <w:t>Why Google started asking whether we’re bi or pan , and why it matters</w:t>
      </w:r>
      <w:r/>
    </w:p>
    <w:p>
      <w:r/>
      <w:r>
        <w:t>Search data shows a clear shift: “bisexual” was the familiar term for years, while “pansexual” only started to register in the late 2000s and took off into the 2010s. That spike matters because searches aren’t just trivia , they point to people trying to name their feelings, often in private and at odd hours. According to Healthline and other explainers, both terms describe capacity for attraction beyond a single gender, but the way people interpret them has evolved. The takeaway: more vocabulary is good , it gives more doors for people to walk through.</w:t>
      </w:r>
      <w:r/>
    </w:p>
    <w:p>
      <w:pPr>
        <w:pStyle w:val="Heading2"/>
      </w:pPr>
      <w:r>
        <w:t>What bisexuality usually means (and what it doesn’t)</w:t>
      </w:r>
      <w:r/>
    </w:p>
    <w:p>
      <w:r/>
      <w:r>
        <w:t>At its simplest, bisexuality means the capacity for romantic, emotional or sexual attraction to more than one gender. Merriam-Webster and advocacy groups note that “bi” doesn’t have to mean exactly two genders; historically and communally, bisexuality has long been defined to include attraction to multiple genders and to resist a strict two-option reading. Important practical point: being bisexual isn’t a statement about someone’s politics or acceptance of trans and non-binary people , that’s a myth to be debunked, not a rule to accept.</w:t>
      </w:r>
      <w:r/>
    </w:p>
    <w:p>
      <w:pPr>
        <w:pStyle w:val="Heading2"/>
      </w:pPr>
      <w:r>
        <w:t>What pansexuality usually means (and why the prefix matters)</w:t>
      </w:r>
      <w:r/>
    </w:p>
    <w:p>
      <w:r/>
      <w:r>
        <w:t>Pansexuality, coming from the prefix “pan-” meaning “all”, is commonly described as attraction regardless of gender. Medical News Today and WebMD explain that for many pan people, gender is not a relevant filter when it comes to attraction. That doesn’t mean “attracted to everyone”; standards, preferences and boundaries still apply. The key practical difference some people report is emphasis: bisexuality often names attraction to multiple genders, while pansexuality explicitly frames gender as non-determining.</w:t>
      </w:r>
      <w:r/>
    </w:p>
    <w:p>
      <w:pPr>
        <w:pStyle w:val="Heading2"/>
      </w:pPr>
      <w:r>
        <w:t>How the two overlap , choose the word that fits your story</w:t>
      </w:r>
      <w:r/>
    </w:p>
    <w:p>
      <w:r/>
      <w:r>
        <w:t>The unsatisfying-but-true answer is overlap. Many people could describe their attraction using either term and prefer one because of history, community, or personal comfort. As one bisexual-identifying writer put it in the Star Observer piece that inspired this guide, words carry memory , you might pick a label because it feels like your story. For practical self-exploration, listen to how people in community spaces describe their lives, and try labels on privately before using them publicly.</w:t>
      </w:r>
      <w:r/>
    </w:p>
    <w:p>
      <w:pPr>
        <w:pStyle w:val="Heading2"/>
      </w:pPr>
      <w:r>
        <w:t>How to figure out which label , and when you don’t need one</w:t>
      </w:r>
      <w:r/>
    </w:p>
    <w:p>
      <w:r/>
      <w:r>
        <w:t>Stop relying solely on search results and start chatting to people. Community groups, local LGBTQIA+ centres, and conversations with bisexual and pansexual people give texture that web definitions can’t. If you’re trying to decide, notice whether gender feels like a filter for your attraction. If it does, “bisexual” might resonate; if it rarely or never does, “pansexual” might feel right. And remember: it’s fine to use multiple labels, change your label, or use none at all , identity is personal, not a test.</w:t>
      </w:r>
      <w:r/>
    </w:p>
    <w:p>
      <w:pPr>
        <w:pStyle w:val="Heading2"/>
      </w:pPr>
      <w:r>
        <w:t>Celebrity curiosity and why labels aren’t obligations</w:t>
      </w:r>
      <w:r/>
    </w:p>
    <w:p>
      <w:r/>
      <w:r>
        <w:t>Pop-culture questions , like whether celebrities are bisexual or pansexual , fuel searches, but public figures often choose not to label themselves. As with Ariana Grande, saying “I don’t label myself” is a valid stance. Labels are tools to help people connect and understand, not boxes people owe anyone for explanation.</w:t>
      </w:r>
      <w:r/>
    </w:p>
    <w:p>
      <w:r/>
      <w:r>
        <w:t>It’s a small change that can make naming yourself feel a bit easier; try words, talk to others, and pick the one that fits.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5">
        <w:r>
          <w:rPr>
            <w:color w:val="0000EE"/>
            <w:u w:val="single"/>
          </w:rPr>
          <w:t>[5]</w:t>
        </w:r>
      </w:hyperlink>
      <w:r>
        <w:t xml:space="preserve">- Paragraph 4: </w:t>
      </w:r>
      <w:hyperlink r:id="rId13">
        <w:r>
          <w:rPr>
            <w:color w:val="0000EE"/>
            <w:u w:val="single"/>
          </w:rPr>
          <w:t>[7]</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5">
        <w:r>
          <w:rPr>
            <w:color w:val="0000EE"/>
            <w:u w:val="single"/>
          </w:rPr>
          <w:t>[5]</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https://www.starobserver.com.au/news/bisexual-or-pansexual-we-answer-all-your-online-search-qs-on-bisexuality-pansexuality/243295</w:t>
        </w:r>
      </w:hyperlink>
      <w:r>
        <w:t xml:space="preserve"> - Please view link - unable to able to access data</w:t>
      </w:r>
      <w:r/>
    </w:p>
    <w:p>
      <w:pPr>
        <w:pStyle w:val="ListNumber"/>
        <w:spacing w:line="240" w:lineRule="auto"/>
        <w:ind w:left="720"/>
      </w:pPr>
      <w:r/>
      <w:hyperlink r:id="rId10">
        <w:r>
          <w:rPr>
            <w:color w:val="0000EE"/>
            <w:u w:val="single"/>
          </w:rPr>
          <w:t>https://www.healthline.com/health/bisexual-vs-pansexual</w:t>
        </w:r>
      </w:hyperlink>
      <w:r>
        <w:t xml:space="preserve"> - This article from Healthline explains the definitions and differences between bisexuality and pansexuality. It defines pansexuality as the capacity to be attracted to people of all genders, including those who don't identify with any gender. The article also discusses the evolving attitudes towards these sexual orientations and addresses common misconceptions, emphasizing that sexual orientation isn't determined by a partner's gender and can change over time.</w:t>
      </w:r>
      <w:r/>
    </w:p>
    <w:p>
      <w:pPr>
        <w:pStyle w:val="ListNumber"/>
        <w:spacing w:line="240" w:lineRule="auto"/>
        <w:ind w:left="720"/>
      </w:pPr>
      <w:r/>
      <w:hyperlink r:id="rId14">
        <w:r>
          <w:rPr>
            <w:color w:val="0000EE"/>
            <w:u w:val="single"/>
          </w:rPr>
          <w:t>https://www.merriam-webster.com/dictionary/pansexuality</w:t>
        </w:r>
      </w:hyperlink>
      <w:r>
        <w:t xml:space="preserve"> - Merriam-Webster provides a concise definition of pansexuality, describing it as sexual or romantic attraction that is not limited to people of a particular gender identity or sexual orientation. The entry includes historical context, noting that the term has been in use since 1914, and provides example sentences to illustrate its usage.</w:t>
      </w:r>
      <w:r/>
    </w:p>
    <w:p>
      <w:pPr>
        <w:pStyle w:val="ListNumber"/>
        <w:spacing w:line="240" w:lineRule="auto"/>
        <w:ind w:left="720"/>
      </w:pPr>
      <w:r/>
      <w:hyperlink r:id="rId11">
        <w:r>
          <w:rPr>
            <w:color w:val="0000EE"/>
            <w:u w:val="single"/>
          </w:rPr>
          <w:t>https://www.medicalnewstoday.com/articles/pansexual</w:t>
        </w:r>
      </w:hyperlink>
      <w:r>
        <w:t xml:space="preserve"> - Medical News Today offers an in-depth look at pansexuality, covering its meaning, origins, and how it differs from bisexuality and polyamory. The article traces the term's origins to Sigmund Freud in the early 1900s and discusses common myths and misconceptions, aiming to provide a clear understanding of pansexuality.</w:t>
      </w:r>
      <w:r/>
    </w:p>
    <w:p>
      <w:pPr>
        <w:pStyle w:val="ListNumber"/>
        <w:spacing w:line="240" w:lineRule="auto"/>
        <w:ind w:left="720"/>
      </w:pPr>
      <w:r/>
      <w:hyperlink r:id="rId15">
        <w:r>
          <w:rPr>
            <w:color w:val="0000EE"/>
            <w:u w:val="single"/>
          </w:rPr>
          <w:t>https://www.webmd.com/sex/pansexuality-what-it-means</w:t>
        </w:r>
      </w:hyperlink>
      <w:r>
        <w:t xml:space="preserve"> - WebMD's article on pansexuality defines it as the romantic, emotional, and/or sexual attraction to people regardless of their gender. It distinguishes pansexuality from bisexuality and polysexuality, addresses common myths, and provides insights into how pansexuality is represented in the media and understood in relationships.</w:t>
      </w:r>
      <w:r/>
    </w:p>
    <w:p>
      <w:pPr>
        <w:pStyle w:val="ListNumber"/>
        <w:spacing w:line="240" w:lineRule="auto"/>
        <w:ind w:left="720"/>
      </w:pPr>
      <w:r/>
      <w:hyperlink r:id="rId12">
        <w:r>
          <w:rPr>
            <w:color w:val="0000EE"/>
            <w:u w:val="single"/>
          </w:rPr>
          <w:t>https://www.merriam-webster.com/dictionary/bisexuality</w:t>
        </w:r>
      </w:hyperlink>
      <w:r>
        <w:t xml:space="preserve"> - Merriam-Webster defines bisexuality as sexual or romantic attraction to people of one's same sex and of the opposite sex, or to people of one's own gender identity and of other gender identities. The entry includes historical context, noting that the term has been in use since 1793, and provides example sentences to illustrate its usage.</w:t>
      </w:r>
      <w:r/>
    </w:p>
    <w:p>
      <w:pPr>
        <w:pStyle w:val="ListNumber"/>
        <w:spacing w:line="240" w:lineRule="auto"/>
        <w:ind w:left="720"/>
      </w:pPr>
      <w:r/>
      <w:hyperlink r:id="rId13">
        <w:r>
          <w:rPr>
            <w:color w:val="0000EE"/>
            <w:u w:val="single"/>
          </w:rPr>
          <w:t>https://www.bi.org/en/bi-101s/bisexuality/</w:t>
        </w:r>
      </w:hyperlink>
      <w:r>
        <w:t xml:space="preserve"> - Bi.org provides a comprehensive overview of bisexuality, describing it as a broad and inclusive term that encompasses physical attraction, romantic attraction, or sexual behavior not limited to one sex. The article emphasizes that bisexuality is not about a 50/50 split between gay and straight but about attraction, identity, and behavior, and addresses common misconceptions.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bisexual-or-pansexual-we-answer-all-your-online-search-qs-on-bisexuality-pansexuality/243295" TargetMode="External"/><Relationship Id="rId10" Type="http://schemas.openxmlformats.org/officeDocument/2006/relationships/hyperlink" Target="https://www.healthline.com/health/bisexual-vs-pansexual" TargetMode="External"/><Relationship Id="rId11" Type="http://schemas.openxmlformats.org/officeDocument/2006/relationships/hyperlink" Target="https://www.medicalnewstoday.com/articles/pansexual" TargetMode="External"/><Relationship Id="rId12" Type="http://schemas.openxmlformats.org/officeDocument/2006/relationships/hyperlink" Target="https://www.merriam-webster.com/dictionary/bisexuality" TargetMode="External"/><Relationship Id="rId13" Type="http://schemas.openxmlformats.org/officeDocument/2006/relationships/hyperlink" Target="https://www.bi.org/en/bi-101s/bisexuality/" TargetMode="External"/><Relationship Id="rId14" Type="http://schemas.openxmlformats.org/officeDocument/2006/relationships/hyperlink" Target="https://www.merriam-webster.com/dictionary/pansexuality" TargetMode="External"/><Relationship Id="rId15" Type="http://schemas.openxmlformats.org/officeDocument/2006/relationships/hyperlink" Target="https://www.webmd.com/sex/pansexuality-what-it-me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