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Backyard Birthday BBQ Bash: Dallas Hope Charities’ 10th Anniversary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community members are turning out for a lively, family-friendly Backyard Birthday BBQ Bash as Dallas Hope Charities marks a decade of service , expect Sonny Bryan’s BBQ, classic lawn games, live entertainment and an alcohol-free atmosphere that keeps the focus on community and celebration.</w:t>
      </w:r>
      <w:r/>
    </w:p>
    <w:p>
      <w:r/>
      <w:r>
        <w:t>Essential Takeaways</w:t>
      </w:r>
      <w:r/>
      <w:r/>
    </w:p>
    <w:p>
      <w:pPr>
        <w:pStyle w:val="ListBullet"/>
        <w:spacing w:line="240" w:lineRule="auto"/>
        <w:ind w:left="720"/>
      </w:pPr>
      <w:r/>
      <w:r>
        <w:rPr>
          <w:b/>
        </w:rPr>
        <w:t>When and where:</w:t>
      </w:r>
      <w:r>
        <w:t xml:space="preserve"> The Backyard Birthday BBQ Bash is on Aug. 15, 6–8 p.m., as part of Dallas Hope Charities’ 10th anniversary celebrations.</w:t>
      </w:r>
      <w:r/>
    </w:p>
    <w:p>
      <w:pPr>
        <w:pStyle w:val="ListBullet"/>
        <w:spacing w:line="240" w:lineRule="auto"/>
        <w:ind w:left="720"/>
      </w:pPr>
      <w:r/>
      <w:r>
        <w:rPr>
          <w:b/>
        </w:rPr>
        <w:t>Food and feel:</w:t>
      </w:r>
      <w:r>
        <w:t xml:space="preserve"> BBQ plate dinners and iced tea from Sonny Bryan’s Smokehouse, birthday cake from Daisy Cakes, and a casual, high-energy backyard vibe.</w:t>
      </w:r>
      <w:r/>
    </w:p>
    <w:p>
      <w:pPr>
        <w:pStyle w:val="ListBullet"/>
        <w:spacing w:line="240" w:lineRule="auto"/>
        <w:ind w:left="720"/>
      </w:pPr>
      <w:r/>
      <w:r>
        <w:rPr>
          <w:b/>
        </w:rPr>
        <w:t>Tickets and access:</w:t>
      </w:r>
      <w:r>
        <w:t xml:space="preserve"> General admission is $50; attendees can purchase tickets online through DallasHopeCharities.betterworld.org.</w:t>
      </w:r>
      <w:r/>
    </w:p>
    <w:p>
      <w:pPr>
        <w:pStyle w:val="ListBullet"/>
        <w:spacing w:line="240" w:lineRule="auto"/>
        <w:ind w:left="720"/>
      </w:pPr>
      <w:r/>
      <w:r>
        <w:rPr>
          <w:b/>
        </w:rPr>
        <w:t>Family-friendly and alcohol-free:</w:t>
      </w:r>
      <w:r>
        <w:t xml:space="preserve"> The event is designed to be inclusive and sober-friendly, with after-hours access to Union Coffee bar for drinks.</w:t>
      </w:r>
      <w:r/>
    </w:p>
    <w:p>
      <w:pPr>
        <w:pStyle w:val="ListBullet"/>
        <w:spacing w:line="240" w:lineRule="auto"/>
        <w:ind w:left="720"/>
      </w:pPr>
      <w:r/>
      <w:r>
        <w:rPr>
          <w:b/>
        </w:rPr>
        <w:t>Extras:</w:t>
      </w:r>
      <w:r>
        <w:t xml:space="preserve"> Expect classic backyard games, live community entertainment and a chance to mingle with organisers and supporters.</w:t>
      </w:r>
      <w:r/>
      <w:r/>
    </w:p>
    <w:p>
      <w:pPr>
        <w:pStyle w:val="Heading2"/>
      </w:pPr>
      <w:r>
        <w:t>A neighbourhood party with purpose</w:t>
      </w:r>
      <w:r/>
    </w:p>
    <w:p>
      <w:r/>
      <w:r>
        <w:t>Dallas Hope Charities is turning ten, and they’re doing it with a proper backyard barbecue. The food’s a tempting draw , Sonny Bryan’s Smokehouse plates and Daisy Cakes birthday sweets , but the mood is just as important: upbeat, communal and deliberately alcohol-free so everyone can join in. It’s the sort of local celebration that feels both familiar and slightly celebratory, like a block party with a cause.</w:t>
      </w:r>
      <w:r/>
    </w:p>
    <w:p>
      <w:pPr>
        <w:pStyle w:val="Heading2"/>
      </w:pPr>
      <w:r>
        <w:t>How the anniversary fits into Dallas Hope’s work</w:t>
      </w:r>
      <w:r/>
    </w:p>
    <w:p>
      <w:r/>
      <w:r>
        <w:t>Dallas Hope Charities has built a decade of services aimed at supporting the LGBTQ+ community and people experiencing homelessness. According to the group’s event listings, this bash is part fundraiser, part thank-you, and entirely focused on connection. Hosting a simple, friendly event helps raise awareness and gives donors and volunteers an easy way to show support without a formal gala vibe.</w:t>
      </w:r>
      <w:r/>
    </w:p>
    <w:p>
      <w:pPr>
        <w:pStyle w:val="Heading2"/>
      </w:pPr>
      <w:r>
        <w:t>What to expect on the night</w:t>
      </w:r>
      <w:r/>
    </w:p>
    <w:p>
      <w:r/>
      <w:r>
        <w:t>Expect classic lawn games and low-key entertainment that keeps things lively without being flashy. The backyard set-up, together with after-hours access to Union Coffee for those who want a caffè fix, makes the evening feel relaxed and social. If you’re coming for the food, arrive hungry; if you’re there for the cause, bring a friend , it’s one of those evenings where small gestures add up.</w:t>
      </w:r>
      <w:r/>
    </w:p>
    <w:p>
      <w:pPr>
        <w:pStyle w:val="Heading2"/>
      </w:pPr>
      <w:r>
        <w:t>Practical tips for attendees</w:t>
      </w:r>
      <w:r/>
    </w:p>
    <w:p>
      <w:r/>
      <w:r>
        <w:t>Buy tickets in advance online to avoid disappointment , this kind of neighbourhood event often sells through quickly. Dress for a backyard: comfortable shoes and a light layer for the evening breeze. If you have mobility needs, check with the organisers ahead of time for accessibility info. And bring cash or card for any extra vendors or donations you might want to make on site.</w:t>
      </w:r>
      <w:r/>
    </w:p>
    <w:p>
      <w:pPr>
        <w:pStyle w:val="Heading2"/>
      </w:pPr>
      <w:r>
        <w:t>Why this matters beyond one night</w:t>
      </w:r>
      <w:r/>
    </w:p>
    <w:p>
      <w:r/>
      <w:r>
        <w:t>Small events like this build long-term goodwill and visibility for charities working at the grassroots level. An alcohol-free backyard bash lowers barriers to attendance, and the simple pleasures , good BBQ, cake, conversation , make it easy to renew ties with the community. It’s a reminder that support can be warm, fun and tangible.</w:t>
      </w:r>
      <w:r/>
    </w:p>
    <w:p>
      <w:r/>
      <w:r>
        <w:t>It's a small change that can make every celebration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https://meaws.com/news/best-bets-08-14-26/104831</w:t>
        </w:r>
      </w:hyperlink>
      <w:r>
        <w:t xml:space="preserve"> - Please view link - unable to able to access data</w:t>
      </w:r>
      <w:r/>
    </w:p>
    <w:p>
      <w:pPr>
        <w:pStyle w:val="ListNumber"/>
        <w:spacing w:line="240" w:lineRule="auto"/>
        <w:ind w:left="720"/>
      </w:pPr>
      <w:r/>
      <w:hyperlink r:id="rId10">
        <w:r>
          <w:rPr>
            <w:color w:val="0000EE"/>
            <w:u w:val="single"/>
          </w:rPr>
          <w:t>https://dallashopecharities.org/events/</w:t>
        </w:r>
      </w:hyperlink>
      <w:r>
        <w:t xml:space="preserve"> - Dallas Hope Charities is hosting the Legacy of Hope Birthday BBQ Bash on August 15, 2026, from 6:00 pm to 8:00 pm at Union, 3705 Cedar Springs Rd, Dallas, TX 75219. The event celebrates a decade of providing shelter, stability, and hope to LGBTQIA+ youth in North Texas, featuring great food, sweet treats, lawn games, and live community entertainment. Tickets are available online.</w:t>
      </w:r>
      <w:r/>
    </w:p>
    <w:p>
      <w:pPr>
        <w:pStyle w:val="ListNumber"/>
        <w:spacing w:line="240" w:lineRule="auto"/>
        <w:ind w:left="720"/>
      </w:pPr>
      <w:r/>
      <w:hyperlink r:id="rId11">
        <w:r>
          <w:rPr>
            <w:color w:val="0000EE"/>
            <w:u w:val="single"/>
          </w:rPr>
          <w:t>https://happeningnext.com/event/lez-on-the-court-dallas-eid1ef0l1i26qla</w:t>
        </w:r>
      </w:hyperlink>
      <w:r>
        <w:t xml:space="preserve"> - Lez on the Court Dallas is a dynamic basketball tournament created by and for the LGBTQ+ community. Scheduled for August 15, 2026, at 3:00 pm to 6:00 pm at New Singing Hills Recreation Center, 6805 Patrol Way, Dallas, TX 75241. The event celebrates community, competition, and inclusivity with this exciting tournament. Tickets are available online.</w:t>
      </w:r>
      <w:r/>
    </w:p>
    <w:p>
      <w:pPr>
        <w:pStyle w:val="ListNumber"/>
        <w:spacing w:line="240" w:lineRule="auto"/>
        <w:ind w:left="720"/>
      </w:pPr>
      <w:r/>
      <w:hyperlink r:id="rId12">
        <w:r>
          <w:rPr>
            <w:color w:val="0000EE"/>
            <w:u w:val="single"/>
          </w:rPr>
          <w:t>https://www.eventbrite.com/e/lez-on-the-court-dallas-tickets-1992442300556</w:t>
        </w:r>
      </w:hyperlink>
      <w:r>
        <w:t xml:space="preserve"> - Lez on the Court Dallas is a dynamic basketball tournament created by and for the LGBTQ+ community. Scheduled for August 15, 2026, at 3:00 pm to 6:00 pm at New Singing Hills Recreation Center, 6805 Patrol Way, Dallas, TX 75241. The event celebrates community, competition, and inclusivity with this exciting tournament. Tickets are available online.</w:t>
      </w:r>
      <w:r/>
    </w:p>
    <w:p>
      <w:pPr>
        <w:pStyle w:val="ListNumber"/>
        <w:spacing w:line="240" w:lineRule="auto"/>
        <w:ind w:left="720"/>
      </w:pPr>
      <w:r/>
      <w:hyperlink r:id="rId13">
        <w:r>
          <w:rPr>
            <w:color w:val="0000EE"/>
            <w:u w:val="single"/>
          </w:rPr>
          <w:t>https://www.cathedralofhope.com/benevolence-ministries</w:t>
        </w:r>
      </w:hyperlink>
      <w:r>
        <w:t xml:space="preserve"> - Cathedral of Hope's benevolence ministries serve thousands of individuals in need. In 2024, they served 58,803 meals through their food programs, including Breakfast at Cathedral of Hope (BACH), which serves over 275 people every Saturday morning, and Pack the Pantry, which distributes over 5,000 bags of food and toiletries monthly.</w:t>
      </w:r>
      <w:r/>
    </w:p>
    <w:p>
      <w:pPr>
        <w:pStyle w:val="ListNumber"/>
        <w:spacing w:line="240" w:lineRule="auto"/>
        <w:ind w:left="720"/>
      </w:pPr>
      <w:r/>
      <w:hyperlink r:id="rId14">
        <w:r>
          <w:rPr>
            <w:color w:val="0000EE"/>
            <w:u w:val="single"/>
          </w:rPr>
          <w:t>https://www.dlftx.org/treasures-of-hope</w:t>
        </w:r>
      </w:hyperlink>
      <w:r>
        <w:t xml:space="preserve"> - Treasures of Hope, organized by the Dallas Leadership Foundation, focuses on directed giving to support families at Uplift schools. In 2024, they provided essential items for 120 students facing homelessness in Dallas and distributed food boxes to families referred by partner organizations. Volunteering and giving opportunities are available on December 13 and 14, 2024.</w:t>
      </w:r>
      <w:r/>
    </w:p>
    <w:p>
      <w:pPr>
        <w:pStyle w:val="ListNumber"/>
        <w:spacing w:line="240" w:lineRule="auto"/>
        <w:ind w:left="720"/>
      </w:pPr>
      <w:r/>
      <w:hyperlink r:id="rId15">
        <w:r>
          <w:rPr>
            <w:color w:val="0000EE"/>
            <w:u w:val="single"/>
          </w:rPr>
          <w:t>https://www.dallasnews.com/event/0cc6f326-016a-b0b8-ff02-2ed4a68280eb/</w:t>
        </w:r>
      </w:hyperlink>
      <w:r>
        <w:t xml:space="preserve"> - Chip In For Hope: A Topgolf Fundraiser is an annual signature event by Dallas Hope Charities, scheduled for April 7, 2024, from 3 PM to 6 PM at Topgolf Dallas. The event features a Topgolf tournament with prizes, a silent auction, lively music, themed decor, and a festive atmosphere, all supporting LGBTQIA+ young adults facing homelessness 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est-bets-08-14-26/104831" TargetMode="External"/><Relationship Id="rId10" Type="http://schemas.openxmlformats.org/officeDocument/2006/relationships/hyperlink" Target="https://dallashopecharities.org/events/" TargetMode="External"/><Relationship Id="rId11" Type="http://schemas.openxmlformats.org/officeDocument/2006/relationships/hyperlink" Target="https://happeningnext.com/event/lez-on-the-court-dallas-eid1ef0l1i26qla" TargetMode="External"/><Relationship Id="rId12" Type="http://schemas.openxmlformats.org/officeDocument/2006/relationships/hyperlink" Target="https://www.eventbrite.com/e/lez-on-the-court-dallas-tickets-1992442300556" TargetMode="External"/><Relationship Id="rId13" Type="http://schemas.openxmlformats.org/officeDocument/2006/relationships/hyperlink" Target="https://www.cathedralofhope.com/benevolence-ministries" TargetMode="External"/><Relationship Id="rId14" Type="http://schemas.openxmlformats.org/officeDocument/2006/relationships/hyperlink" Target="https://www.dlftx.org/treasures-of-hope" TargetMode="External"/><Relationship Id="rId15" Type="http://schemas.openxmlformats.org/officeDocument/2006/relationships/hyperlink" Target="https://www.dallasnews.com/event/0cc6f326-016a-b0b8-ff02-2ed4a68280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