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As One in the Park Guide: Why Ealing’s Gay Festival Deserves Your Weekend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up the volume in West London , As One in the Park transforms Walpole Park into a sun-drenched queer playground each July, with DJs, drag, big-name headliners and a friendly neighbourhood vibe that makes it one of London’s most underrated gay festivals. Here’s what to expect and how to get the most from your day.</w:t>
      </w:r>
      <w:r/>
    </w:p>
    <w:p>
      <w:r/>
      <w:r>
        <w:t>Essential Takeaways</w:t>
      </w:r>
      <w:r/>
      <w:r/>
    </w:p>
    <w:p>
      <w:pPr>
        <w:pStyle w:val="ListBullet"/>
        <w:spacing w:line="240" w:lineRule="auto"/>
        <w:ind w:left="720"/>
      </w:pPr>
      <w:r/>
      <w:r>
        <w:rPr>
          <w:b/>
        </w:rPr>
        <w:t>When and where:</w:t>
      </w:r>
      <w:r>
        <w:t xml:space="preserve"> As One usually runs on a Saturday in July at Walpole Park, Ealing (easy walk from Ealing Broadway). </w:t>
      </w:r>
      <w:r/>
    </w:p>
    <w:p>
      <w:pPr>
        <w:pStyle w:val="ListBullet"/>
        <w:spacing w:line="240" w:lineRule="auto"/>
        <w:ind w:left="720"/>
      </w:pPr>
      <w:r/>
      <w:r>
        <w:rPr>
          <w:b/>
        </w:rPr>
        <w:t>Line-up variety:</w:t>
      </w:r>
      <w:r>
        <w:t xml:space="preserve"> Expect house, pop, techno, drag and cabaret across multiple stages , headline acts have included international names. </w:t>
      </w:r>
      <w:r/>
    </w:p>
    <w:p>
      <w:pPr>
        <w:pStyle w:val="ListBullet"/>
        <w:spacing w:line="240" w:lineRule="auto"/>
        <w:ind w:left="720"/>
      </w:pPr>
      <w:r/>
      <w:r>
        <w:rPr>
          <w:b/>
        </w:rPr>
        <w:t>Practicalities:</w:t>
      </w:r>
      <w:r>
        <w:t xml:space="preserve"> Festival runs midday to ~22:00, 18+ only, bring photo ID, travel light and check ticket entry times. </w:t>
      </w:r>
      <w:r/>
    </w:p>
    <w:p>
      <w:pPr>
        <w:pStyle w:val="ListBullet"/>
        <w:spacing w:line="240" w:lineRule="auto"/>
        <w:ind w:left="720"/>
      </w:pPr>
      <w:r/>
      <w:r>
        <w:rPr>
          <w:b/>
        </w:rPr>
        <w:t>What to pack:</w:t>
      </w:r>
      <w:r>
        <w:t xml:space="preserve"> Layers for changeable July weather, a secure pouch for valuables, cash or card for food and drinks, and comfy shoes for grass. </w:t>
      </w:r>
      <w:r/>
    </w:p>
    <w:p>
      <w:pPr>
        <w:pStyle w:val="ListBullet"/>
        <w:spacing w:line="240" w:lineRule="auto"/>
        <w:ind w:left="720"/>
      </w:pPr>
      <w:r/>
      <w:r>
        <w:rPr>
          <w:b/>
        </w:rPr>
        <w:t>Vibe:</w:t>
      </w:r>
      <w:r>
        <w:t xml:space="preserve"> Big-party energy with a friendly, community feel , more like a huge reunion in the park than a faceless mega-fest.</w:t>
      </w:r>
      <w:r/>
      <w:r/>
    </w:p>
    <w:p>
      <w:pPr>
        <w:pStyle w:val="Heading2"/>
      </w:pPr>
      <w:r>
        <w:t>A proper surprise on a sunny Ealing afternoon</w:t>
      </w:r>
      <w:r/>
    </w:p>
    <w:p>
      <w:r/>
      <w:r>
        <w:t>Walk into Walpole Park at one of these events and the first thing you notice is the sound , bass drifting through trees, drag vocals from a corner stage, laughter and the clink of glasses. According to local listings and community notices, As One takes over the park in July and fills it with multiple stages and DJs, so you can bounce between different sounds without trekking miles. For many, that mix of festival atmosphere and local park comforts is a compelling combination.</w:t>
      </w:r>
      <w:r/>
    </w:p>
    <w:p>
      <w:r/>
      <w:r>
        <w:t>The festival grew quickly from its inaugural announcements into something that pulls major names and London club brands. That blend of large-scale production with a compact, leafy site gives it an intimate-but-epic feel. If you like discovering new acts and enjoying familiar favourites in a relaxed outdoor setting, this festival’s format rewards wandering rather than rigid schedules.</w:t>
      </w:r>
      <w:r/>
    </w:p>
    <w:p>
      <w:pPr>
        <w:pStyle w:val="Heading2"/>
      </w:pPr>
      <w:r>
        <w:t>Big acts, local flavours , why the line-up matters</w:t>
      </w:r>
      <w:r/>
    </w:p>
    <w:p>
      <w:r/>
      <w:r>
        <w:t>As One’s programming doesn’t pigeonhole itself , house, pop, techno and drag all share the bill. That means you might watch an international pop sensation on one stage then stumble across a late-afternoon cabaret moment on another. Coverage of past editions and event listings show headline bookings that can surprise for a relatively new park festival, and organisers often collaborate with established London party brands.</w:t>
      </w:r>
      <w:r/>
    </w:p>
    <w:p>
      <w:r/>
      <w:r>
        <w:t>If you’re choosing tickets, don’t buy just for one headliner: pick the day for the overall vibe and the chance to explore. Book early if you want cheaper or early-entry options, and check the official event pages for stage times and announcements so you can plan the must-see moments.</w:t>
      </w:r>
      <w:r/>
    </w:p>
    <w:p>
      <w:pPr>
        <w:pStyle w:val="Heading2"/>
      </w:pPr>
      <w:r>
        <w:t>Getting there, getting in , practical travel and entry tips</w:t>
      </w:r>
      <w:r/>
    </w:p>
    <w:p>
      <w:r/>
      <w:r>
        <w:t>Walpole Park sits a short walk from Ealing Broadway, which is on the Central, District and Elizabeth lines and served by National Rail , that makes access from central and West London straightforward. Local event guides and borough resources flag the address and walking routes, so you won’t be guessing where to meet friends.</w:t>
      </w:r>
      <w:r/>
    </w:p>
    <w:p>
      <w:r/>
      <w:r>
        <w:t>Entry is 18+ and photo ID is required, so bring your passport or driving licence rather than relying on a phone pic. The festival typically starts around midday and finishes around 10pm, and some cheaper ticket tiers ask you to enter earlier, so read the small print when you buy. There’s no cloakroom, so travel light and use a secure pouch for your phone and wallet.</w:t>
      </w:r>
      <w:r/>
    </w:p>
    <w:p>
      <w:pPr>
        <w:pStyle w:val="Heading2"/>
      </w:pPr>
      <w:r>
        <w:t>What to pack and how to stay comfortable</w:t>
      </w:r>
      <w:r/>
    </w:p>
    <w:p>
      <w:r/>
      <w:r>
        <w:t>July in London is famously unpredictable, so layers are your friend , lightweight daywear plus a waterproof shell in case of a sudden shower. Most of the site is grass, so choose shoes that won’t be ruined if it gets damp. Food stalls and bars are usually plentiful, but bring snacks before arrival if you’re on a budget or have specific dietary needs.</w:t>
      </w:r>
      <w:r/>
    </w:p>
    <w:p>
      <w:r/>
      <w:r>
        <w:t>Security guides from community reporting advise keeping valuables close: crowded moments later in the evening are when pickpockets are most likely to operate. A small cross-body or money belt will save you stress and keep your phone dancing-ready.</w:t>
      </w:r>
      <w:r/>
    </w:p>
    <w:p>
      <w:pPr>
        <w:pStyle w:val="Heading2"/>
      </w:pPr>
      <w:r>
        <w:t>Why locals keep coming back , the community factor</w:t>
      </w:r>
      <w:r/>
    </w:p>
    <w:p>
      <w:r/>
      <w:r>
        <w:t>What seems to set As One apart is the way it feels like a local takeover rather than an anonymous mega-fest. Reviews and event write-ups note how the crowd often includes regulars from London’s nightlife and people who live nearby, producing a warm, reunion-like energy. That community vibe makes bumping into old friends as likely as finding a new DJ to love.</w:t>
      </w:r>
      <w:r/>
    </w:p>
    <w:p>
      <w:r/>
      <w:r>
        <w:t>Looking ahead, the festival’s mix of big bookings and grassroots programming suggests it’ll settle into a firm spot on London’s summer LGBTQ+ calendar. If you’re curious about a less-crowded, high-energy alternative to central-London summer events, it’s worth a try.</w:t>
      </w:r>
      <w:r/>
    </w:p>
    <w:p>
      <w:r/>
      <w:r>
        <w:t>It’s a small change that can make every summer Saturday feel like the city’s best block party.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[6]</w:t>
        </w:r>
      </w:hyperlink>
      <w:r>
        <w:t xml:space="preserve">- Paragraph 2: </w:t>
      </w:r>
      <w:hyperlink r:id="rId12">
        <w:r>
          <w:rPr>
            <w:color w:val="0000EE"/>
            <w:u w:val="single"/>
          </w:rPr>
          <w:t>[5]</w:t>
        </w:r>
      </w:hyperlink>
      <w:r>
        <w:t xml:space="preserve">, </w:t>
      </w:r>
      <w:hyperlink r:id="rId13">
        <w:r>
          <w:rPr>
            <w:color w:val="0000EE"/>
            <w:u w:val="single"/>
          </w:rPr>
          <w:t>[7]</w:t>
        </w:r>
      </w:hyperlink>
      <w:r>
        <w:t xml:space="preserve">- Paragraph 3: </w:t>
      </w:r>
      <w:hyperlink r:id="rId14">
        <w:r>
          <w:rPr>
            <w:color w:val="0000EE"/>
            <w:u w:val="single"/>
          </w:rPr>
          <w:t>[3]</w:t>
        </w:r>
      </w:hyperlink>
      <w:r>
        <w:t xml:space="preserve">, </w:t>
      </w:r>
      <w:hyperlink r:id="rId11">
        <w:r>
          <w:rPr>
            <w:color w:val="0000EE"/>
            <w:u w:val="single"/>
          </w:rPr>
          <w:t>[6]</w:t>
        </w:r>
      </w:hyperlink>
      <w:r>
        <w:t xml:space="preserve">- Paragraph 4: </w:t>
      </w:r>
      <w:hyperlink r:id="rId11">
        <w:r>
          <w:rPr>
            <w:color w:val="0000EE"/>
            <w:u w:val="single"/>
          </w:rPr>
          <w:t>[6]</w:t>
        </w:r>
      </w:hyperlink>
      <w:r>
        <w:t xml:space="preserve">, </w:t>
      </w:r>
      <w:hyperlink r:id="rId15">
        <w:r>
          <w:rPr>
            <w:color w:val="0000EE"/>
            <w:u w:val="single"/>
          </w:rPr>
          <w:t>[2]</w:t>
        </w:r>
      </w:hyperlink>
      <w:r>
        <w:t xml:space="preserve">- Paragraph 5: </w:t>
      </w:r>
      <w:hyperlink r:id="rId13">
        <w:r>
          <w:rPr>
            <w:color w:val="0000EE"/>
            <w:u w:val="single"/>
          </w:rPr>
          <w:t>[7]</w:t>
        </w:r>
      </w:hyperlink>
      <w:r>
        <w:t xml:space="preserve">, </w:t>
      </w:r>
      <w:hyperlink r:id="rId10">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https://nomadicboys.com/as-one-in-the-park/</w:t>
        </w:r>
      </w:hyperlink>
      <w:r>
        <w:t xml:space="preserve"> - Please view link - unable to able to access data</w:t>
      </w:r>
      <w:r/>
    </w:p>
    <w:p>
      <w:pPr>
        <w:pStyle w:val="ListNumber"/>
        <w:spacing w:line="240" w:lineRule="auto"/>
        <w:ind w:left="720"/>
      </w:pPr>
      <w:r/>
      <w:hyperlink r:id="rId15">
        <w:r>
          <w:rPr>
            <w:color w:val="0000EE"/>
            <w:u w:val="single"/>
          </w:rPr>
          <w:t>https://ra.co/events/1867420</w:t>
        </w:r>
      </w:hyperlink>
      <w:r>
        <w:t xml:space="preserve"> - As One in the Park 2024 is a one-day LGBTQ+ festival held on Sunday, July 21, 2024, at Walpole Park in Ealing, London. The event features a diverse lineup of artists, including DJs Hannah Wants, ABSOLUTE., Kevin McKay, and Amy Laqueefa, as well as drag performers like Baga Chipz and Brandy X. Attendees can enjoy multiple stages, live performances, and a variety of entertainment options. The festival aims to support local talent and grassroots culture within the London LGBTQ+ scene. (</w:t>
      </w:r>
      <w:hyperlink r:id="rId16">
        <w:r>
          <w:rPr>
            <w:color w:val="0000EE"/>
            <w:u w:val="single"/>
          </w:rPr>
          <w:t>ra.co</w:t>
        </w:r>
      </w:hyperlink>
      <w:r>
        <w:t>)</w:t>
      </w:r>
      <w:r/>
    </w:p>
    <w:p>
      <w:pPr>
        <w:pStyle w:val="ListNumber"/>
        <w:spacing w:line="240" w:lineRule="auto"/>
        <w:ind w:left="720"/>
      </w:pPr>
      <w:r/>
      <w:hyperlink r:id="rId14">
        <w:r>
          <w:rPr>
            <w:color w:val="0000EE"/>
            <w:u w:val="single"/>
          </w:rPr>
          <w:t>https://www.ealing.com/walpole-park/</w:t>
        </w:r>
      </w:hyperlink>
      <w:r>
        <w:t xml:space="preserve"> - Walpole Park is a 28-acre Grade II listed park located in the heart of Ealing, London. Originally the grounds of Pitzhanger Manor, the park features historic gardens, a serpentine lake, and family-friendly facilities. It serves as a popular venue for various events, including the As One in the Park festival. (</w:t>
      </w:r>
      <w:hyperlink r:id="rId17">
        <w:r>
          <w:rPr>
            <w:color w:val="0000EE"/>
            <w:u w:val="single"/>
          </w:rPr>
          <w:t>ealing.com</w:t>
        </w:r>
      </w:hyperlink>
      <w:r>
        <w:t>)</w:t>
      </w:r>
      <w:r/>
    </w:p>
    <w:p>
      <w:pPr>
        <w:pStyle w:val="ListNumber"/>
        <w:spacing w:line="240" w:lineRule="auto"/>
        <w:ind w:left="720"/>
      </w:pPr>
      <w:r/>
      <w:hyperlink r:id="rId10">
        <w:r>
          <w:rPr>
            <w:color w:val="0000EE"/>
            <w:u w:val="single"/>
          </w:rPr>
          <w:t>https://ealing.nub.news/whats-on/music/as-one-in-the-park-festival-69801</w:t>
        </w:r>
      </w:hyperlink>
      <w:r>
        <w:t xml:space="preserve"> - The As One in the Park Festival is scheduled for Sunday, July 21, 2024, at Walpole Park in Ealing, London. The event aims to celebrate the LGBTQ+ community with a day of pride, diversity, and festivities. The lineup includes DJs Hannah Wants and ABSOLUTE., along with drag performers such as Baga Chipz and Danny Beard. Additional attractions include cabaret acts, live comedy, street food, and a VIP area. (</w:t>
      </w:r>
      <w:hyperlink r:id="rId18">
        <w:r>
          <w:rPr>
            <w:color w:val="0000EE"/>
            <w:u w:val="single"/>
          </w:rPr>
          <w:t>ealing.nub.news</w:t>
        </w:r>
      </w:hyperlink>
      <w:r>
        <w:t>)</w:t>
      </w:r>
      <w:r/>
    </w:p>
    <w:p>
      <w:pPr>
        <w:pStyle w:val="ListNumber"/>
        <w:spacing w:line="240" w:lineRule="auto"/>
        <w:ind w:left="720"/>
      </w:pPr>
      <w:r/>
      <w:hyperlink r:id="rId12">
        <w:r>
          <w:rPr>
            <w:color w:val="0000EE"/>
            <w:u w:val="single"/>
          </w:rPr>
          <w:t>https://www.festivalinsights.com/2024/06/inaugural-park-festival-announced/</w:t>
        </w:r>
      </w:hyperlink>
      <w:r>
        <w:t xml:space="preserve"> - The inaugural As One in the Park Festival is set to take place on Sunday, July 21, 2024, at Walpole Park in Ealing, London. The festival focuses on supporting local talent and grassroots culture within the London LGBTQ+ scene. Tickets are priced at £20 to ensure affordability during the current cost of living crisis. The lineup features artists like Hannah Wants, who has recently released the single 'Cure My Desire.' (</w:t>
      </w:r>
      <w:hyperlink r:id="rId19">
        <w:r>
          <w:rPr>
            <w:color w:val="0000EE"/>
            <w:u w:val="single"/>
          </w:rPr>
          <w:t>festivalinsights.com</w:t>
        </w:r>
      </w:hyperlink>
      <w:r>
        <w:t>)</w:t>
      </w:r>
      <w:r/>
    </w:p>
    <w:p>
      <w:pPr>
        <w:pStyle w:val="ListNumber"/>
        <w:spacing w:line="240" w:lineRule="auto"/>
        <w:ind w:left="720"/>
      </w:pPr>
      <w:r/>
      <w:hyperlink r:id="rId11">
        <w:r>
          <w:rPr>
            <w:color w:val="0000EE"/>
            <w:u w:val="single"/>
          </w:rPr>
          <w:t>https://www.makeitealing.co.uk/events/as-one-in-the-park-festival/</w:t>
        </w:r>
      </w:hyperlink>
      <w:r>
        <w:t xml:space="preserve"> - The As One in the Park Festival is scheduled for Sunday, July 21, 2024, at Walpole Park in Ealing, London. The event aims to celebrate the LGBTQ+ community with a day of pride, diversity, and festivities. The lineup includes DJs Hannah Wants and ABSOLUTE., along with drag performers such as Baga Chipz and Danny Beard. Additional attractions include cabaret acts, live comedy, street food, and a VIP area. (</w:t>
      </w:r>
      <w:hyperlink r:id="rId20">
        <w:r>
          <w:rPr>
            <w:color w:val="0000EE"/>
            <w:u w:val="single"/>
          </w:rPr>
          <w:t>makeitealing.co.uk</w:t>
        </w:r>
      </w:hyperlink>
      <w:r>
        <w:t>)</w:t>
      </w:r>
      <w:r/>
    </w:p>
    <w:p>
      <w:pPr>
        <w:pStyle w:val="ListNumber"/>
        <w:spacing w:line="240" w:lineRule="auto"/>
        <w:ind w:left="720"/>
      </w:pPr>
      <w:r/>
      <w:hyperlink r:id="rId13">
        <w:r>
          <w:rPr>
            <w:color w:val="0000EE"/>
            <w:u w:val="single"/>
          </w:rPr>
          <w:t>https://www.qxmagazine.com/event/as-one-in-the-park/</w:t>
        </w:r>
      </w:hyperlink>
      <w:r>
        <w:t xml:space="preserve"> - As One in the Park is a one-day LGBTQ+ festival held on Sunday, July 21, 2024, at Walpole Park in Ealing, London. The event features a diverse lineup of artists, including DJs Hannah Wants, Kevin McKay, and ABSOLUTE., as well as drag performers like Baga Chipz and Danny Beard. Attendees can enjoy multiple stages, live performances, and a variety of entertainment options. The festival aims to support local talent and grassroots culture within the London LGBTQ+ scene. (</w:t>
      </w:r>
      <w:hyperlink r:id="rId21">
        <w:r>
          <w:rPr>
            <w:color w:val="0000EE"/>
            <w:u w:val="single"/>
          </w:rPr>
          <w:t>qxmagazine.com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nomadicboys.com/as-one-in-the-park/" TargetMode="External"/><Relationship Id="rId10" Type="http://schemas.openxmlformats.org/officeDocument/2006/relationships/hyperlink" Target="https://ealing.nub.news/whats-on/music/as-one-in-the-park-festival-69801" TargetMode="External"/><Relationship Id="rId11" Type="http://schemas.openxmlformats.org/officeDocument/2006/relationships/hyperlink" Target="https://www.makeitealing.co.uk/events/as-one-in-the-park-festival/" TargetMode="External"/><Relationship Id="rId12" Type="http://schemas.openxmlformats.org/officeDocument/2006/relationships/hyperlink" Target="https://www.festivalinsights.com/2024/06/inaugural-park-festival-announced/" TargetMode="External"/><Relationship Id="rId13" Type="http://schemas.openxmlformats.org/officeDocument/2006/relationships/hyperlink" Target="https://www.qxmagazine.com/event/as-one-in-the-park/" TargetMode="External"/><Relationship Id="rId14" Type="http://schemas.openxmlformats.org/officeDocument/2006/relationships/hyperlink" Target="https://www.ealing.com/walpole-park/" TargetMode="External"/><Relationship Id="rId15" Type="http://schemas.openxmlformats.org/officeDocument/2006/relationships/hyperlink" Target="https://ra.co/events/1867420" TargetMode="External"/><Relationship Id="rId16" Type="http://schemas.openxmlformats.org/officeDocument/2006/relationships/hyperlink" Target="https://ra.co/events/1867420?utm_source=openai" TargetMode="External"/><Relationship Id="rId17" Type="http://schemas.openxmlformats.org/officeDocument/2006/relationships/hyperlink" Target="https://www.ealing.com/walpole-park/?utm_source=openai" TargetMode="External"/><Relationship Id="rId18" Type="http://schemas.openxmlformats.org/officeDocument/2006/relationships/hyperlink" Target="https://ealing.nub.news/whats-on/music/as-one-in-the-park-festival-69801?utm_source=openai" TargetMode="External"/><Relationship Id="rId19" Type="http://schemas.openxmlformats.org/officeDocument/2006/relationships/hyperlink" Target="https://www.festivalinsights.com/2024/06/inaugural-park-festival-announced/?utm_source=openai" TargetMode="External"/><Relationship Id="rId20" Type="http://schemas.openxmlformats.org/officeDocument/2006/relationships/hyperlink" Target="https://www.makeitealing.co.uk/events/as-one-in-the-park-festival/?utm_source=openai" TargetMode="External"/><Relationship Id="rId21" Type="http://schemas.openxmlformats.org/officeDocument/2006/relationships/hyperlink" Target="https://www.qxmagazine.com/event/as-one-in-the-park/?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