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Perez Hilton Update: What We Know About His Livestream Crisis and Sexuality Questions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livestream footage of Perez Hilton left fans alarmed this month, after the internet personality reportedly harmed himself and was hospitalised; sources say he's been publicly questioning his sexuality and citing a new faith, a shift that matters for fans and mental health conversations.</w:t>
      </w:r>
      <w:r/>
    </w:p>
    <w:p>
      <w:r/>
      <w:r>
        <w:t>Essential Takeaways</w:t>
      </w:r>
      <w:r/>
      <w:r/>
    </w:p>
    <w:p>
      <w:pPr>
        <w:pStyle w:val="ListBullet"/>
        <w:spacing w:line="240" w:lineRule="auto"/>
        <w:ind w:left="720"/>
      </w:pPr>
      <w:r/>
      <w:r>
        <w:rPr>
          <w:b/>
        </w:rPr>
        <w:t>Incident:</w:t>
      </w:r>
      <w:r>
        <w:t xml:space="preserve"> Perez Hilton allegedly harmed himself on a livestream and was taken to hospital; his family later described his condition as critical but stable.</w:t>
      </w:r>
      <w:r/>
    </w:p>
    <w:p>
      <w:pPr>
        <w:pStyle w:val="ListBullet"/>
        <w:spacing w:line="240" w:lineRule="auto"/>
        <w:ind w:left="720"/>
      </w:pPr>
      <w:r/>
      <w:r>
        <w:rPr>
          <w:b/>
        </w:rPr>
        <w:t>Public shift:</w:t>
      </w:r>
      <w:r>
        <w:t xml:space="preserve"> Insiders tell reporters he has been describing himself as “ex-gay,” a marked change from his long-standing identity.</w:t>
      </w:r>
      <w:r/>
    </w:p>
    <w:p>
      <w:pPr>
        <w:pStyle w:val="ListBullet"/>
        <w:spacing w:line="240" w:lineRule="auto"/>
        <w:ind w:left="720"/>
      </w:pPr>
      <w:r/>
      <w:r>
        <w:rPr>
          <w:b/>
        </w:rPr>
        <w:t>Faith context:</w:t>
      </w:r>
      <w:r>
        <w:t xml:space="preserve"> Sources link the change to a turn toward conservative Christianity and intense religious reflection.</w:t>
      </w:r>
      <w:r/>
    </w:p>
    <w:p>
      <w:pPr>
        <w:pStyle w:val="ListBullet"/>
        <w:spacing w:line="240" w:lineRule="auto"/>
        <w:ind w:left="720"/>
      </w:pPr>
      <w:r/>
      <w:r>
        <w:rPr>
          <w:b/>
        </w:rPr>
        <w:t>Reaction:</w:t>
      </w:r>
      <w:r>
        <w:t xml:space="preserve"> The episode has provoked worry among friends and fans, who say his behaviour seemed out of character and abrupt.</w:t>
      </w:r>
      <w:r/>
    </w:p>
    <w:p>
      <w:pPr>
        <w:pStyle w:val="ListBullet"/>
        <w:spacing w:line="240" w:lineRule="auto"/>
        <w:ind w:left="720"/>
      </w:pPr>
      <w:r/>
      <w:r>
        <w:rPr>
          <w:b/>
        </w:rPr>
        <w:t>Practical note:</w:t>
      </w:r>
      <w:r>
        <w:t xml:space="preserve"> If this story affects you emotionally, mental health hotlines and local emergency services are appropriate routes for support.</w:t>
      </w:r>
      <w:r/>
      <w:r/>
    </w:p>
    <w:p>
      <w:pPr>
        <w:pStyle w:val="Heading2"/>
      </w:pPr>
      <w:r>
        <w:t>Why the livestream terrified viewers</w:t>
      </w:r>
      <w:r/>
    </w:p>
    <w:p>
      <w:r/>
      <w:r>
        <w:t>The livestream was viscerally alarming, with onlookers describing a scene that looked bloody and dangerous. According to multiple outlets, dozens of calls prompted a Miami-Dade County Sheriff’s Office response and a hospital admission. The immediate reaction was shock and concern , not gossip , because people were genuinely afraid for his safety. Media reports from outlets covering the event emphasise the emergency response and the scramble to get him help.</w:t>
      </w:r>
      <w:r/>
    </w:p>
    <w:p>
      <w:pPr>
        <w:pStyle w:val="Heading2"/>
      </w:pPr>
      <w:r>
        <w:t>How questions about his sexuality entered the picture</w:t>
      </w:r>
      <w:r/>
    </w:p>
    <w:p>
      <w:r/>
      <w:r>
        <w:t>Sources quoted in coverage say Perez has recently been telling others he considers himself “ex-gay,” a phrase that marks a dramatic pivot from the public identity he’s held for years. Other reporting connects that language to intense religious exploration and a recommitment to conservative Christian beliefs. For long-time followers, this shift has been confusing, since his openness about being gay has been a central part of his public persona.</w:t>
      </w:r>
      <w:r/>
    </w:p>
    <w:p>
      <w:pPr>
        <w:pStyle w:val="Heading2"/>
      </w:pPr>
      <w:r>
        <w:t>The faith angle and what it means</w:t>
      </w:r>
      <w:r/>
    </w:p>
    <w:p>
      <w:r/>
      <w:r>
        <w:t>Reporters have linked his statements about sexuality to a newfound faith life, saying he’s been talking about being on a different spiritual path. Religious conversions can feel deeply transformative, and for some people that can include rethinking sexual identity. But mental health experts and advocates often warn that sudden, pressured identity changes linked to external pressures or inner turmoil can be signs of distress rather than resolution. That context matters when fans and friends try to make sense of what's happening.</w:t>
      </w:r>
      <w:r/>
    </w:p>
    <w:p>
      <w:pPr>
        <w:pStyle w:val="Heading2"/>
      </w:pPr>
      <w:r>
        <w:t>Wider reaction: concern, debate, and online scrutiny</w:t>
      </w:r>
      <w:r/>
    </w:p>
    <w:p>
      <w:r/>
      <w:r>
        <w:t>Coverage has ranged from empathetic concern to sharp debate online, with commentators asking how the industry and audiences should respond to someone in crisis. Some peers and celebrities have reached out privately, while many fans have expressed worry publicly. The conversation also touched on the ethical problems of livestreaming vulnerability: when intimate moments become public, it complicates how friends, family and professionals can intervene.</w:t>
      </w:r>
      <w:r/>
    </w:p>
    <w:p>
      <w:pPr>
        <w:pStyle w:val="Heading2"/>
      </w:pPr>
      <w:r>
        <w:t>What to keep in mind if you follow this story</w:t>
      </w:r>
      <w:r/>
    </w:p>
    <w:p>
      <w:r/>
      <w:r>
        <w:t>Media outlets vary in tone, so look to reputable reporting for updates and verified statements from family or authorities for facts. If you’re impacted by the footage or the topic, consider limiting exposure , social feeds can re-traumatise. And if anyone reading this is struggling, contact local crisis services or a trusted professional; immediate help matters more than speculation.</w:t>
      </w:r>
      <w:r/>
    </w:p>
    <w:p>
      <w:r/>
      <w:r>
        <w:t>It's a human story that touches on identity, faith and mental health , and one worth watching with care.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[7]</w:t>
        </w:r>
      </w:hyperlink>
      <w:r>
        <w:t xml:space="preserve">, </w:t>
      </w:r>
      <w:hyperlink r:id="rId14">
        <w:r>
          <w:rPr>
            <w:color w:val="0000EE"/>
            <w:u w:val="single"/>
          </w:rPr>
          <w:t>[4]</w:t>
        </w:r>
      </w:hyperlink>
      <w:r>
        <w:t xml:space="preserve">- Paragraph 4: </w:t>
      </w:r>
      <w:hyperlink r:id="rId15">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https://tvshowsace.com/2026/08/13/perez-hilton-claims-to-be-ex-gay/</w:t>
        </w:r>
      </w:hyperlink>
      <w:r>
        <w:t xml:space="preserve"> - Please view link - unable to able to access data</w:t>
      </w:r>
      <w:r/>
    </w:p>
    <w:p>
      <w:pPr>
        <w:pStyle w:val="ListNumber"/>
        <w:spacing w:line="240" w:lineRule="auto"/>
        <w:ind w:left="720"/>
      </w:pPr>
      <w:r/>
      <w:hyperlink r:id="rId10">
        <w:r>
          <w:rPr>
            <w:color w:val="0000EE"/>
            <w:u w:val="single"/>
          </w:rPr>
          <w:t>https://www.theatlantic.com/culture/2026/08/perez-hilton-livestream/688223/?utm_source=apple_news</w:t>
        </w:r>
      </w:hyperlink>
      <w:r>
        <w:t xml:space="preserve"> - An article from The Atlantic examines the disturbing evolution of internet culture, focusing on Perez Hilton's recent mental health crisis. It details his 15-minute TikTok livestream where he appeared to self-harm, highlighting the delayed response from TikTok moderators. The piece reflects on the broader implications of unregulated online content and its impact on mental health, urging a reevaluation of society's role in creating and engaging with such damaging material.</w:t>
      </w:r>
      <w:r/>
    </w:p>
    <w:p>
      <w:pPr>
        <w:pStyle w:val="ListNumber"/>
        <w:spacing w:line="240" w:lineRule="auto"/>
        <w:ind w:left="720"/>
      </w:pPr>
      <w:r/>
      <w:hyperlink r:id="rId15">
        <w:r>
          <w:rPr>
            <w:color w:val="0000EE"/>
            <w:u w:val="single"/>
          </w:rPr>
          <w:t>https://www.cinemablend.com/streaming-news/khloe-kardashian-very-kind-perez-hilton-made-amends-britney-spears</w:t>
        </w:r>
      </w:hyperlink>
      <w:r>
        <w:t xml:space="preserve"> - This article discusses Perez Hilton's efforts to make amends for his past behavior, particularly towards celebrities like Khloé Kardashian and Britney Spears. It highlights Hilton's acknowledgment of his past cruelty and his desire to be less hurtful. The piece also touches upon his recent hospitalization following a mental health crisis and the positive responses he received from those he had previously criticized.</w:t>
      </w:r>
      <w:r/>
    </w:p>
    <w:p>
      <w:pPr>
        <w:pStyle w:val="ListNumber"/>
        <w:spacing w:line="240" w:lineRule="auto"/>
        <w:ind w:left="720"/>
      </w:pPr>
      <w:r/>
      <w:hyperlink r:id="rId14">
        <w:r>
          <w:rPr>
            <w:color w:val="0000EE"/>
            <w:u w:val="single"/>
          </w:rPr>
          <w:t>https://www.thedailybeast.com/obsessed/why-that-disturbing-perez-hilton-video-was-inevitable/</w:t>
        </w:r>
      </w:hyperlink>
      <w:r>
        <w:t xml:space="preserve"> - The Daily Beast reflects on Perez Hilton's role in shaping internet and celebrity culture, noting his brand of online gossip and celebrity shaming. The article discusses a recent disturbing video where Hilton appears to engage in self-harm, highlighting the personal toll and possible fallout from years of online toxicity. It urges a reevaluation of society's role in creating and engaging with such damaging content, emphasizing the seriousness of mental health issues.</w:t>
      </w:r>
      <w:r/>
    </w:p>
    <w:p>
      <w:pPr>
        <w:pStyle w:val="ListNumber"/>
        <w:spacing w:line="240" w:lineRule="auto"/>
        <w:ind w:left="720"/>
      </w:pPr>
      <w:r/>
      <w:hyperlink r:id="rId12">
        <w:r>
          <w:rPr>
            <w:color w:val="0000EE"/>
            <w:u w:val="single"/>
          </w:rPr>
          <w:t>https://elpais.com/us/entretenimiento/2026-08-05/el-bloguero-perez-hilton-hospitalizado-tras-infligirse-dano-a-si-mismo-en-un-una-retransmision-en-directo.html</w:t>
        </w:r>
      </w:hyperlink>
      <w:r>
        <w:t xml:space="preserve"> - El País reports on Perez Hilton's hospitalization following a self-harm incident during a TikTok livestream. The article details the event, including Hilton's appearance with cuts and erratic behavior, and the subsequent response from authorities. It also provides background on Hilton's career and recent efforts to make amends for his past behavior, emphasizing the importance of de-escalation techniques in mental health crises.</w:t>
      </w:r>
      <w:r/>
    </w:p>
    <w:p>
      <w:pPr>
        <w:pStyle w:val="ListNumber"/>
        <w:spacing w:line="240" w:lineRule="auto"/>
        <w:ind w:left="720"/>
      </w:pPr>
      <w:r/>
      <w:hyperlink r:id="rId11">
        <w:r>
          <w:rPr>
            <w:color w:val="0000EE"/>
            <w:u w:val="single"/>
          </w:rPr>
          <w:t>https://www.thedailybeast.com/obsessed/notorious-celebrity-blogger-perez-hilton-hospitalized-after-shock-tiktok-livestream/</w:t>
        </w:r>
      </w:hyperlink>
      <w:r>
        <w:t xml:space="preserve"> - The Daily Beast reports on Perez Hilton's hospitalization following a distressing TikTok livestream where he appeared to self-harm. The article details the response from authorities, including the Miami-Dade County Sheriff's Office and mental health professionals. It also provides context on Hilton's past health issues and his rise to fame as a celebrity blogger, urging individuals facing similar struggles to seek help through the National Suicide Prevention Lifeline.</w:t>
      </w:r>
      <w:r/>
    </w:p>
    <w:p>
      <w:pPr>
        <w:pStyle w:val="ListNumber"/>
        <w:spacing w:line="240" w:lineRule="auto"/>
        <w:ind w:left="720"/>
      </w:pPr>
      <w:r/>
      <w:hyperlink r:id="rId13">
        <w:r>
          <w:rPr>
            <w:color w:val="0000EE"/>
            <w:u w:val="single"/>
          </w:rPr>
          <w:t>https://www.jubileecast.com/articles/36108/20260421/perez-hilton-says-encounter-with-god-hasnt-changed-his-sexuality-i-am-very-gay.htm</w:t>
        </w:r>
      </w:hyperlink>
      <w:r>
        <w:t xml:space="preserve"> - JubileeCast reports on Perez Hilton's clarification regarding his sexuality following a reported encounter with God. Despite his spiritual experience, Hilton asserts that his identity remains unchanged, stating, 'I am very gay.' The article discusses Hilton's engagement with Scripture and his public reflections on his faith, emphasizing his commitment to his sexual orientation.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vshowsace.com/2026/08/13/perez-hilton-claims-to-be-ex-gay/" TargetMode="External"/><Relationship Id="rId10" Type="http://schemas.openxmlformats.org/officeDocument/2006/relationships/hyperlink" Target="https://www.theatlantic.com/culture/2026/08/perez-hilton-livestream/688223/?utm_source=apple_news" TargetMode="External"/><Relationship Id="rId11" Type="http://schemas.openxmlformats.org/officeDocument/2006/relationships/hyperlink" Target="https://www.thedailybeast.com/obsessed/notorious-celebrity-blogger-perez-hilton-hospitalized-after-shock-tiktok-livestream/" TargetMode="External"/><Relationship Id="rId12" Type="http://schemas.openxmlformats.org/officeDocument/2006/relationships/hyperlink" Target="https://elpais.com/us/entretenimiento/2026-08-05/el-bloguero-perez-hilton-hospitalizado-tras-infligirse-dano-a-si-mismo-en-un-una-retransmision-en-directo.html" TargetMode="External"/><Relationship Id="rId13" Type="http://schemas.openxmlformats.org/officeDocument/2006/relationships/hyperlink" Target="https://www.jubileecast.com/articles/36108/20260421/perez-hilton-says-encounter-with-god-hasnt-changed-his-sexuality-i-am-very-gay.htm" TargetMode="External"/><Relationship Id="rId14" Type="http://schemas.openxmlformats.org/officeDocument/2006/relationships/hyperlink" Target="https://www.thedailybeast.com/obsessed/why-that-disturbing-perez-hilton-video-was-inevitable/" TargetMode="External"/><Relationship Id="rId15" Type="http://schemas.openxmlformats.org/officeDocument/2006/relationships/hyperlink" Target="https://www.cinemablend.com/streaming-news/khloe-kardashian-very-kind-perez-hilton-made-amends-britney-sp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