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 Tommy Fleming: How a Leaked Voice Note Forced His Truth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and listeners have been riveted by Tommy Fleming’s recent revelations, as the Irish crooner reflects on coming out, a viral WhatsApp voice note, and the emotional cost of finally telling the truth. His story matters because it’s about music, identity and the fragile way private moments become public.</w:t>
      </w:r>
      <w:r/>
    </w:p>
    <w:p>
      <w:r/>
      <w:r>
        <w:t>Essential Takeaways</w:t>
      </w:r>
      <w:r/>
      <w:r/>
    </w:p>
    <w:p>
      <w:pPr>
        <w:pStyle w:val="ListBullet"/>
        <w:spacing w:line="240" w:lineRule="auto"/>
        <w:ind w:left="720"/>
      </w:pPr>
      <w:r/>
      <w:r>
        <w:rPr>
          <w:b/>
        </w:rPr>
        <w:t>Public turning point:</w:t>
      </w:r>
      <w:r>
        <w:t xml:space="preserve"> Fleming publicly came out as gay after a recorded WhatsApp voice note circulated widely, prompting him to speak up. </w:t>
      </w:r>
      <w:r/>
    </w:p>
    <w:p>
      <w:pPr>
        <w:pStyle w:val="ListBullet"/>
        <w:spacing w:line="240" w:lineRule="auto"/>
        <w:ind w:left="720"/>
      </w:pPr>
      <w:r/>
      <w:r>
        <w:rPr>
          <w:b/>
        </w:rPr>
        <w:t>Emotional toll:</w:t>
      </w:r>
      <w:r>
        <w:t xml:space="preserve"> He describes the period as “very sad”, noting feelings of hopelessness and a heavy emotional release when events unfolded. </w:t>
      </w:r>
      <w:r/>
    </w:p>
    <w:p>
      <w:pPr>
        <w:pStyle w:val="ListBullet"/>
        <w:spacing w:line="240" w:lineRule="auto"/>
        <w:ind w:left="720"/>
      </w:pPr>
      <w:r/>
      <w:r>
        <w:rPr>
          <w:b/>
        </w:rPr>
        <w:t>Addiction and recovery context:</w:t>
      </w:r>
      <w:r>
        <w:t xml:space="preserve"> Fleming has previously spoken about struggles with drugs and alcohol and the mental-health impact tied to his marriage breakdown. </w:t>
      </w:r>
      <w:r/>
    </w:p>
    <w:p>
      <w:pPr>
        <w:pStyle w:val="ListBullet"/>
        <w:spacing w:line="240" w:lineRule="auto"/>
        <w:ind w:left="720"/>
      </w:pPr>
      <w:r/>
      <w:r>
        <w:rPr>
          <w:b/>
        </w:rPr>
        <w:t>Media attention:</w:t>
      </w:r>
      <w:r>
        <w:t xml:space="preserve"> His first TV interview since the leak is set to air on Virgin Media’s Unfiltered with Lucy Kennedy, offering deeper reflection. </w:t>
      </w:r>
      <w:r/>
    </w:p>
    <w:p>
      <w:pPr>
        <w:pStyle w:val="ListBullet"/>
        <w:spacing w:line="240" w:lineRule="auto"/>
        <w:ind w:left="720"/>
      </w:pPr>
      <w:r/>
      <w:r>
        <w:rPr>
          <w:b/>
        </w:rPr>
        <w:t>Audience reaction:</w:t>
      </w:r>
      <w:r>
        <w:t xml:space="preserve"> The viral clip amplified his story quickly , “boy did it pick up”, he said , showing how a single recording can change a celebrity’s life overnight.</w:t>
      </w:r>
      <w:r/>
      <w:r/>
    </w:p>
    <w:p>
      <w:pPr>
        <w:pStyle w:val="Heading2"/>
      </w:pPr>
      <w:r>
        <w:t>Why the leaked WhatsApp message changed the game</w:t>
      </w:r>
      <w:r/>
    </w:p>
    <w:p>
      <w:r/>
      <w:r>
        <w:t>The most immediate shock was how fast the story spread, and Fleming’s image of oxygen being taken from the room captures that physical panic perfectly. According to reporting in Irish outlets, a friend phoned to tell him the voice note was being shared, and suddenly a private reality was public. That forced moment pushed him into speaking more openly than he might otherwise have chosen.</w:t>
      </w:r>
      <w:r/>
    </w:p>
    <w:p>
      <w:r/>
      <w:r>
        <w:t>Journalists from RTE and The Irish Times documented his May interview where he said he’d been “living a lie”, and that context matters here. For fans who grew up with his voice, the human detail , the panic, the sadness , makes the headlines feel less like gossip and more like a difficult turning point.</w:t>
      </w:r>
      <w:r/>
    </w:p>
    <w:p>
      <w:r/>
      <w:r>
        <w:t>Practical tip: celebrities and anyone in sensitive situations should consider digital privacy checks and trusted listeners before recording or sending emotionally charged messages.</w:t>
      </w:r>
      <w:r/>
    </w:p>
    <w:p>
      <w:pPr>
        <w:pStyle w:val="Heading2"/>
      </w:pPr>
      <w:r>
        <w:t>What he’s told interviewers about life afterwards</w:t>
      </w:r>
      <w:r/>
    </w:p>
    <w:p>
      <w:r/>
      <w:r>
        <w:t>In previews for the Lucy Kennedy interview, Fleming is reflective rather than defensive. He calls the road strange but ultimately easier to navigate than the one he’d been on before. That kind of candour , admitting it’s “been tough” and “very sad” , helps listeners understand the emotional arithmetic behind public confessions.</w:t>
      </w:r>
      <w:r/>
    </w:p>
    <w:p>
      <w:r/>
      <w:r>
        <w:t>Coverage in LGBTQ-focused outlets framed the coming out as a relief and a step towards living authentically. Meanwhile, reporting from mainstream papers stressed the human cost: the marriage breakdown, the addiction battles and the heavy lift of rebuilding.</w:t>
      </w:r>
      <w:r/>
    </w:p>
    <w:p>
      <w:r/>
      <w:r>
        <w:t>Practical insight: If you’re supporting someone through a public outing, small gestures , listening, keeping routine plans, going to a gig , can feel stabilising.</w:t>
      </w:r>
      <w:r/>
    </w:p>
    <w:p>
      <w:pPr>
        <w:pStyle w:val="Heading2"/>
      </w:pPr>
      <w:r>
        <w:t>How the story fits wider trends in celebrity confessions</w:t>
      </w:r>
      <w:r/>
    </w:p>
    <w:p>
      <w:r/>
      <w:r>
        <w:t>This isn’t the first time a private recording has accelerated a public revelation, and media outlets have noticed a pattern: intimate moments leak, audiences react, and the subject either retreats or leans into honesty. Fleming’s case sits at the intersection of mental health, addiction recovery and LGBTQ visibility , a trio that often dominates cultural conversation.</w:t>
      </w:r>
      <w:r/>
    </w:p>
    <w:p>
      <w:r/>
      <w:r>
        <w:t>According to reporting across Irish and international outlets, there’s been strong public sympathy for him. That response matters because it shapes how careers survive reputational shocks and how artists are allowed to remake their public image.</w:t>
      </w:r>
      <w:r/>
    </w:p>
    <w:p>
      <w:r/>
      <w:r>
        <w:t>Practical tip: For artists, having a clear communications plan and a small circle of advisers can make a leaked moment less catastrophic and more manageable.</w:t>
      </w:r>
      <w:r/>
    </w:p>
    <w:p>
      <w:pPr>
        <w:pStyle w:val="Heading2"/>
      </w:pPr>
      <w:r>
        <w:t>Why fans still care about the music</w:t>
      </w:r>
      <w:r/>
    </w:p>
    <w:p>
      <w:r/>
      <w:r>
        <w:t>At its heart, Fleming’s audience loves his voice and the emotional candour in his performances. Coverage in music pages reminds readers that this revelation doesn’t erase decades of work; rather, it reframes his songs and stage presence with new emotional resonance.</w:t>
      </w:r>
      <w:r/>
    </w:p>
    <w:p>
      <w:r/>
      <w:r>
        <w:t>Classic Hits and entertainment pages have noted fans turning out to shows and offering support, proving that honesty often deepens fan loyalty. For concertgoers, hearing those old favourites now carries fresh meaning.</w:t>
      </w:r>
      <w:r/>
    </w:p>
    <w:p>
      <w:r/>
      <w:r>
        <w:t>Practical idea: If you’re planning to go to a show, expect a charged atmosphere , it can be cathartic to experience music with a new understanding of the performer’s life.</w:t>
      </w:r>
      <w:r/>
    </w:p>
    <w:p>
      <w:pPr>
        <w:pStyle w:val="Heading2"/>
      </w:pPr>
      <w:r>
        <w:t>What’s next and the bigger picture</w:t>
      </w:r>
      <w:r/>
    </w:p>
    <w:p>
      <w:r/>
      <w:r>
        <w:t>Fleming’s forthcoming Unfiltered interview on Virgin Media will give him space to explain his truth in his own words, and it’s likely to spark more conversation about privacy, mental health and the pressures on public figures. Reporting suggests he’s coming through a painful chapter, and many commentators are watching to see how he rebuilds.</w:t>
      </w:r>
      <w:r/>
    </w:p>
    <w:p>
      <w:r/>
      <w:r>
        <w:t>Looking ahead, the story is a reminder that public figures are human, that mistakes or leaks can prompt necessary honesty, and that audiences can be both intrusive and supportive. It’s messy, but it’s also one more example of culture shifting toward openness.</w:t>
      </w:r>
      <w:r/>
    </w:p>
    <w:p>
      <w:r/>
      <w:r>
        <w:t>It’s a small change that can make every confession feel a little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https://www.irishmirror.ie/showbiz/irish-showbiz/tommy-fleming-whatsapp-voice-note-37549715</w:t>
        </w:r>
      </w:hyperlink>
      <w:r>
        <w:t xml:space="preserve"> - Please view link - unable to able to access data</w:t>
      </w:r>
      <w:r/>
    </w:p>
    <w:p>
      <w:pPr>
        <w:pStyle w:val="ListNumber"/>
        <w:spacing w:line="240" w:lineRule="auto"/>
        <w:ind w:left="720"/>
      </w:pPr>
      <w:r/>
      <w:hyperlink r:id="rId10">
        <w:r>
          <w:rPr>
            <w:color w:val="0000EE"/>
            <w:u w:val="single"/>
          </w:rPr>
          <w:t>https://www.rte.ie/entertainment/2026/0515/1573601-ive-been-living-a-lie-tommy-fleming-comes-out-as-gay/</w:t>
        </w:r>
      </w:hyperlink>
      <w:r>
        <w:t xml:space="preserve"> - In May 2026, Irish singer Tommy Fleming publicly came out as gay during an interview on Newstalk's 'The Hard Shoulder'. He discussed the breakdown of his marriage to Tina Mitchell after 20 years, revealing that he had been 'living a lie' and expressing remorse for any hurt caused. Fleming also addressed his past struggles with mental health, including a suicide attempt in September 2025, and the impact of a leaked private conversation on his personal life. He emphasised his commitment to living his truth moving forward.</w:t>
      </w:r>
      <w:r/>
    </w:p>
    <w:p>
      <w:pPr>
        <w:pStyle w:val="ListNumber"/>
        <w:spacing w:line="240" w:lineRule="auto"/>
        <w:ind w:left="720"/>
      </w:pPr>
      <w:r/>
      <w:hyperlink r:id="rId12">
        <w:r>
          <w:rPr>
            <w:color w:val="0000EE"/>
            <w:u w:val="single"/>
          </w:rPr>
          <w:t>https://www.irishtimes.com/culture/music/2026/05/15/tommy-fleming-comes-out-as-gay-in-interview-discussing-marriage-breakdown/</w:t>
        </w:r>
      </w:hyperlink>
      <w:r>
        <w:t xml:space="preserve"> - Tommy Fleming, the 55-year-old Sligo-born folk singer, publicly came out as gay in May 2026 during an interview on Newstalk's 'Drivetime'. He discussed the dissolution of his nearly 20-year marriage to Tina Mitchell, stating that small issues had accumulated over time, leading to their separation. Fleming expressed regret for any hurt caused to his family and highlighted the challenges of living a lie. He also shared his experiences with mental health struggles, including a suicide attempt in September 2025, and the impact of a leaked private conversation on his life.</w:t>
      </w:r>
      <w:r/>
    </w:p>
    <w:p>
      <w:pPr>
        <w:pStyle w:val="ListNumber"/>
        <w:spacing w:line="240" w:lineRule="auto"/>
        <w:ind w:left="720"/>
      </w:pPr>
      <w:r/>
      <w:hyperlink r:id="rId11">
        <w:r>
          <w:rPr>
            <w:color w:val="0000EE"/>
            <w:u w:val="single"/>
          </w:rPr>
          <w:t>https://www.lgbtqnation.com/2026/05/irish-singer-tommy-fleming-comes-out-im-finally-living-my-truth/</w:t>
        </w:r>
      </w:hyperlink>
      <w:r>
        <w:t xml:space="preserve"> - In May 2026, Irish folk singer Tommy Fleming came out as gay during an interview on Newstalk's 'The Hard Shoulder'. He revealed that he had been 'living a lie' for most of his life and discussed the breakdown of his marriage to Tina Mitchell after 20 years. Fleming also addressed his past struggles with mental health, including a suicide attempt in September 2025, and the impact of a leaked private conversation on his personal life. He emphasised his commitment to living his truth moving forward.</w:t>
      </w:r>
      <w:r/>
    </w:p>
    <w:p>
      <w:pPr>
        <w:pStyle w:val="ListNumber"/>
        <w:spacing w:line="240" w:lineRule="auto"/>
        <w:ind w:left="720"/>
      </w:pPr>
      <w:r/>
      <w:hyperlink r:id="rId14">
        <w:r>
          <w:rPr>
            <w:color w:val="0000EE"/>
            <w:u w:val="single"/>
          </w:rPr>
          <w:t>https://evoke.ie/2026/05/19/entertainment/celebrity/celebrity-news/tommy-fleming-first-gig-gay</w:t>
        </w:r>
      </w:hyperlink>
      <w:r>
        <w:t xml:space="preserve"> - Following his public coming out in May 2026, Tommy Fleming returned to the stage for his first performance at the Riverbank Arts Theatre in Newbridge, Co Kildare. The audience gave him a warm reception, with the longest introduction cheer he had ever received. Fleming's supporters showed strong backing, and his new manager, Kathy Cullinan, noted the incredible support from the crowd. The performance marked a positive step in Fleming's journey after his recent revelations.</w:t>
      </w:r>
      <w:r/>
    </w:p>
    <w:p>
      <w:pPr>
        <w:pStyle w:val="ListNumber"/>
        <w:spacing w:line="240" w:lineRule="auto"/>
        <w:ind w:left="720"/>
      </w:pPr>
      <w:r/>
      <w:hyperlink r:id="rId13">
        <w:r>
          <w:rPr>
            <w:color w:val="0000EE"/>
            <w:u w:val="single"/>
          </w:rPr>
          <w:t>https://www.standard.co.uk/showbiz/celebrity-news/press-association-b1282524.html</w:t>
        </w:r>
      </w:hyperlink>
      <w:r>
        <w:t xml:space="preserve"> - In May 2026, Irish singer Tommy Fleming publicly came out as gay, stating he had been 'living a lie'. He expressed remorse for any hurt caused to his family and emphasised the importance of 'setting the record straight'. The announcement followed the emergence of a leaked voice note recording involving Fleming, which had been circulating on social media. Fleming rose to fame in the early 1990s and has since released 16 albums and toured extensively.</w:t>
      </w:r>
      <w:r/>
    </w:p>
    <w:p>
      <w:pPr>
        <w:pStyle w:val="ListNumber"/>
        <w:spacing w:line="240" w:lineRule="auto"/>
        <w:ind w:left="720"/>
      </w:pPr>
      <w:r/>
      <w:hyperlink r:id="rId15">
        <w:r>
          <w:rPr>
            <w:color w:val="0000EE"/>
            <w:u w:val="single"/>
          </w:rPr>
          <w:t>https://www.classichits.ie/news/music-news/ive-been-living-a-lie-tommy-fleming-comes-out-as-gay-after-marriage-break-up/</w:t>
        </w:r>
      </w:hyperlink>
      <w:r>
        <w:t xml:space="preserve"> - Tommy Fleming, the Sligo-born Irish folk singer, publicly came out as gay in May 2026, admitting he had been 'living a lie'. In an interview, he discussed the breakdown of his marriage to Tina Mitchell after 20 years, revealing that small issues had accumulated over time, leading to their separation. Fleming also addressed his past struggles with mental health, including a suicide attempt in September 2025, and the impact of a leaked private conversation on his personal life. He emphasised his commitment to living his truth moving forward.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rishmirror.ie/showbiz/irish-showbiz/tommy-fleming-whatsapp-voice-note-37549715" TargetMode="External"/><Relationship Id="rId10" Type="http://schemas.openxmlformats.org/officeDocument/2006/relationships/hyperlink" Target="https://www.rte.ie/entertainment/2026/0515/1573601-ive-been-living-a-lie-tommy-fleming-comes-out-as-gay/" TargetMode="External"/><Relationship Id="rId11" Type="http://schemas.openxmlformats.org/officeDocument/2006/relationships/hyperlink" Target="https://www.lgbtqnation.com/2026/05/irish-singer-tommy-fleming-comes-out-im-finally-living-my-truth/" TargetMode="External"/><Relationship Id="rId12" Type="http://schemas.openxmlformats.org/officeDocument/2006/relationships/hyperlink" Target="https://www.irishtimes.com/culture/music/2026/05/15/tommy-fleming-comes-out-as-gay-in-interview-discussing-marriage-breakdown/" TargetMode="External"/><Relationship Id="rId13" Type="http://schemas.openxmlformats.org/officeDocument/2006/relationships/hyperlink" Target="https://www.standard.co.uk/showbiz/celebrity-news/press-association-b1282524.html" TargetMode="External"/><Relationship Id="rId14" Type="http://schemas.openxmlformats.org/officeDocument/2006/relationships/hyperlink" Target="https://evoke.ie/2026/05/19/entertainment/celebrity/celebrity-news/tommy-fleming-first-gig-gay" TargetMode="External"/><Relationship Id="rId15" Type="http://schemas.openxmlformats.org/officeDocument/2006/relationships/hyperlink" Target="https://www.classichits.ie/news/music-news/ive-been-living-a-lie-tommy-fleming-comes-out-as-gay-after-marriage-break-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