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on Neil Patrick Harris: How He Reclaimed His Story and Why It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celebrity culture have noticed a quieter, steadier kind of revelation , Neil Patrick Harris has been talking about his coming-out moment, why it felt inevitable, and how online gossip once turned his private life into a minefield. The conversation matters for anyone watching how fame and identity collide.</w:t>
      </w:r>
      <w:r/>
    </w:p>
    <w:p>
      <w:r/>
      <w:r>
        <w:t>Essential Takeaways</w:t>
      </w:r>
      <w:r/>
      <w:r/>
    </w:p>
    <w:p>
      <w:pPr>
        <w:pStyle w:val="ListBullet"/>
        <w:spacing w:line="240" w:lineRule="auto"/>
        <w:ind w:left="720"/>
      </w:pPr>
      <w:r/>
      <w:r>
        <w:rPr>
          <w:b/>
        </w:rPr>
        <w:t>Inevitability:</w:t>
      </w:r>
      <w:r>
        <w:t xml:space="preserve"> Neil Patrick Harris says coming out felt unavoidable amid persistent gossip; he prepared his own statement to take control.</w:t>
      </w:r>
      <w:r/>
    </w:p>
    <w:p>
      <w:pPr>
        <w:pStyle w:val="ListBullet"/>
        <w:spacing w:line="240" w:lineRule="auto"/>
        <w:ind w:left="720"/>
      </w:pPr>
      <w:r/>
      <w:r>
        <w:rPr>
          <w:b/>
        </w:rPr>
        <w:t>Online pressure:</w:t>
      </w:r>
      <w:r>
        <w:t xml:space="preserve"> Bloggers and early internet rumours made Harris fearful of being targeted and shaped how he navigated red carpets.</w:t>
      </w:r>
      <w:r/>
    </w:p>
    <w:p>
      <w:pPr>
        <w:pStyle w:val="ListBullet"/>
        <w:spacing w:line="240" w:lineRule="auto"/>
        <w:ind w:left="720"/>
      </w:pPr>
      <w:r/>
      <w:r>
        <w:rPr>
          <w:b/>
        </w:rPr>
        <w:t>Private compromise:</w:t>
      </w:r>
      <w:r>
        <w:t xml:space="preserve"> He and partner David Burtka avoided appearing together publicly for a time to dodge speculation; that secrecy carried emotional costs.</w:t>
      </w:r>
      <w:r/>
    </w:p>
    <w:p>
      <w:pPr>
        <w:pStyle w:val="ListBullet"/>
        <w:spacing w:line="240" w:lineRule="auto"/>
        <w:ind w:left="720"/>
      </w:pPr>
      <w:r/>
      <w:r>
        <w:rPr>
          <w:b/>
        </w:rPr>
        <w:t>Muted reaction:</w:t>
      </w:r>
      <w:r>
        <w:t xml:space="preserve"> When Harris did speak out in 2006, the backlash he expected never materialised , the public largely shrugged.</w:t>
      </w:r>
      <w:r/>
    </w:p>
    <w:p>
      <w:pPr>
        <w:pStyle w:val="ListBullet"/>
        <w:spacing w:line="240" w:lineRule="auto"/>
        <w:ind w:left="720"/>
      </w:pPr>
      <w:r/>
      <w:r>
        <w:rPr>
          <w:b/>
        </w:rPr>
        <w:t>Legacy note:</w:t>
      </w:r>
      <w:r>
        <w:t xml:space="preserve"> Harris acknowledges earlier figures bore harsher consequences, which made his path somewhat easier.</w:t>
      </w:r>
      <w:r/>
      <w:r/>
    </w:p>
    <w:p>
      <w:pPr>
        <w:pStyle w:val="Heading2"/>
      </w:pPr>
      <w:r>
        <w:t>A candid confession: why coming out felt inevitable</w:t>
      </w:r>
      <w:r/>
    </w:p>
    <w:p>
      <w:r/>
      <w:r>
        <w:t>Neil Patrick Harris told listeners on a recent podcast that the notion of coming out wasn’t sudden, it was a buildup you could almost feel, like a pressure rising. He described the years when gossip sites tried to name and shame actors, and how that climate made him fear being the next target. According to ABC News coverage of his remarks, Harris felt he needed to take ownership before salacious speculation dictated the story. That sense of urgency is a familiar echo from the early internet era, when celebrity privacy was routinely mined for clicks.</w:t>
      </w:r>
      <w:r/>
    </w:p>
    <w:p>
      <w:pPr>
        <w:pStyle w:val="Heading2"/>
      </w:pPr>
      <w:r>
        <w:t>The red carpet compromise , love kept out of frame</w:t>
      </w:r>
      <w:r/>
    </w:p>
    <w:p>
      <w:r/>
      <w:r>
        <w:t>At the time, Harris and David Burtka often attended events separately so their relationship wouldn’t be obvious, a small, quiet kindness to themselves that nevertheless cost them normal public life as a couple. E! Online and CBS News both reported on how that careful choreography played out: Burtka couldn’t walk the carpet with Harris, and the couple learned to sidestep attention rather than invite it. It’s a reminder that fame often forces private people into awkward practical decisions, where safety and perception collide.</w:t>
      </w:r>
      <w:r/>
    </w:p>
    <w:p>
      <w:pPr>
        <w:pStyle w:val="Heading2"/>
      </w:pPr>
      <w:r>
        <w:t>Why the internet stung more than headlines</w:t>
      </w:r>
      <w:r/>
    </w:p>
    <w:p>
      <w:r/>
      <w:r>
        <w:t>Harris singled out bloggers and gossip columns as a particular menace, places that indulged “salacious” guesses about who was gay and who wasn’t. TVLine and other outlets have charted how that era’s online culture operated without many of the accountability checks we expect now. For Harris, the worry wasn’t abstract , it was that an overzealous post could make him a target. He and his team chose to issue a statement on their terms, a strategy plenty of public figures have adopted to try to steer the narrative rather than be steamrolled by it.</w:t>
      </w:r>
      <w:r/>
    </w:p>
    <w:p>
      <w:pPr>
        <w:pStyle w:val="Heading2"/>
      </w:pPr>
      <w:r>
        <w:t>The surprising public reaction , less drama than expected</w:t>
      </w:r>
      <w:r/>
    </w:p>
    <w:p>
      <w:r/>
      <w:r>
        <w:t>When Harris publicly acknowledged his sexuality in 2006, he braced for fallout. Instead, the response was almost indifferent, at least compared with the harsher times endured by those who came out earlier. ABC News and E! both recount his bemused reaction: he’d expected outrage or at least a bad week, and was left oddly underwhelmed. That relative calm doesn’t erase the strain of the lead-up, but it does underscore how cultural shifts can change the cost of honesty overnight.</w:t>
      </w:r>
      <w:r/>
    </w:p>
    <w:p>
      <w:pPr>
        <w:pStyle w:val="Heading2"/>
      </w:pPr>
      <w:r>
        <w:t>What this means now , perspective and practical takeaways</w:t>
      </w:r>
      <w:r/>
    </w:p>
    <w:p>
      <w:r/>
      <w:r>
        <w:t>Harris has spoken about his experience not just as memoir, but as context for how celebrity, identity and the internet interact today. For anyone navigating public life, his approach offers lessons: prepare your message, lean on trusted advisers, and remember timing can be strategic. As outlets from CBS News to TVLine note, Harris also acknowledges the debt owed to those who faced harsher treatment, which is a neat, human touch , gratitude mixed with a dash of comedian’s irony.</w:t>
      </w:r>
      <w:r/>
    </w:p>
    <w:p>
      <w:r/>
      <w:r>
        <w:t>It's a small reminder that taking back your narrative can feel private and public at once.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10">
        <w:r>
          <w:rPr>
            <w:color w:val="0000EE"/>
            <w:u w:val="single"/>
          </w:rPr>
          <w:t>[3]</w:t>
        </w:r>
      </w:hyperlink>
      <w:r>
        <w:t xml:space="preserve">- Paragraph 4: </w:t>
      </w:r>
      <w:hyperlink r:id="rId10">
        <w:r>
          <w:rPr>
            <w:color w:val="0000EE"/>
            <w:u w:val="single"/>
          </w:rPr>
          <w:t>[3]</w:t>
        </w:r>
      </w:hyperlink>
      <w:r>
        <w:t xml:space="preserve">, </w:t>
      </w:r>
      <w:hyperlink r:id="rId11">
        <w:r>
          <w:rPr>
            <w:color w:val="0000EE"/>
            <w:u w:val="single"/>
          </w:rPr>
          <w:t>[5]</w:t>
        </w:r>
      </w:hyperlink>
      <w:r>
        <w:t xml:space="preserve">- Paragraph 5: </w:t>
      </w:r>
      <w:hyperlink r:id="rId12">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https://www.netflixjunkie.com/hollywood-news-neil-patrick-harris-says-coming-out-was-inevitable-but-feared-being-exposed-too-soon/</w:t>
        </w:r>
      </w:hyperlink>
      <w:r>
        <w:t xml:space="preserve"> - Please view link - unable to able to access data</w:t>
      </w:r>
      <w:r/>
    </w:p>
    <w:p>
      <w:pPr>
        <w:pStyle w:val="ListNumber"/>
        <w:spacing w:line="240" w:lineRule="auto"/>
        <w:ind w:left="720"/>
      </w:pPr>
      <w:r/>
      <w:hyperlink r:id="rId14">
        <w:r>
          <w:rPr>
            <w:color w:val="0000EE"/>
            <w:u w:val="single"/>
          </w:rPr>
          <w:t>https://www.krone.at/368247</w:t>
        </w:r>
      </w:hyperlink>
      <w:r>
        <w:t xml:space="preserve"> - In a 2006 interview with the 'Frankfurter Allgemeinen Sonntagszeitung', Neil Patrick Harris discussed his decision to come out as gay, describing it as an 'inevitability' at the time. He shared that he was happy living authentically and had the fortune of meeting the man he loved. Harris mentioned that everyone on the set of 'How I Met Your Mother' knew about his partner, David Burtka, and he didn't try to hide their relationship. He also noted that the media showed a lot of respect and didn't pry into his private life.</w:t>
      </w:r>
      <w:r/>
    </w:p>
    <w:p>
      <w:pPr>
        <w:pStyle w:val="ListNumber"/>
        <w:spacing w:line="240" w:lineRule="auto"/>
        <w:ind w:left="720"/>
      </w:pPr>
      <w:r/>
      <w:hyperlink r:id="rId10">
        <w:r>
          <w:rPr>
            <w:color w:val="0000EE"/>
            <w:u w:val="single"/>
          </w:rPr>
          <w:t>https://abcnews.go.com/GMA/Culture/neil-patrick-harris-discusses-national-coming-day-light/story?id=58415869</w:t>
        </w:r>
      </w:hyperlink>
      <w:r>
        <w:t xml:space="preserve"> - Ahead of National Coming Out Day in 2018, Neil Patrick Harris appeared on 'The View' to discuss his own experience coming out as gay. He shared that coming out allowed him to stand taller and be more transparent about who he was, enabling his light to shine brighter. Harris emphasized that the act of coming out is specific to a person's circumstances and applauded the holiday as a conversation starter for those unsure about how to broach the topic.</w:t>
      </w:r>
      <w:r/>
    </w:p>
    <w:p>
      <w:pPr>
        <w:pStyle w:val="ListNumber"/>
        <w:spacing w:line="240" w:lineRule="auto"/>
        <w:ind w:left="720"/>
      </w:pPr>
      <w:r/>
      <w:hyperlink r:id="rId15">
        <w:r>
          <w:rPr>
            <w:color w:val="0000EE"/>
            <w:u w:val="single"/>
          </w:rPr>
          <w:t>https://www.bossip.com/858098/chronicles-of-coming-out-doogie-howser-speaks-falling-in-love-with-a-man-and-telling-the-world-hes-gay/</w:t>
        </w:r>
      </w:hyperlink>
      <w:r>
        <w:t xml:space="preserve"> - In a 2013 interview with HuffPost Live, Neil Patrick Harris discussed the personal nature of the coming out process, stating that it shouldn't be done in an exploitative way. He shared that he fell in love with David Burtka and didn't want to suppress that. Harris mentioned that as he started working more frequently, with more eyes on them, he figured that coming out was inevitable and the opposite would be suppressive. He also expressed that he didn't want to disrespect David or make him feel like he didn't exist in his life.</w:t>
      </w:r>
      <w:r/>
    </w:p>
    <w:p>
      <w:pPr>
        <w:pStyle w:val="ListNumber"/>
        <w:spacing w:line="240" w:lineRule="auto"/>
        <w:ind w:left="720"/>
      </w:pPr>
      <w:r/>
      <w:hyperlink r:id="rId11">
        <w:r>
          <w:rPr>
            <w:color w:val="0000EE"/>
            <w:u w:val="single"/>
          </w:rPr>
          <w:t>https://www.eonline.com/ca/news/475875/neil-patrick-harris-opens-up-about-coming-out-as-gay-in-hollywood</w:t>
        </w:r>
      </w:hyperlink>
      <w:r>
        <w:t xml:space="preserve"> - In a 2013 interview with HuffPost Live, Neil Patrick Harris opened up about his decision to come out as gay in 2006. He shared that he fell in love with David Burtka and started spending all his time with him, and therefore didn't want to suppress that. Harris mentioned that as he started working more frequently, with more eyes on them, he figured that coming out was inevitable and the opposite would be suppressive. He also expressed that he didn't want to disrespect David or make him feel like he didn't exist in his life.</w:t>
      </w:r>
      <w:r/>
    </w:p>
    <w:p>
      <w:pPr>
        <w:pStyle w:val="ListNumber"/>
        <w:spacing w:line="240" w:lineRule="auto"/>
        <w:ind w:left="720"/>
      </w:pPr>
      <w:r/>
      <w:hyperlink r:id="rId12">
        <w:r>
          <w:rPr>
            <w:color w:val="0000EE"/>
            <w:u w:val="single"/>
          </w:rPr>
          <w:t>https://www.cbsnews.com/news/neil-patrick-harris-a-content-gay-man/</w:t>
        </w:r>
      </w:hyperlink>
      <w:r>
        <w:t xml:space="preserve"> - In 2006, Neil Patrick Harris publicly came out as gay, stating he was a 'very content gay man living my life to the fullest.' He revealed his sexuality to end speculation and interest in his private life and relationships. Harris's announcement followed reports that he had helped his longtime partner, David Burtka, land a role on his hit CBS sitcom 'How I Met Your Mother.'</w:t>
      </w:r>
      <w:r/>
    </w:p>
    <w:p>
      <w:pPr>
        <w:pStyle w:val="ListNumber"/>
        <w:spacing w:line="240" w:lineRule="auto"/>
        <w:ind w:left="720"/>
      </w:pPr>
      <w:r/>
      <w:hyperlink r:id="rId13">
        <w:r>
          <w:rPr>
            <w:color w:val="0000EE"/>
            <w:u w:val="single"/>
          </w:rPr>
          <w:t>https://www.tvline.com/interviews/uncoupled-neil-patrick-harris-sex-scenes-gay-netflix-comedy-1234855842/</w:t>
        </w:r>
      </w:hyperlink>
      <w:r>
        <w:t xml:space="preserve"> - In a 2022 interview, Neil Patrick Harris discussed his role in Netflix's 'Uncoupled,' marking his first gay TV role as a series regular. He shared that the show finds him back in New York City and looking for love, but unlike his previous role as Barney Stinson, Michael is not a ladies' man. Harris mentioned that he has been openly gay for nearly two decades, and Michael marks his first gay TV role as a series regular.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tflixjunkie.com/hollywood-news-neil-patrick-harris-says-coming-out-was-inevitable-but-feared-being-exposed-too-soon/" TargetMode="External"/><Relationship Id="rId10" Type="http://schemas.openxmlformats.org/officeDocument/2006/relationships/hyperlink" Target="https://abcnews.go.com/GMA/Culture/neil-patrick-harris-discusses-national-coming-day-light/story?id=58415869" TargetMode="External"/><Relationship Id="rId11" Type="http://schemas.openxmlformats.org/officeDocument/2006/relationships/hyperlink" Target="https://www.eonline.com/ca/news/475875/neil-patrick-harris-opens-up-about-coming-out-as-gay-in-hollywood" TargetMode="External"/><Relationship Id="rId12" Type="http://schemas.openxmlformats.org/officeDocument/2006/relationships/hyperlink" Target="https://www.cbsnews.com/news/neil-patrick-harris-a-content-gay-man/" TargetMode="External"/><Relationship Id="rId13" Type="http://schemas.openxmlformats.org/officeDocument/2006/relationships/hyperlink" Target="https://www.tvline.com/interviews/uncoupled-neil-patrick-harris-sex-scenes-gay-netflix-comedy-1234855842/" TargetMode="External"/><Relationship Id="rId14" Type="http://schemas.openxmlformats.org/officeDocument/2006/relationships/hyperlink" Target="https://www.krone.at/368247" TargetMode="External"/><Relationship Id="rId15" Type="http://schemas.openxmlformats.org/officeDocument/2006/relationships/hyperlink" Target="https://www.bossip.com/858098/chronicles-of-coming-out-doogie-howser-speaks-falling-in-love-with-a-man-and-telling-the-world-hes-g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