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on HAYLA’s DARK Album and Why Pride Shows Feel Different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up for HAYLA’s quieter, more intimate era , and fans at WorldPride in Amsterdam noticed. The singer has swapped some of her arena-ready vocal storms for reflective songs on her new album DARK, while keeping the theatrical stagecraft and deep ties to the LGBTQ+ community that make her live shows feel like home.</w:t>
      </w:r>
      <w:r/>
    </w:p>
    <w:p>
      <w:r/>
      <w:r>
        <w:t>Essential Takeaways</w:t>
      </w:r>
      <w:r/>
      <w:r/>
    </w:p>
    <w:p>
      <w:pPr>
        <w:pStyle w:val="ListBullet"/>
        <w:spacing w:line="240" w:lineRule="auto"/>
        <w:ind w:left="720"/>
      </w:pPr>
      <w:r/>
      <w:r>
        <w:rPr>
          <w:b/>
        </w:rPr>
        <w:t>New sonic direction:</w:t>
      </w:r>
      <w:r>
        <w:t xml:space="preserve"> HAYLA’s second album, DARK, leans into quieter, cathartic songwriting after personal loss, with singles like “Heal” and “Enough” setting the tone. </w:t>
      </w:r>
      <w:r/>
    </w:p>
    <w:p>
      <w:pPr>
        <w:pStyle w:val="ListBullet"/>
        <w:spacing w:line="240" w:lineRule="auto"/>
        <w:ind w:left="720"/>
      </w:pPr>
      <w:r/>
      <w:r>
        <w:rPr>
          <w:b/>
        </w:rPr>
        <w:t>Pride connection:</w:t>
      </w:r>
      <w:r>
        <w:t xml:space="preserve"> She describes LGBTQ+ support as deeply meaningful, calling Pride shows emotional and essential for community and visibility. </w:t>
      </w:r>
      <w:r/>
    </w:p>
    <w:p>
      <w:pPr>
        <w:pStyle w:val="ListBullet"/>
        <w:spacing w:line="240" w:lineRule="auto"/>
        <w:ind w:left="720"/>
      </w:pPr>
      <w:r/>
      <w:r>
        <w:rPr>
          <w:b/>
        </w:rPr>
        <w:t>Stagecraft matters:</w:t>
      </w:r>
      <w:r>
        <w:t xml:space="preserve"> Her fashion , think archival pieces, corsets and “Tudor Glam” , is a deliberate part of the performance, crafted with stylist Beau Tiger Rae. </w:t>
      </w:r>
      <w:r/>
    </w:p>
    <w:p>
      <w:pPr>
        <w:pStyle w:val="ListBullet"/>
        <w:spacing w:line="240" w:lineRule="auto"/>
        <w:ind w:left="720"/>
      </w:pPr>
      <w:r/>
      <w:r>
        <w:rPr>
          <w:b/>
        </w:rPr>
        <w:t>Tour rolling out:</w:t>
      </w:r>
      <w:r>
        <w:t xml:space="preserve"> The Dark Tour is her biggest North American run yet, offering more intimate shows across major cities and a closing date at The Fonda in LA. </w:t>
      </w:r>
      <w:r/>
    </w:p>
    <w:p>
      <w:pPr>
        <w:pStyle w:val="ListBullet"/>
        <w:spacing w:line="240" w:lineRule="auto"/>
        <w:ind w:left="720"/>
      </w:pPr>
      <w:r/>
      <w:r>
        <w:rPr>
          <w:b/>
        </w:rPr>
        <w:t>Live vibe:</w:t>
      </w:r>
      <w:r>
        <w:t xml:space="preserve"> Concerts mix tenderness with high-energy moments; fans report a palpable sense of togetherness and joy in the crowd.</w:t>
      </w:r>
      <w:r/>
      <w:r/>
    </w:p>
    <w:p>
      <w:pPr>
        <w:pStyle w:val="Heading2"/>
      </w:pPr>
      <w:r>
        <w:t>Quiet songs, loud feelings: the creative shift behind DARK</w:t>
      </w:r>
      <w:r/>
    </w:p>
    <w:p>
      <w:r/>
      <w:r>
        <w:t>HAYLA’s recent singles trade festival anthems for emotional clarity, and you can almost hear the healing in her voice. According to interviews, that change followed a personal loss that left her unsure how , or if , she could write again, so she leaned into songs as a form of therapy. The result is music that feels lived-in, intimate and deliberately slow-burning compared with her collaborations with big-name DJs. If you love an artist who wears their heart on their sleeve, DARK is aimed squarely at that space.</w:t>
      </w:r>
      <w:r/>
    </w:p>
    <w:p>
      <w:pPr>
        <w:pStyle w:val="Heading2"/>
      </w:pPr>
      <w:r>
        <w:t>Why Pride shows mean more than a calendar date</w:t>
      </w:r>
      <w:r/>
    </w:p>
    <w:p>
      <w:r/>
      <w:r>
        <w:t>She’s said plainly that Pride isn’t just another gig. For HAYLA, performing at WorldPride and other queer events is about visibility, protection and joy , a place where audiences can express themselves freely. That sentiment is echoed in coverage of the festival circuit, where artists frequently note Pride’s special energy. For fans, that translates into shows that feel emotional and communal rather than transactional, which is exactly the sort of connection she’s trying to cultivate on this record and tour.</w:t>
      </w:r>
      <w:r/>
    </w:p>
    <w:p>
      <w:pPr>
        <w:pStyle w:val="Heading2"/>
      </w:pPr>
      <w:r>
        <w:t>Fashion as storytelling: archiving the past for stage drama</w:t>
      </w:r>
      <w:r/>
    </w:p>
    <w:p>
      <w:r/>
      <w:r>
        <w:t>HAYLA’s stage looks are not an afterthought. Working with Beau Tiger Rae for several years has opened up a tiny theatre of costume possibilities, from flowy black fabrics to structural corsetry and historical references. They’ve been digging through archives and blending eras to create a “Tudor Glam” aesthetic that reads dramatic under stage lights. If you’re styling a show or just love concert looks, she’s a reminder that wardrobe can extend an artist’s narrative and boost onstage confidence.</w:t>
      </w:r>
      <w:r/>
    </w:p>
    <w:p>
      <w:pPr>
        <w:pStyle w:val="Heading2"/>
      </w:pPr>
      <w:r>
        <w:t>The tour: intimate nights, big intentions</w:t>
      </w:r>
      <w:r/>
    </w:p>
    <w:p>
      <w:r/>
      <w:r>
        <w:t>The Dark Tour marks her biggest North American push yet, but it’s characterised more by closeness than arena scale. Dates across the East and West Coasts and Midwest prioritise audience connection, and she’s keen to keep writing and performing , the more stages she plays, the more her practice feels realised. Tickets for headline nights like the LA Fonda closing are positioned as communal experiences, not just performances, so fans can expect singalongs as well as quieter, reflective moments.</w:t>
      </w:r>
      <w:r/>
    </w:p>
    <w:p>
      <w:pPr>
        <w:pStyle w:val="Heading2"/>
      </w:pPr>
      <w:r>
        <w:t>What this means for fans and new listeners</w:t>
      </w:r>
      <w:r/>
    </w:p>
    <w:p>
      <w:r/>
      <w:r>
        <w:t>If you discovered HAYLA through club collaborations, her solo work offers a softer entry point with emotional heft. Fans who come for the spectacle will still find theatrical outfits and powerful vocals, but there’s also room to breathe. For queer audiences the shows double as celebrations; for newcomers, they’re a showcase of an artist reshaping her sound while keeping the elements that made her memorable. Expect to leave a show feeling seen and, yes, oddly a little lighter.</w:t>
      </w:r>
      <w:r/>
    </w:p>
    <w:p>
      <w:r/>
      <w:r>
        <w:t>It's a small change that can make every performance feel more honest and every Pride set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10">
        <w:r>
          <w:rPr>
            <w:color w:val="0000EE"/>
            <w:u w:val="single"/>
          </w:rPr>
          <w:t>[2]</w:t>
        </w:r>
      </w:hyperlink>
      <w:r>
        <w:t xml:space="preserve">- Paragraph 3: </w:t>
      </w:r>
      <w:hyperlink r:id="rId13">
        <w:r>
          <w:rPr>
            <w:color w:val="0000EE"/>
            <w:u w:val="single"/>
          </w:rPr>
          <w:t>[4]</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5">
        <w:r>
          <w:rPr>
            <w:color w:val="0000EE"/>
            <w:u w:val="single"/>
          </w:rPr>
          <w:t>[5]</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https://gayety.com/hayla-dark-album-interview-worldpride</w:t>
        </w:r>
      </w:hyperlink>
      <w:r>
        <w:t xml:space="preserve"> - Please view link - unable to able to access data</w:t>
      </w:r>
      <w:r/>
    </w:p>
    <w:p>
      <w:pPr>
        <w:pStyle w:val="ListNumber"/>
        <w:spacing w:line="240" w:lineRule="auto"/>
        <w:ind w:left="720"/>
      </w:pPr>
      <w:r/>
      <w:hyperlink r:id="rId10">
        <w:r>
          <w:rPr>
            <w:color w:val="0000EE"/>
            <w:u w:val="single"/>
          </w:rPr>
          <w:t>https://www.pride.com/culture/interviews/hayla</w:t>
        </w:r>
      </w:hyperlink>
      <w:r>
        <w:t xml:space="preserve"> - In an interview with PRIDE, HAYLA discusses her upcoming performances at WorldPride and Electric Forest festivals, emphasizing the importance of love, community, and support within the LGBTQ+ spaces. She highlights the significance of being unapologetically oneself and spreading love, especially during Pride Month. HAYLA also reflects on her journey in the music industry, expressing gratitude for the acceptance and support she has received from the LGBTQ+ community. She encourages her fans to embrace their true selves and to continue being wonderful, amazing, and beautiful individuals.</w:t>
      </w:r>
      <w:r/>
    </w:p>
    <w:p>
      <w:pPr>
        <w:pStyle w:val="ListNumber"/>
        <w:spacing w:line="240" w:lineRule="auto"/>
        <w:ind w:left="720"/>
      </w:pPr>
      <w:r/>
      <w:hyperlink r:id="rId11">
        <w:r>
          <w:rPr>
            <w:color w:val="0000EE"/>
            <w:u w:val="single"/>
          </w:rPr>
          <w:t>https://musictech.com/features/interviews/hayla-interview/</w:t>
        </w:r>
      </w:hyperlink>
      <w:r>
        <w:t xml:space="preserve"> - In an interview with MusicTech, HAYLA shares her journey from being a featured vocalist to becoming a solo artist and producer. She discusses her experiences performing at major festivals like Coachella and the Hollywood Bowl, highlighting her growth as an artist and her desire to connect with audiences through her music. HAYLA also reflects on her collaborations with prominent DJs and expresses her excitement about her debut album, emphasizing her readiness to step into the spotlight as a solo performer.</w:t>
      </w:r>
      <w:r/>
    </w:p>
    <w:p>
      <w:pPr>
        <w:pStyle w:val="ListNumber"/>
        <w:spacing w:line="240" w:lineRule="auto"/>
        <w:ind w:left="720"/>
      </w:pPr>
      <w:r/>
      <w:hyperlink r:id="rId13">
        <w:r>
          <w:rPr>
            <w:color w:val="0000EE"/>
            <w:u w:val="single"/>
          </w:rPr>
          <w:t>https://gayety.com/hayla-admits-taking-inspiration-from-whitney-houston-and-is-to-covering-the-icon-one-day-exclusive</w:t>
        </w:r>
      </w:hyperlink>
      <w:r>
        <w:t xml:space="preserve"> - In an exclusive interview with Gayety, HAYLA reveals her admiration for Whitney Houston and her openness to covering the iconic singer's songs in the future. She discusses the influence of Houston's music on her own sound and expresses a deep connection to the late diva's artistry. HAYLA also shares her experiences performing at WorldPride in Washington, D.C., describing the positive energy and unity of the crowd. She emphasizes the importance of embracing one's true self and the significance of Pride events in fostering love and acceptance.</w:t>
      </w:r>
      <w:r/>
    </w:p>
    <w:p>
      <w:pPr>
        <w:pStyle w:val="ListNumber"/>
        <w:spacing w:line="240" w:lineRule="auto"/>
        <w:ind w:left="720"/>
      </w:pPr>
      <w:r/>
      <w:hyperlink r:id="rId15">
        <w:r>
          <w:rPr>
            <w:color w:val="0000EE"/>
            <w:u w:val="single"/>
          </w:rPr>
          <w:t>https://edm.com/interviews/hayla-debut-album-dusk/</w:t>
        </w:r>
      </w:hyperlink>
      <w:r>
        <w:t xml:space="preserve"> - In an interview with EDM.com, HAYLA discusses her debut album, 'DUSK,' highlighting its blend of emotive lyricism and dynamic dance rhythms. She reflects on the vulnerability of creating music independently and expresses gratitude for the support from her collaborators and fans. HAYLA shares her hopes that her music will resonate with listeners and provide a sense of connection and understanding. She emphasizes the importance of authenticity in her songwriting and the cathartic process of sharing her personal experiences through her music.</w:t>
      </w:r>
      <w:r/>
    </w:p>
    <w:p>
      <w:pPr>
        <w:pStyle w:val="ListNumber"/>
        <w:spacing w:line="240" w:lineRule="auto"/>
        <w:ind w:left="720"/>
      </w:pPr>
      <w:r/>
      <w:hyperlink r:id="rId14">
        <w:r>
          <w:rPr>
            <w:color w:val="0000EE"/>
            <w:u w:val="single"/>
          </w:rPr>
          <w:t>https://www.soundcheckmag.com/post/before-dark-hayla-at-breakaway-columbus-2026</w:t>
        </w:r>
      </w:hyperlink>
      <w:r>
        <w:t xml:space="preserve"> - Soundcheck Magazine provides a review of HAYLA's performance at Breakaway Music Festival in Columbus, Ohio, highlighting her energetic and captivating stage presence. The article describes the crowd's enthusiastic response and the seamless integration of HAYLA's vocals with the festival's vibrant atmosphere. It also touches upon her upcoming album, 'DARK,' and the anticipation surrounding its release. The review emphasizes HAYLA's growth as an artist and her ability to connect with audiences through her powerful performances.</w:t>
      </w:r>
      <w:r/>
    </w:p>
    <w:p>
      <w:pPr>
        <w:pStyle w:val="ListNumber"/>
        <w:spacing w:line="240" w:lineRule="auto"/>
        <w:ind w:left="720"/>
      </w:pPr>
      <w:r/>
      <w:hyperlink r:id="rId12">
        <w:r>
          <w:rPr>
            <w:color w:val="0000EE"/>
            <w:u w:val="single"/>
          </w:rPr>
          <w:t>https://edm.com/features/world-pride-music-festival-2025-messages-of-solidarity-rita-ora-tinashe-more/</w:t>
        </w:r>
      </w:hyperlink>
      <w:r>
        <w:t xml:space="preserve"> - EDM.com features messages of solidarity from various artists, including HAYLA, at the 2025 WorldPride Music Festival. HAYLA discusses the significance of Pride events in promoting love, acceptance, and community, emphasizing the importance of standing up for LGBTQ+ rights. She reflects on her experiences performing at such events and the positive impact they have on both artists and fans. The article highlights the collective efforts of artists to support and uplift the LGBTQ+ community through their music and performances.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ty.com/hayla-dark-album-interview-worldpride" TargetMode="External"/><Relationship Id="rId10" Type="http://schemas.openxmlformats.org/officeDocument/2006/relationships/hyperlink" Target="https://www.pride.com/culture/interviews/hayla" TargetMode="External"/><Relationship Id="rId11" Type="http://schemas.openxmlformats.org/officeDocument/2006/relationships/hyperlink" Target="https://musictech.com/features/interviews/hayla-interview/" TargetMode="External"/><Relationship Id="rId12" Type="http://schemas.openxmlformats.org/officeDocument/2006/relationships/hyperlink" Target="https://edm.com/features/world-pride-music-festival-2025-messages-of-solidarity-rita-ora-tinashe-more/" TargetMode="External"/><Relationship Id="rId13" Type="http://schemas.openxmlformats.org/officeDocument/2006/relationships/hyperlink" Target="https://gayety.com/hayla-admits-taking-inspiration-from-whitney-houston-and-is-to-covering-the-icon-one-day-exclusive" TargetMode="External"/><Relationship Id="rId14" Type="http://schemas.openxmlformats.org/officeDocument/2006/relationships/hyperlink" Target="https://www.soundcheckmag.com/post/before-dark-hayla-at-breakaway-columbus-2026" TargetMode="External"/><Relationship Id="rId15" Type="http://schemas.openxmlformats.org/officeDocument/2006/relationships/hyperlink" Target="https://edm.com/interviews/hayla-debut-album-du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