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Manchester Pride Fringe Revealed: Your Guide to the Week-Long Pride Fringe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already planning their routes: Manchester has unveiled its first-ever Pride Fringe programme, bringing a week of screenings, family fun, live shows and fundraisers across the city alongside Manchester Village Pride , a big, community-led celebration that matters for culture, charity and visibility.</w:t>
      </w:r>
      <w:r/>
    </w:p>
    <w:p>
      <w:r/>
      <w:r>
        <w:t>Essential Takeaways</w:t>
      </w:r>
      <w:r/>
      <w:r/>
    </w:p>
    <w:p>
      <w:pPr>
        <w:pStyle w:val="ListBullet"/>
        <w:spacing w:line="240" w:lineRule="auto"/>
        <w:ind w:left="720"/>
      </w:pPr>
      <w:r/>
      <w:r>
        <w:rPr>
          <w:b/>
        </w:rPr>
        <w:t>Week-long festival:</w:t>
      </w:r>
      <w:r>
        <w:t xml:space="preserve"> Pride Fringe runs alongside Manchester Village Pride with events across venues including HOME, Aviva Studios and Manchester Art Gallery.</w:t>
      </w:r>
      <w:r/>
    </w:p>
    <w:p>
      <w:pPr>
        <w:pStyle w:val="ListBullet"/>
        <w:spacing w:line="240" w:lineRule="auto"/>
        <w:ind w:left="720"/>
      </w:pPr>
      <w:r/>
      <w:r>
        <w:rPr>
          <w:b/>
        </w:rPr>
        <w:t>Family-friendly:</w:t>
      </w:r>
      <w:r>
        <w:t xml:space="preserve"> Free family days such as Proud Fest at Great Northern Warehouse and Factory Pride: Family at Aviva Studios mean kids can join the fun.</w:t>
      </w:r>
      <w:r/>
    </w:p>
    <w:p>
      <w:pPr>
        <w:pStyle w:val="ListBullet"/>
        <w:spacing w:line="240" w:lineRule="auto"/>
        <w:ind w:left="720"/>
      </w:pPr>
      <w:r/>
      <w:r>
        <w:rPr>
          <w:b/>
        </w:rPr>
        <w:t>Art, film and heritage:</w:t>
      </w:r>
      <w:r>
        <w:t xml:space="preserve"> Screenings, a SCENE Festival programme and LGBTQ+ tours highlight queer culture and history , accessible and often free.</w:t>
      </w:r>
      <w:r/>
    </w:p>
    <w:p>
      <w:pPr>
        <w:pStyle w:val="ListBullet"/>
        <w:spacing w:line="240" w:lineRule="auto"/>
        <w:ind w:left="720"/>
      </w:pPr>
      <w:r/>
      <w:r>
        <w:rPr>
          <w:b/>
        </w:rPr>
        <w:t>Nightlife and fundraising:</w:t>
      </w:r>
      <w:r>
        <w:t xml:space="preserve"> Comedy, club nights and parties will raise money for local LGBTQIA+ charities; many events carry a warm, communal feel.</w:t>
      </w:r>
      <w:r/>
    </w:p>
    <w:p>
      <w:pPr>
        <w:pStyle w:val="ListBullet"/>
        <w:spacing w:line="240" w:lineRule="auto"/>
        <w:ind w:left="720"/>
      </w:pPr>
      <w:r/>
      <w:r>
        <w:rPr>
          <w:b/>
        </w:rPr>
        <w:t>Parade and theme:</w:t>
      </w:r>
      <w:r>
        <w:t xml:space="preserve"> Manchester Village Pride closes with the Parade on 29 August under the theme “No Place Like Home”, followed by reflective community gatherings.</w:t>
      </w:r>
      <w:r/>
      <w:r/>
    </w:p>
    <w:p>
      <w:pPr>
        <w:pStyle w:val="Heading2"/>
      </w:pPr>
      <w:r>
        <w:t>A bolder Pride: what the new Fringe adds to the city’s calendar</w:t>
      </w:r>
      <w:r/>
    </w:p>
    <w:p>
      <w:r/>
      <w:r>
        <w:t>Manchester’s Pride has always been a citywide mood, but the Pride Fringe expands that feeling into a week-long celebration with a distinct neighbourhood flavour. Expect everything from film premieres and panel talks to intimate acoustic sets , there’s a relaxed, buzzy energy that makes venues feel part of one big block party. Organisers say this Fringe strand is community-led, and many gigs and screenings will support local charities, which gives the programme extra heart.</w:t>
      </w:r>
      <w:r/>
    </w:p>
    <w:p>
      <w:pPr>
        <w:pStyle w:val="Heading2"/>
      </w:pPr>
      <w:r>
        <w:t>Highlights you won’t want to miss , venues and ticket tips</w:t>
      </w:r>
      <w:r/>
    </w:p>
    <w:p>
      <w:r/>
      <w:r>
        <w:t>Aviva Studios and HOME headline some of the bigger draws: Aviva will host Traitors-themed events and appearances from notable TV creatives, while HOME stages cabaret, drag tribute shows and more. If you’re after free or low-cost options, Manchester Art Gallery’s LGBTQ+ tour and several family days are free. Book popular ticketed nights early and check accessibility notes , venues publish event-by-event details and some run pay-what-you-can pricing to keep things inclusive.</w:t>
      </w:r>
      <w:r/>
    </w:p>
    <w:p>
      <w:pPr>
        <w:pStyle w:val="Heading2"/>
      </w:pPr>
      <w:r>
        <w:t>Family-friendly Pride: fun that’s actually for everyone</w:t>
      </w:r>
      <w:r/>
    </w:p>
    <w:p>
      <w:r/>
      <w:r>
        <w:t>Families get a proper shout this year. Proud Fest at Great Northern Warehouse and Factory Pride: Family at Aviva offer creative workshops, face painting and play stations, so children can experience Pride in a gentle, celebratory way. For carers and parents, guided dementia-friendly discos and sensory-considerate sessions are also included, which is an encouraging nod to accessibility. Bring a picnic blanket, check times for quieter slots, and plan a two-stop day if you’ve got little ones.</w:t>
      </w:r>
      <w:r/>
    </w:p>
    <w:p>
      <w:pPr>
        <w:pStyle w:val="Heading2"/>
      </w:pPr>
      <w:r>
        <w:t>Culture, history and walking trails , learn as you wander</w:t>
      </w:r>
      <w:r/>
    </w:p>
    <w:p>
      <w:r/>
      <w:r>
        <w:t>If you like a dose of history with your parade, there are walking tours and a self-guided Manchester LGBTQ+ Heritage Trail that map queer stories from Victorian drag balls to the birth of Canal Street. Manchester Art Gallery’s themed tours and the Spinningfields 22-stop trail provide context and colour, so you can pair a museum visit with an evening gig. These routes are a lovely way to slow down the weekend and appreciate how deeply rooted Pride is in the city.</w:t>
      </w:r>
      <w:r/>
    </w:p>
    <w:p>
      <w:pPr>
        <w:pStyle w:val="Heading2"/>
      </w:pPr>
      <w:r>
        <w:t>Nightlife, fundraisers and late-night joy</w:t>
      </w:r>
      <w:r/>
    </w:p>
    <w:p>
      <w:r/>
      <w:r>
        <w:t>When the sun goes down, Manchester’s club scene and comedy circuit kick in , from long-running nights marking anniversaries to pay-what-you-can parties where proceeds benefit groups like Trans Mutual Aid and the LGBT Foundation. Expect everything from pop nights at Freight Island to comedy showcases closing the Fringe. If you’re planning a big night out, pre-book taxis, check closing times for venues and keep an eye on safety and wellbeing provisions at events.</w:t>
      </w:r>
      <w:r/>
    </w:p>
    <w:p>
      <w:r/>
      <w:r>
        <w:t>It's a small change that gives the whole city more ways to celebrate, reflect and support queer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9">
        <w:r>
          <w:rPr>
            <w:color w:val="0000EE"/>
            <w:u w:val="single"/>
          </w:rPr>
          <w:t>[1]</w:t>
        </w:r>
      </w:hyperlink>
      <w:r>
        <w:t xml:space="preserve">- Paragraph 4: </w:t>
      </w:r>
      <w:hyperlink r:id="rId11">
        <w:r>
          <w:rPr>
            <w:color w:val="0000EE"/>
            <w:u w:val="single"/>
          </w:rPr>
          <w:t>[4]</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https://manchesterwire.co.uk/manchester-unveils-its-first-ever-pride-fringe-programme/</w:t>
        </w:r>
      </w:hyperlink>
      <w:r>
        <w:t xml:space="preserve"> - Please view link - unable to able to access data</w:t>
      </w:r>
      <w:r/>
    </w:p>
    <w:p>
      <w:pPr>
        <w:pStyle w:val="ListNumber"/>
        <w:spacing w:line="240" w:lineRule="auto"/>
        <w:ind w:left="720"/>
      </w:pPr>
      <w:r/>
      <w:hyperlink r:id="rId10">
        <w:r>
          <w:rPr>
            <w:color w:val="0000EE"/>
            <w:u w:val="single"/>
          </w:rPr>
          <w:t>https://www.manchestersfinest.com/arts-and-culture/manchester-pride-2023-line-up/</w:t>
        </w:r>
      </w:hyperlink>
      <w:r>
        <w:t xml:space="preserve"> - Manchester Pride's 2023 line-up features a diverse array of local and international talent, including Pabllo Vittar, BIMINI, Jake Shears, and Gok Wan. The festival, co-created with Manchester’s queer communities, aims to showcase the world's biggest queer artists and focus on community-led performances. The event spans the August Bank Holiday weekend, from 25–28 August, and highlights the importance of changing the conversation around LGBTQ+ representation.</w:t>
      </w:r>
      <w:r/>
    </w:p>
    <w:p>
      <w:pPr>
        <w:pStyle w:val="ListNumber"/>
        <w:spacing w:line="240" w:lineRule="auto"/>
        <w:ind w:left="720"/>
      </w:pPr>
      <w:r/>
      <w:hyperlink r:id="rId12">
        <w:r>
          <w:rPr>
            <w:color w:val="0000EE"/>
            <w:u w:val="single"/>
          </w:rPr>
          <w:t>https://www.itv.com/news/granada/2023-08-25/everything-you-need-to-know-about-manchester-pride-2023</w:t>
        </w:r>
      </w:hyperlink>
      <w:r>
        <w:t xml:space="preserve"> - Manchester Pride 2023 is set to be a vibrant celebration of the LGBTQ+ community, transforming the city into a rainbow paradise over the August Bank Holiday weekend. The festival includes the annual parade, family-friendly stages, and after-hours parties. The Gay Village Party, a ticketed event, stands at the heart of the festival, featuring a diverse line-up of performers, with 96% being queer, 54% women, 51% people of colour, and over 42% from trans and non-binary communities.</w:t>
      </w:r>
      <w:r/>
    </w:p>
    <w:p>
      <w:pPr>
        <w:pStyle w:val="ListNumber"/>
        <w:spacing w:line="240" w:lineRule="auto"/>
        <w:ind w:left="720"/>
      </w:pPr>
      <w:r/>
      <w:hyperlink r:id="rId11">
        <w:r>
          <w:rPr>
            <w:color w:val="0000EE"/>
            <w:u w:val="single"/>
          </w:rPr>
          <w:t>https://www.visitmanchester.com/ideas-and-inspiration/blog/post/the-definitive-list-of-pride-events-across-manchester/</w:t>
        </w:r>
      </w:hyperlink>
      <w:r>
        <w:t xml:space="preserve"> - Manchester hosts a variety of Pride events throughout the year, including Bury Pride, Pride on the Range, Pride in Trafford, and Salford Pride’s The Pink Picnic. Each event offers unique celebrations, from parades and performances to family-friendly activities, all promoting acceptance, equality, and raising awareness for issues affecting the LGBTQ+ community.</w:t>
      </w:r>
      <w:r/>
    </w:p>
    <w:p>
      <w:pPr>
        <w:pStyle w:val="ListNumber"/>
        <w:spacing w:line="240" w:lineRule="auto"/>
        <w:ind w:left="720"/>
      </w:pPr>
      <w:r/>
      <w:hyperlink r:id="rId13">
        <w:r>
          <w:rPr>
            <w:color w:val="0000EE"/>
            <w:u w:val="single"/>
          </w:rPr>
          <w:t>https://www.manchestersfinest.com/arts-and-culture/the-best-manchester-pride-events-2023/</w:t>
        </w:r>
      </w:hyperlink>
      <w:r>
        <w:t xml:space="preserve"> - Manchester's Pride Weekend offers a plethora of events, including 72 hours on Canal Street, a Candlelit Vigil, 12-hour BENT special at DBA, Factory Pride, Homoelectric, and Superbia. These events provide diverse celebrations of queer culture, from street parties and performances to workshops and community gatherings, ensuring a memorable experience for all attendees.</w:t>
      </w:r>
      <w:r/>
    </w:p>
    <w:p>
      <w:pPr>
        <w:pStyle w:val="ListNumber"/>
        <w:spacing w:line="240" w:lineRule="auto"/>
        <w:ind w:left="720"/>
      </w:pPr>
      <w:r/>
      <w:hyperlink r:id="rId14">
        <w:r>
          <w:rPr>
            <w:color w:val="0000EE"/>
            <w:u w:val="single"/>
          </w:rPr>
          <w:t>https://www.citysuites.com/en/blog/citysuites-guide-to-pride/</w:t>
        </w:r>
      </w:hyperlink>
      <w:r>
        <w:t xml:space="preserve"> - Manchester Pride Festival, held over the August Bank Holiday, is one of the UK’s most popular and longest-running celebrations of the LGBTQ+ community. The festival includes the Gay Village Party, the Pride Parade, and the Candlelit Vigil, each offering unique experiences that highlight the city's commitment to diversity and inclusion.</w:t>
      </w:r>
      <w:r/>
    </w:p>
    <w:p>
      <w:pPr>
        <w:pStyle w:val="ListNumber"/>
        <w:spacing w:line="240" w:lineRule="auto"/>
        <w:ind w:left="720"/>
      </w:pPr>
      <w:r/>
      <w:hyperlink r:id="rId15">
        <w:r>
          <w:rPr>
            <w:color w:val="0000EE"/>
            <w:u w:val="single"/>
          </w:rPr>
          <w:t>https://aboutmanchester.co.uk/whats-on-manchester-pride-festival-2023/</w:t>
        </w:r>
      </w:hyperlink>
      <w:r>
        <w:t xml:space="preserve"> - The line-up for Manchester’s world-famous Pride Festival 2023 has been revealed, featuring headliners such as Brazilian drag sensation Pabllo Vittar, international icon Jake Shears, and RuPaul’s Drag Race UK winner Danny Beard. The festival, co-created with Manchester’s queer communities, aims to showcase the world's biggest queer artists and focus on community-led performances.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nchesterwire.co.uk/manchester-unveils-its-first-ever-pride-fringe-programme/" TargetMode="External"/><Relationship Id="rId10" Type="http://schemas.openxmlformats.org/officeDocument/2006/relationships/hyperlink" Target="https://www.manchestersfinest.com/arts-and-culture/manchester-pride-2023-line-up/" TargetMode="External"/><Relationship Id="rId11" Type="http://schemas.openxmlformats.org/officeDocument/2006/relationships/hyperlink" Target="https://www.visitmanchester.com/ideas-and-inspiration/blog/post/the-definitive-list-of-pride-events-across-manchester/" TargetMode="External"/><Relationship Id="rId12" Type="http://schemas.openxmlformats.org/officeDocument/2006/relationships/hyperlink" Target="https://www.itv.com/news/granada/2023-08-25/everything-you-need-to-know-about-manchester-pride-2023" TargetMode="External"/><Relationship Id="rId13" Type="http://schemas.openxmlformats.org/officeDocument/2006/relationships/hyperlink" Target="https://www.manchestersfinest.com/arts-and-culture/the-best-manchester-pride-events-2023/" TargetMode="External"/><Relationship Id="rId14" Type="http://schemas.openxmlformats.org/officeDocument/2006/relationships/hyperlink" Target="https://www.citysuites.com/en/blog/citysuites-guide-to-pride/" TargetMode="External"/><Relationship Id="rId15" Type="http://schemas.openxmlformats.org/officeDocument/2006/relationships/hyperlink" Target="https://aboutmanchester.co.uk/whats-on-manchester-pride-festival-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