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Liverpool Pride Statement: What Happened and What’s Next for Pride 2027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marchers alike have noticed the conversation shifting: Liverpool’s Pride organisers have published a long, candid statement after attendees reported safety and accessibility issues at the 2026 march, promising changes so the city gets a safer, more inclusive Pride next year.</w:t>
      </w:r>
      <w:r/>
    </w:p>
    <w:p>
      <w:r/>
      <w:r>
        <w:t>Essential Takeaways</w:t>
      </w:r>
      <w:r/>
      <w:r/>
    </w:p>
    <w:p>
      <w:pPr>
        <w:pStyle w:val="ListBullet"/>
        <w:spacing w:line="240" w:lineRule="auto"/>
        <w:ind w:left="720"/>
      </w:pPr>
      <w:r/>
      <w:r>
        <w:rPr>
          <w:b/>
        </w:rPr>
        <w:t>Acknowledgement:</w:t>
      </w:r>
      <w:r>
        <w:t xml:space="preserve"> Liverpool’s Pride team publicly accepted that crowd flow, accessibility and security fell short for some attendees. </w:t>
      </w:r>
      <w:r/>
    </w:p>
    <w:p>
      <w:pPr>
        <w:pStyle w:val="ListBullet"/>
        <w:spacing w:line="240" w:lineRule="auto"/>
        <w:ind w:left="720"/>
      </w:pPr>
      <w:r/>
      <w:r>
        <w:rPr>
          <w:b/>
        </w:rPr>
        <w:t>Numbers:</w:t>
      </w:r>
      <w:r>
        <w:t xml:space="preserve"> Organisers say more than 5,000 people took part in the walking-only 2026 march. </w:t>
      </w:r>
      <w:r/>
    </w:p>
    <w:p>
      <w:pPr>
        <w:pStyle w:val="ListBullet"/>
        <w:spacing w:line="240" w:lineRule="auto"/>
        <w:ind w:left="720"/>
      </w:pPr>
      <w:r/>
      <w:r>
        <w:rPr>
          <w:b/>
        </w:rPr>
        <w:t>Action on security:</w:t>
      </w:r>
      <w:r>
        <w:t xml:space="preserve"> Future contractors will be required to complete LGBTQ+ and neurodiversity sensitivity training. </w:t>
      </w:r>
      <w:r/>
    </w:p>
    <w:p>
      <w:pPr>
        <w:pStyle w:val="ListBullet"/>
        <w:spacing w:line="240" w:lineRule="auto"/>
        <w:ind w:left="720"/>
      </w:pPr>
      <w:r/>
      <w:r>
        <w:rPr>
          <w:b/>
        </w:rPr>
        <w:t>Community involvement:</w:t>
      </w:r>
      <w:r>
        <w:t xml:space="preserve"> Plans are under way to bring more grassroots voices into planning without forcing full-time trustee roles. </w:t>
      </w:r>
      <w:r/>
    </w:p>
    <w:p>
      <w:pPr>
        <w:pStyle w:val="ListBullet"/>
        <w:spacing w:line="240" w:lineRule="auto"/>
        <w:ind w:left="720"/>
      </w:pPr>
      <w:r/>
      <w:r>
        <w:rPr>
          <w:b/>
        </w:rPr>
        <w:t>Police communication gap:</w:t>
      </w:r>
      <w:r>
        <w:t xml:space="preserve"> Organisers said Merseyside Police issued a dispersal order unrelated to Pride and did not inform event staff beforehand.</w:t>
      </w:r>
      <w:r/>
      <w:r/>
    </w:p>
    <w:p>
      <w:pPr>
        <w:pStyle w:val="Heading2"/>
      </w:pPr>
      <w:r>
        <w:t>Why organisers felt they had to explain themselves</w:t>
      </w:r>
      <w:r/>
    </w:p>
    <w:p>
      <w:r/>
      <w:r>
        <w:t>The opening note in the statement is plain and human: some people had a brilliant, visible day, others felt unsafe. That contrast , joy versus distress , is what pushed the team to publish a detailed debrief. The line about “you deserve transparency” is meant to rebuild trust, and it reads like a community group trying to be accountable in public.</w:t>
      </w:r>
      <w:r/>
    </w:p>
    <w:p>
      <w:r/>
      <w:r>
        <w:t>Context matters here. Liverpool’s Pride has been through a bumpy few years, including a previous cancellation in 2025 and a new partnership for 2026. So this statement isn’t just damage control; it’s part of a reset after a change in how the festival is organised.</w:t>
      </w:r>
      <w:r/>
    </w:p>
    <w:p>
      <w:pPr>
        <w:pStyle w:val="Heading2"/>
      </w:pPr>
      <w:r>
        <w:t>What went wrong on the day , crowd flow, accessibility and security</w:t>
      </w:r>
      <w:r/>
    </w:p>
    <w:p>
      <w:r/>
      <w:r>
        <w:t>Organisers pointed to crowd flow and accessibility as key issues. The 2026 route was redesigned to improve access and removed road closures, and the march was walking-only with no floats or vehicles to focus on community visibility. That choice made the event feel different , sleeker, quieter, more pedestrian , but also changed how people moved and clustered.</w:t>
      </w:r>
      <w:r/>
    </w:p>
    <w:p>
      <w:r/>
      <w:r>
        <w:t>Security execution also came in for criticism. The team say they’ve completed an operational debrief and will overhaul how security is procured. Practical takeaway: if you attend next year, expect staff with mandatory sensitivity training; and if you’re neurodivergent or need clear route planning, the organisers seem to be trying to explicitly address those needs.</w:t>
      </w:r>
      <w:r/>
    </w:p>
    <w:p>
      <w:pPr>
        <w:pStyle w:val="Heading2"/>
      </w:pPr>
      <w:r>
        <w:t>The protest proximity and police communication , why that mattered</w:t>
      </w:r>
      <w:r/>
    </w:p>
    <w:p>
      <w:r/>
      <w:r>
        <w:t>Several marchers reported upset over how close anti-LGBTQ+ protestors were. Liverpool Pride explained the legal limits: event teams can’t remove people from a public highway without police authority. They also revealed a snag , Merseyside Police issued a city-wide dispersal order for an unrelated issue and did not brief the Pride team beforehand.</w:t>
      </w:r>
      <w:r/>
    </w:p>
    <w:p>
      <w:r/>
      <w:r>
        <w:t>That gap in communication is critical. For future events, better liaison with police could mean earlier warning, clearer protest management plans and less distress for participants. It’s a reminder that a successful Pride requires more than balloons; it needs tight coordination with city authorities.</w:t>
      </w:r>
      <w:r/>
    </w:p>
    <w:p>
      <w:pPr>
        <w:pStyle w:val="Heading2"/>
      </w:pPr>
      <w:r>
        <w:t>Bringing grassroots voices into planning , a sensible next step</w:t>
      </w:r>
      <w:r/>
    </w:p>
    <w:p>
      <w:r/>
      <w:r>
        <w:t>One constructive thread in the statement is the pledge to get more grassroots people into planning conversations, without forcing volunteer activists into full trustee roles. That’s smart , it recognises lived-experience expertise while acknowledging people’s time is limited.</w:t>
      </w:r>
      <w:r/>
    </w:p>
    <w:p>
      <w:r/>
      <w:r>
        <w:t>If they follow through, expect more pop-up consultations, shorter advisory panels or paid micro-roles where community members can influence route design, accessibility measures and safeguarding. For campaigners, that’s an invitation; for organisers, it’s a practical way to tap expertise and boost legitimacy.</w:t>
      </w:r>
      <w:r/>
    </w:p>
    <w:p>
      <w:pPr>
        <w:pStyle w:val="Heading2"/>
      </w:pPr>
      <w:r>
        <w:t>What to watch for before Pride 2027</w:t>
      </w:r>
      <w:r/>
    </w:p>
    <w:p>
      <w:r/>
      <w:r>
        <w:t>Concrete changes to look for: a reworked security procurement process, mandatory sensitivity training for contractors, clearer protest-management clauses in event plans and documented improvements to accessibility. Also watch for stronger police-event communication protocols.</w:t>
      </w:r>
      <w:r/>
    </w:p>
    <w:p>
      <w:r/>
      <w:r>
        <w:t>If you’re planning to attend next year, consider these tips: check the published route early, look for access maps and sensory guides, and reach out to organisers about specific needs. And if you’ve feedback, share it , the organisers say they’re listening and learning.</w:t>
      </w:r>
      <w:r/>
    </w:p>
    <w:p>
      <w:r/>
      <w:r>
        <w:t>It's a small change that can make every march feel safer and more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https://www.liverpoolecho.co.uk/whats-on/whats-on-news/liverpool-pride-says-you-deserve-34443695</w:t>
        </w:r>
      </w:hyperlink>
      <w:r>
        <w:t xml:space="preserve"> - Please view link - unable to able to access data</w:t>
      </w:r>
      <w:r/>
    </w:p>
    <w:p>
      <w:pPr>
        <w:pStyle w:val="ListNumber"/>
        <w:spacing w:line="240" w:lineRule="auto"/>
        <w:ind w:left="720"/>
      </w:pPr>
      <w:r/>
      <w:hyperlink r:id="rId10">
        <w:r>
          <w:rPr>
            <w:color w:val="0000EE"/>
            <w:u w:val="single"/>
          </w:rPr>
          <w:t>https://www.liverpoolfc.com/news/liverpool-fc-supports-premier-league-pride-initiative</w:t>
        </w:r>
      </w:hyperlink>
      <w:r>
        <w:t xml:space="preserve"> - Liverpool FC has announced its support for the Premier League's 'With Pride' initiative, which aims to unite the league's ongoing LGBT+ efforts to foster long-term change. From February 6 to February 12, all Premier League matches will be dedicated to this initiative, coinciding with LGBT+ History Month. The programme focuses on education, celebration, and action, with new LGBT+ inclusion education resources being launched for children and young people participating in LFC Foundation community programmes, including Premier League Primary Stars, Premier League Kicks, and Premier League Inspires.</w:t>
      </w:r>
      <w:r/>
    </w:p>
    <w:p>
      <w:pPr>
        <w:pStyle w:val="ListNumber"/>
        <w:spacing w:line="240" w:lineRule="auto"/>
        <w:ind w:left="720"/>
      </w:pPr>
      <w:r/>
      <w:hyperlink r:id="rId11">
        <w:r>
          <w:rPr>
            <w:color w:val="0000EE"/>
            <w:u w:val="single"/>
          </w:rPr>
          <w:t>https://explore-liverpool.com/liverpool-pride-2026-opening-ceremony-details-revealed/</w:t>
        </w:r>
      </w:hyperlink>
      <w:r>
        <w:t xml:space="preserve"> - Liverpool Pride has unveiled the theme and lineup for its Opening Ceremony at the M&amp;S Bank Arena. The event, titled 'Liverpool Through the Ages', aims to honour the city's LGBTQ+ community by showcasing its history, present, and future. Curated by local creatives Debbie Darling and Jester Boy, the ceremony will feature performances from local artists, including Rare Studio, and a tribute to community legend Lady Sian, recognising her decades of advocacy and support for the LGBTQ+ community.</w:t>
      </w:r>
      <w:r/>
    </w:p>
    <w:p>
      <w:pPr>
        <w:pStyle w:val="ListNumber"/>
        <w:spacing w:line="240" w:lineRule="auto"/>
        <w:ind w:left="720"/>
      </w:pPr>
      <w:r/>
      <w:hyperlink r:id="rId12">
        <w:r>
          <w:rPr>
            <w:color w:val="0000EE"/>
            <w:u w:val="single"/>
          </w:rPr>
          <w:t>https://www.sahir.org.uk/sahir-house-announces-access-pride-2026-liverpools-inclusive-alcohol-free-lgbtq-celebration-returns-to-the-brink/</w:t>
        </w:r>
      </w:hyperlink>
      <w:r>
        <w:t xml:space="preserve"> - Sahir House, a Liverpool-based LGBTQ+ health and wellbeing charity, has announced the return of Access Pride, the city's only fully accessible, sober Pride event. Scheduled for Saturday, July 25, 2026, at The Brink on Parr Street, the event aims to provide a safe and inclusive space for LGBTQ+ individuals, particularly those in recovery or with sensory sensitivities. The inaugural Access Pride welcomed over 200 attendees, with 80% reporting feeling 'welcomed, included, and valued'.</w:t>
      </w:r>
      <w:r/>
    </w:p>
    <w:p>
      <w:pPr>
        <w:pStyle w:val="ListNumber"/>
        <w:spacing w:line="240" w:lineRule="auto"/>
        <w:ind w:left="720"/>
      </w:pPr>
      <w:r/>
      <w:hyperlink r:id="rId13">
        <w:r>
          <w:rPr>
            <w:color w:val="0000EE"/>
            <w:u w:val="single"/>
          </w:rPr>
          <w:t>https://www.liverpoolfc.com/news/liverpool-fc-join-liverpools-pride-march-supporting-lgbt-community</w:t>
        </w:r>
      </w:hyperlink>
      <w:r>
        <w:t xml:space="preserve"> - Liverpool FC will participate in Liverpool's Pride march on Saturday, July 25, 2026, celebrating inclusion, equality, and diversity alongside the city's LGBTQ+ community. The club, an official sponsor of Liverpool Pride, will join thousands of people from across the city for the annual march. This marks the 14th year since LFC became the first Premier League club to take part in a Pride march, reflecting its commitment to equality, diversity, and inclusion.</w:t>
      </w:r>
      <w:r/>
    </w:p>
    <w:p>
      <w:pPr>
        <w:pStyle w:val="ListNumber"/>
        <w:spacing w:line="240" w:lineRule="auto"/>
        <w:ind w:left="720"/>
      </w:pPr>
      <w:r/>
      <w:hyperlink r:id="rId14">
        <w:r>
          <w:rPr>
            <w:color w:val="0000EE"/>
            <w:u w:val="single"/>
          </w:rPr>
          <w:t>https://www.liverpool-one.com/whats-on/pride/</w:t>
        </w:r>
      </w:hyperlink>
      <w:r>
        <w:t xml:space="preserve"> - Liverpool ONE is celebrating Pride 2026 with a series of events and initiatives. The main Pride event will take place on Saturday, July 25, featuring the March with Pride through Liverpool city centre and The Community Expo in the LEX, bringing together charities, community groups, traders, and brands. The official Liverpool Pride Opening Party on Friday, July 24, at the M&amp;S Bank Arena will feature headliners Sugababes, Beth Ditto, Bimini, Horse Meat Disco, Tia Kofi, and more.</w:t>
      </w:r>
      <w:r/>
    </w:p>
    <w:p>
      <w:pPr>
        <w:pStyle w:val="ListNumber"/>
        <w:spacing w:line="240" w:lineRule="auto"/>
        <w:ind w:left="720"/>
      </w:pPr>
      <w:r/>
      <w:hyperlink r:id="rId15">
        <w:r>
          <w:rPr>
            <w:color w:val="0000EE"/>
            <w:u w:val="single"/>
          </w:rPr>
          <w:t>https://www.visitliverpool.com/blog/post/liverpools-pride-2026-announces-huge-opening-party/</w:t>
        </w:r>
      </w:hyperlink>
      <w:r>
        <w:t xml:space="preserve"> - Liverpool's Pride 2026 has announced a major opening party at the M&amp;S Bank Arena on Friday, July 24, featuring iconic acts such as Sugababes, Beth Ditto, Bimini, Tia Kofi, House Gospel Choir, and Horse Meat Disco. The event aims to be one of the UK's most exciting Pride line-ups outside London, with proceeds supporting the vital work of Sahir House for the LGBTQ+ community and contributing to Liverpool's Pride Saturday programme.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liverpool-pride-says-you-deserve-34443695" TargetMode="External"/><Relationship Id="rId10" Type="http://schemas.openxmlformats.org/officeDocument/2006/relationships/hyperlink" Target="https://www.liverpoolfc.com/news/liverpool-fc-supports-premier-league-pride-initiative" TargetMode="External"/><Relationship Id="rId11" Type="http://schemas.openxmlformats.org/officeDocument/2006/relationships/hyperlink" Target="https://explore-liverpool.com/liverpool-pride-2026-opening-ceremony-details-revealed/" TargetMode="External"/><Relationship Id="rId12" Type="http://schemas.openxmlformats.org/officeDocument/2006/relationships/hyperlink" Target="https://www.sahir.org.uk/sahir-house-announces-access-pride-2026-liverpools-inclusive-alcohol-free-lgbtq-celebration-returns-to-the-brink/" TargetMode="External"/><Relationship Id="rId13" Type="http://schemas.openxmlformats.org/officeDocument/2006/relationships/hyperlink" Target="https://www.liverpoolfc.com/news/liverpool-fc-join-liverpools-pride-march-supporting-lgbt-community" TargetMode="External"/><Relationship Id="rId14" Type="http://schemas.openxmlformats.org/officeDocument/2006/relationships/hyperlink" Target="https://www.liverpool-one.com/whats-on/pride/" TargetMode="External"/><Relationship Id="rId15" Type="http://schemas.openxmlformats.org/officeDocument/2006/relationships/hyperlink" Target="https://www.visitliverpool.com/blog/post/liverpools-pride-2026-announces-huge-opening-par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