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Worcester Pride Events to Catch This Late Summer — Pride Worcester Pageant Spotlight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out for Worcester’s lively late‑summer Pride season, where community, performance and fundraising collide; here’s why the Pride Worcester Pageant and a slate of nearby drag nights, music and panels matter for locals and visitors alike.</w:t>
      </w:r>
      <w:r/>
    </w:p>
    <w:p>
      <w:r/>
      <w:r>
        <w:t>Essential Takeaways</w:t>
      </w:r>
      <w:r/>
      <w:r/>
    </w:p>
    <w:p>
      <w:pPr>
        <w:pStyle w:val="ListBullet"/>
        <w:spacing w:line="240" w:lineRule="auto"/>
        <w:ind w:left="720"/>
      </w:pPr>
      <w:r/>
      <w:r>
        <w:rPr>
          <w:b/>
        </w:rPr>
        <w:t>Main event:</w:t>
      </w:r>
      <w:r>
        <w:t xml:space="preserve"> Pride Worcester Pageant on Aug 15 crowns community leaders who will shape Pride 2026, with tickets around $32.</w:t>
      </w:r>
      <w:r/>
    </w:p>
    <w:p>
      <w:pPr>
        <w:pStyle w:val="ListBullet"/>
        <w:spacing w:line="240" w:lineRule="auto"/>
        <w:ind w:left="720"/>
      </w:pPr>
      <w:r/>
      <w:r>
        <w:rPr>
          <w:b/>
        </w:rPr>
        <w:t>Local variety:</w:t>
      </w:r>
      <w:r>
        <w:t xml:space="preserve"> Expect drag, music and family‑friendly programming across Worcester from Harley’s Funhouse to organ recitals and jazz nights.</w:t>
      </w:r>
      <w:r/>
    </w:p>
    <w:p>
      <w:pPr>
        <w:pStyle w:val="ListBullet"/>
        <w:spacing w:line="240" w:lineRule="auto"/>
        <w:ind w:left="720"/>
      </w:pPr>
      <w:r/>
      <w:r>
        <w:rPr>
          <w:b/>
        </w:rPr>
        <w:t>Community impact:</w:t>
      </w:r>
      <w:r>
        <w:t xml:space="preserve"> Pageant winners take on organising duties and initiatives, so this is more than a show , it’s civic leadership.</w:t>
      </w:r>
      <w:r/>
    </w:p>
    <w:p>
      <w:pPr>
        <w:pStyle w:val="ListBullet"/>
        <w:spacing w:line="240" w:lineRule="auto"/>
        <w:ind w:left="720"/>
      </w:pPr>
      <w:r/>
      <w:r>
        <w:rPr>
          <w:b/>
        </w:rPr>
        <w:t>Practical tip:</w:t>
      </w:r>
      <w:r>
        <w:t xml:space="preserve"> Book pageant tickets early and bring cash for tips at outdoor drag nights; many events are low‑cost or free.</w:t>
      </w:r>
      <w:r/>
    </w:p>
    <w:p>
      <w:pPr>
        <w:pStyle w:val="ListBullet"/>
        <w:spacing w:line="240" w:lineRule="auto"/>
        <w:ind w:left="720"/>
      </w:pPr>
      <w:r/>
      <w:r>
        <w:rPr>
          <w:b/>
        </w:rPr>
        <w:t>Atmosphere note:</w:t>
      </w:r>
      <w:r>
        <w:t xml:space="preserve"> Events range from intimate and soulful (jazz, organ recital) to high‑energy and theatrical (drag shows), so pick what fits your vibe.</w:t>
      </w:r>
      <w:r/>
      <w:r/>
    </w:p>
    <w:p>
      <w:pPr>
        <w:pStyle w:val="Heading2"/>
      </w:pPr>
      <w:r>
        <w:t>Why the Pride Worcester Pageant still matters , more than glitz</w:t>
      </w:r>
      <w:r/>
    </w:p>
    <w:p>
      <w:r/>
      <w:r>
        <w:t>The Pageant is the kickoff many locals circle on their calendars, because it blends glamour with purpose and a candid, loud kind of joy. Organisers use the runway to spotlight performers, drag artists and community figures while selecting Majesties who will help run Pride activities across the year. According to organisers, contestants are showing up eager to lead , it’s leadership masquerading as spectacle.</w:t>
      </w:r>
      <w:r/>
    </w:p>
    <w:p>
      <w:r/>
      <w:r>
        <w:t>This format roots Pride in civic action. If you care about local LGBTQ+ initiatives, this isn’t just a night out; it’s a community governance moment. Buy a ticket, bring supportive friends and remember the pageant’s winners will be doing the heavy lifting afterward, so your attendance translates into practical backing.</w:t>
      </w:r>
      <w:r/>
    </w:p>
    <w:p>
      <w:pPr>
        <w:pStyle w:val="Heading2"/>
      </w:pPr>
      <w:r>
        <w:t>Harley’s Funhouse and drag nights , where the local scene gets loud</w:t>
      </w:r>
      <w:r/>
    </w:p>
    <w:p>
      <w:r/>
      <w:r>
        <w:t>Harley Queen’s monthly open stage at Ralph’s Rock Diner offers a compact, rowdy evening of variety and lip‑sync theatre, with a rotating cast of kings, queens and in‑between performers. The August theme is food, which promises playful costumes and bits, plus the usual tradition of dollar‑bill tips and crowd interaction.</w:t>
      </w:r>
      <w:r/>
    </w:p>
    <w:p>
      <w:r/>
      <w:r>
        <w:t>If you haven’t been to an outdoor drag set in Worcester, expect close quarters, a friendly crowd and the chance to meet performers afterward. Bring small bills, a sense of humour, and a light jacket , summer nights can cool off fast.</w:t>
      </w:r>
      <w:r/>
    </w:p>
    <w:p>
      <w:pPr>
        <w:pStyle w:val="Heading2"/>
      </w:pPr>
      <w:r>
        <w:t>Music for every mood , jazz brothers, rock legends and organ splendour</w:t>
      </w:r>
      <w:r/>
    </w:p>
    <w:p>
      <w:r/>
      <w:r>
        <w:t>Worcester’s program pairs splashy drag with quieter, musical counterpoints. The Russo Brothers bring an intimate jazz quintet vibe to the FrontRoom, while the Silverbacks play a free outdoor rock set in neighbouring Spencer. For a different kind of communal calm, Mechanics Hall hosts an organ recital at noon , perfect for a lunchbreak of impressive acoustics.</w:t>
      </w:r>
      <w:r/>
    </w:p>
    <w:p>
      <w:r/>
      <w:r>
        <w:t>Mixing these styles shows how Pride season isn’t one tone. If you want a soulful night, choose jazz; if you’re after communal sing‑alongs, pick the park show. Bring cash for smaller venues that accept Venmo at the door, and arrive early for the best spots.</w:t>
      </w:r>
      <w:r/>
    </w:p>
    <w:p>
      <w:pPr>
        <w:pStyle w:val="Heading2"/>
      </w:pPr>
      <w:r>
        <w:t>Arts coverage and conversation , why panels like "How Journalism Works" matter now</w:t>
      </w:r>
      <w:r/>
    </w:p>
    <w:p>
      <w:r/>
      <w:r>
        <w:t>Events such as the Worcester Public Library’s panel on covering the arts remind us there’s an ecosystem supporting these performances. Journalists, editors and broadcasters will discuss how to report on culture and community events, which affects what stories reach the public and how artists are portrayed.</w:t>
      </w:r>
      <w:r/>
    </w:p>
    <w:p>
      <w:r/>
      <w:r>
        <w:t>If you’re an artist, activist or simply an avid audience member, these conversations help you understand media dynamics. They also offer networking chances and ideas about how to pitch your own events to local outlets.</w:t>
      </w:r>
      <w:r/>
    </w:p>
    <w:p>
      <w:pPr>
        <w:pStyle w:val="Heading2"/>
      </w:pPr>
      <w:r>
        <w:t>How to pick events that suit you , simple scheduling and etiquette tips</w:t>
      </w:r>
      <w:r/>
    </w:p>
    <w:p>
      <w:r/>
      <w:r>
        <w:t>Start by matching vibe to venue: intimate clubs for up‑close drag, outdoor parks for casual music, and formal halls for classical or organ recitals. Check ticketing pages in advance , many Pride events are low‑cost or free but require registration. Carry small bills for tips, respect performers’ space, and be mindful of accessibility options when booking.</w:t>
      </w:r>
      <w:r/>
    </w:p>
    <w:p>
      <w:r/>
      <w:r>
        <w:t>If you’re photographing shows, ask first; performers often rely on proceeds and consent. Most importantly, show up with curiosity and respect , the season runs on community energy.</w:t>
      </w:r>
      <w:r/>
    </w:p>
    <w:p>
      <w:r/>
      <w:r>
        <w:t>It's a small change that can make every event feel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https://eu.worcestermag.com/story/lifestyle/things-to-do/2026/08/13/things-to-do-the-russo-brothers-harleys-funhouse-pride-pageant/91212133007/</w:t>
        </w:r>
      </w:hyperlink>
      <w:r>
        <w:t xml:space="preserve"> - Please view link - unable to able to access data</w:t>
      </w:r>
      <w:r/>
    </w:p>
    <w:p>
      <w:pPr>
        <w:pStyle w:val="ListNumber"/>
        <w:spacing w:line="240" w:lineRule="auto"/>
        <w:ind w:left="720"/>
      </w:pPr>
      <w:r/>
      <w:hyperlink r:id="rId10">
        <w:r>
          <w:rPr>
            <w:color w:val="0000EE"/>
            <w:u w:val="single"/>
          </w:rPr>
          <w:t>https://www.prideworcester.org/pageant</w:t>
        </w:r>
      </w:hyperlink>
      <w:r>
        <w:t xml:space="preserve"> - The Pride Worcester 2026 Pageant is scheduled for Saturday, August 15, 2026, at 7:00 PM. This year's theme, 'ONCE UPON A TIME,' invites participants to showcase their creativity, performance, and style. The event will be held at the Jean McDonough Arts Center, 20 Franklin St., Worcester. Tickets are available for $32 through thehanovertheatre.org. The pageant offers a platform for models, drag artists, and musicians from the LGBTQ+ community to compete for the chance to lead this year's Pride festivities as 2026's Majesties.</w:t>
      </w:r>
      <w:r/>
    </w:p>
    <w:p>
      <w:pPr>
        <w:pStyle w:val="ListNumber"/>
        <w:spacing w:line="240" w:lineRule="auto"/>
        <w:ind w:left="720"/>
      </w:pPr>
      <w:r/>
      <w:hyperlink r:id="rId14">
        <w:r>
          <w:rPr>
            <w:color w:val="0000EE"/>
            <w:u w:val="single"/>
          </w:rPr>
          <w:t>https://www.prideworcester.org/events</w:t>
        </w:r>
      </w:hyperlink>
      <w:r>
        <w:t xml:space="preserve"> - Pride Worcester has announced its 2026 festival, set for Saturday, September 12, 2026, from 2:00 PM to 7:00 PM in Downtown Worcester. The festival will feature over 200 artisan makers, local businesses, and community partners, along with live performances, food and beverage vendors, a youth and family zone, and health services. This event is free and open to all, aiming to celebrate and support the LGBTQ+ community in the region.</w:t>
      </w:r>
      <w:r/>
    </w:p>
    <w:p>
      <w:pPr>
        <w:pStyle w:val="ListNumber"/>
        <w:spacing w:line="240" w:lineRule="auto"/>
        <w:ind w:left="720"/>
      </w:pPr>
      <w:r/>
      <w:hyperlink r:id="rId12">
        <w:r>
          <w:rPr>
            <w:color w:val="0000EE"/>
            <w:u w:val="single"/>
          </w:rPr>
          <w:t>https://www.prideworcester.org/faqs</w:t>
        </w:r>
      </w:hyperlink>
      <w:r>
        <w:t xml:space="preserve"> - The Pride Worcester 2026 Festival is scheduled for Saturday, September 12, 2026, from 2:00 PM to 7:00 PM in Downtown Worcester, near the Common. Attendees can find street parking and parking garages throughout downtown, with Union Station being a 10-minute walk from the festival location. The festival is free and open to all, featuring a variety of events organized by the community in and outside of Pride Week. Volunteers and performers are encouraged to apply through the provided links.</w:t>
      </w:r>
      <w:r/>
    </w:p>
    <w:p>
      <w:pPr>
        <w:pStyle w:val="ListNumber"/>
        <w:spacing w:line="240" w:lineRule="auto"/>
        <w:ind w:left="720"/>
      </w:pPr>
      <w:r/>
      <w:hyperlink r:id="rId15">
        <w:r>
          <w:rPr>
            <w:color w:val="0000EE"/>
            <w:u w:val="single"/>
          </w:rPr>
          <w:t>https://www.prideworcester.org/sponsor</w:t>
        </w:r>
      </w:hyperlink>
      <w:r>
        <w:t xml:space="preserve"> - Pride Worcester is seeking sponsorships at all levels for the 2026 festival. Sponsorship opportunities range from $100 to $20,000, with funds supporting various Pride-focused events such as the Pride Worcester Pageant, Youth Prom, and the Pride Worcester Festival. The organization encourages businesses and individuals to be part of this important community celebration and to work towards continuing Worcester’s legacy of protecting human rights for all.</w:t>
      </w:r>
      <w:r/>
    </w:p>
    <w:p>
      <w:pPr>
        <w:pStyle w:val="ListNumber"/>
        <w:spacing w:line="240" w:lineRule="auto"/>
        <w:ind w:left="720"/>
      </w:pPr>
      <w:r/>
      <w:hyperlink r:id="rId13">
        <w:r>
          <w:rPr>
            <w:color w:val="0000EE"/>
            <w:u w:val="single"/>
          </w:rPr>
          <w:t>https://www.wpi.edu/news/announcements/wpi-celebrates-pride-month-2026</w:t>
        </w:r>
      </w:hyperlink>
      <w:r>
        <w:t xml:space="preserve"> - Worcester Polytechnic Institute (WPI) is celebrating Pride Month during June 2026 by honouring and highlighting the many people and identities that make up the LGBTQIAP+ community, as well as the diverse contributions of the LGBTQIAP+ community throughout history. The celebrations include events such as Pride Crafternoon: Fuse Bead Social at the McAuliffe Library and Express Your Pride! with the Worcester Public Library. WPI encourages the community to study, observe, and celebrate the countless LGBTQIAP+ individuals who have contributed to the Institute and other communities.</w:t>
      </w:r>
      <w:r/>
    </w:p>
    <w:p>
      <w:pPr>
        <w:pStyle w:val="ListNumber"/>
        <w:spacing w:line="240" w:lineRule="auto"/>
        <w:ind w:left="720"/>
      </w:pPr>
      <w:r/>
      <w:hyperlink r:id="rId11">
        <w:r>
          <w:rPr>
            <w:color w:val="0000EE"/>
            <w:u w:val="single"/>
          </w:rPr>
          <w:t>https://www.discovercentralma.org/event/2026-pride-worcester-festival/29937/</w:t>
        </w:r>
      </w:hyperlink>
      <w:r>
        <w:t xml:space="preserve"> - The 2026 Pride Worcester Festival is scheduled for Saturday, September 12, 2026, from 2:00 PM to 7:00 PM at the Worcester Common Oval, 455 Main St., Worcester, MA 01608. The event is free and open to all, aiming to bring together over 30,000 LGBTQ+ community members and allies for an afternoon of visibility, joy, and collective power. The festival will feature over 200 artisan makers, local businesses, and community partners, along with live performances, food and beverage vendors, a dedicated youth and family zone, and health services and resources, including partners like AIDS Project Worcester.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u.worcestermag.com/story/lifestyle/things-to-do/2026/08/13/things-to-do-the-russo-brothers-harleys-funhouse-pride-pageant/91212133007/" TargetMode="External"/><Relationship Id="rId10" Type="http://schemas.openxmlformats.org/officeDocument/2006/relationships/hyperlink" Target="https://www.prideworcester.org/pageant" TargetMode="External"/><Relationship Id="rId11" Type="http://schemas.openxmlformats.org/officeDocument/2006/relationships/hyperlink" Target="https://www.discovercentralma.org/event/2026-pride-worcester-festival/29937/" TargetMode="External"/><Relationship Id="rId12" Type="http://schemas.openxmlformats.org/officeDocument/2006/relationships/hyperlink" Target="https://www.prideworcester.org/faqs" TargetMode="External"/><Relationship Id="rId13" Type="http://schemas.openxmlformats.org/officeDocument/2006/relationships/hyperlink" Target="https://www.wpi.edu/news/announcements/wpi-celebrates-pride-month-2026" TargetMode="External"/><Relationship Id="rId14" Type="http://schemas.openxmlformats.org/officeDocument/2006/relationships/hyperlink" Target="https://www.prideworcester.org/events" TargetMode="External"/><Relationship Id="rId15" Type="http://schemas.openxmlformats.org/officeDocument/2006/relationships/hyperlink" Target="https://www.prideworcester.org/spons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