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Make Reading for Pleasure a Daily Habit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how readers are turning idle minutes into calm, curious routines; who benefits, what the science says, and simple tricks to make reading for pleasure stick in your life. This piece explains why trending leisure reading matters, where to start, and how small habits turn books into reliable comfort.</w:t>
      </w:r>
      <w:r/>
    </w:p>
    <w:p>
      <w:r/>
      <w:r>
        <w:t>Essential Takeaways</w:t>
      </w:r>
      <w:r/>
      <w:r/>
    </w:p>
    <w:p>
      <w:pPr>
        <w:pStyle w:val="ListBullet"/>
        <w:spacing w:line="240" w:lineRule="auto"/>
        <w:ind w:left="720"/>
      </w:pPr>
      <w:r/>
      <w:r>
        <w:rPr>
          <w:b/>
        </w:rPr>
        <w:t>Mood booster:</w:t>
      </w:r>
      <w:r>
        <w:t xml:space="preserve"> Reading for pleasure reduces stress and lifts mood quickly, often within minutes.</w:t>
      </w:r>
      <w:r/>
    </w:p>
    <w:p>
      <w:pPr>
        <w:pStyle w:val="ListBullet"/>
        <w:spacing w:line="240" w:lineRule="auto"/>
        <w:ind w:left="720"/>
      </w:pPr>
      <w:r/>
      <w:r>
        <w:rPr>
          <w:b/>
        </w:rPr>
        <w:t>Cognitive lift:</w:t>
      </w:r>
      <w:r>
        <w:t xml:space="preserve"> Regular leisure reading strengthens empathy, vocabulary, and sustained attention.</w:t>
      </w:r>
      <w:r/>
    </w:p>
    <w:p>
      <w:pPr>
        <w:pStyle w:val="ListBullet"/>
        <w:spacing w:line="240" w:lineRule="auto"/>
        <w:ind w:left="720"/>
      </w:pPr>
      <w:r/>
      <w:r>
        <w:rPr>
          <w:b/>
        </w:rPr>
        <w:t>Easy to start:</w:t>
      </w:r>
      <w:r>
        <w:t xml:space="preserve"> Short daily slots, ten to twenty minutes, are enough to form a habit.</w:t>
      </w:r>
      <w:r/>
    </w:p>
    <w:p>
      <w:pPr>
        <w:pStyle w:val="ListBullet"/>
        <w:spacing w:line="240" w:lineRule="auto"/>
        <w:ind w:left="720"/>
      </w:pPr>
      <w:r/>
      <w:r>
        <w:rPr>
          <w:b/>
        </w:rPr>
        <w:t>Accessible formats:</w:t>
      </w:r>
      <w:r>
        <w:t xml:space="preserve"> Print, audiobooks, and e-readers all work; choose what feels comfortable.</w:t>
      </w:r>
      <w:r/>
    </w:p>
    <w:p>
      <w:pPr>
        <w:pStyle w:val="ListBullet"/>
        <w:spacing w:line="240" w:lineRule="auto"/>
        <w:ind w:left="720"/>
      </w:pPr>
      <w:r/>
      <w:r>
        <w:rPr>
          <w:b/>
        </w:rPr>
        <w:t>Practical payoff:</w:t>
      </w:r>
      <w:r>
        <w:t xml:space="preserve"> A steady reading habit supports sleep, focus, and lifelong learning.</w:t>
      </w:r>
      <w:r/>
      <w:r/>
    </w:p>
    <w:p>
      <w:pPr>
        <w:pStyle w:val="Heading2"/>
      </w:pPr>
      <w:r>
        <w:t>Why people are rediscovering reading for pleasure</w:t>
      </w:r>
      <w:r/>
    </w:p>
    <w:p>
      <w:r/>
      <w:r>
        <w:t>Reading for pleasure feels quietly luxurious, like settling into a favourite armchair after a long day. According to Healthline, picking up a book can lower stress hormones and slow your breathing within minutes, which explains why so many people turn to novels to unwind. There’s a real sensory pleasure here, the paper smell, the soft rustle of pages, or the smooth tap of an e-reader, that helps signal your brain it’s time to relax. Start small: a single chapter or ten minutes before bed often does the trick.</w:t>
      </w:r>
      <w:r/>
    </w:p>
    <w:p>
      <w:pPr>
        <w:pStyle w:val="Heading2"/>
      </w:pPr>
      <w:r>
        <w:t>The science: what daily reading actually does for your brain</w:t>
      </w:r>
      <w:r/>
    </w:p>
    <w:p>
      <w:r/>
      <w:r>
        <w:t>Researchers at the University of Virginia and clinicians writing for Psychology Today note that leisure reading boosts empathy and emotional intelligence by letting you live inside other people’s heads. Academic reviews show improvements in attention and memory when reading is consistent, not competitive. So this isn’t fluff: leisure reading trains cognitive muscles, gently and sustainably. If concentration feels frail, reading regularly can be both therapy and exercise.</w:t>
      </w:r>
      <w:r/>
    </w:p>
    <w:p>
      <w:pPr>
        <w:pStyle w:val="Heading2"/>
      </w:pPr>
      <w:r>
        <w:t>How to pick books you’ll actually finish</w:t>
      </w:r>
      <w:r/>
    </w:p>
    <w:p>
      <w:r/>
      <w:r>
        <w:t>The trick to reading more is choosing books that match your current mood, not what you think you should read. Edutopia and parenting experts suggest curating a bedside pile of diverse picks, short memoirs, essays, crime paperbacks, or a breezy historical novel, to keep momentum. Give yourself permission to abandon a book that isn’t working. A reading habit shouldn’t feel like homework; swap it for something lighter and your confidence will grow.</w:t>
      </w:r>
      <w:r/>
    </w:p>
    <w:p>
      <w:pPr>
        <w:pStyle w:val="Heading2"/>
      </w:pPr>
      <w:r>
        <w:t>Formats and tiny habit hacks that help</w:t>
      </w:r>
      <w:r/>
    </w:p>
    <w:p>
      <w:r/>
      <w:r>
        <w:t>Audiobooks make commuting and chores readable, while e-readers and apps let you scribble highlights and carry dozens of titles. Healthline’s guides to forming a daily reading habit recommend pairing reading with an existing routine, after your morning coffee, or as an evening wind-down, and setting small, attainable goals. Try a five-day streak, an evening alarm labelled “read 15” or a physical bookmark that moves slowly through the book; these micro-commitments make the habit stick.</w:t>
      </w:r>
      <w:r/>
    </w:p>
    <w:p>
      <w:pPr>
        <w:pStyle w:val="Heading2"/>
      </w:pPr>
      <w:r>
        <w:t>Reading’s surprising benefits for sleep and mental health</w:t>
      </w:r>
      <w:r/>
    </w:p>
    <w:p>
      <w:r/>
      <w:r>
        <w:t>If sleep feels thin, swapping screens for a chapter helps calm the mind. Experts report that the steady rhythm of reading reduces anxiety and primes the brain for rest, especially when you choose low-stimulation material. Regular leisure readers also report better mood stability and a gentler inner life, which matters in a high-speed world. Think of reading as preventative care: a simple, inexpensive way to support your mental health over time.</w:t>
      </w:r>
      <w:r/>
    </w:p>
    <w:p>
      <w:pPr>
        <w:pStyle w:val="Heading2"/>
      </w:pPr>
      <w:r>
        <w:t>Making reading social without losing the pleasure</w:t>
      </w:r>
      <w:r/>
    </w:p>
    <w:p>
      <w:r/>
      <w:r>
        <w:t>You don’t have to go it alone. Book groups, online communities, or a friend who swaps recommendations can boost accountability and introduce titles you’d never find yourself. But keep the pleasure part intact, if discussions turn competitive or the club picks books you dread, scale back. A casual monthly chat or a text-exchange about a single chapter often keeps the joy alive without pressure.</w:t>
      </w:r>
      <w:r/>
    </w:p>
    <w:p>
      <w:r/>
      <w:r>
        <w:t>It's a small change that can make everyday life quieter, smarter, and more curious.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[4]</w:t>
        </w:r>
      </w:hyperlink>
      <w:r>
        <w:t xml:space="preserve">- Paragraph 4: </w:t>
      </w:r>
      <w:hyperlink r:id="rId11">
        <w:r>
          <w:rPr>
            <w:color w:val="0000EE"/>
            <w:u w:val="single"/>
          </w:rPr>
          <w:t>[7]</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5">
        <w:r>
          <w:rPr>
            <w:color w:val="0000EE"/>
            <w:u w:val="single"/>
          </w:rPr>
          <w:t>[4]</w:t>
        </w:r>
      </w:hyperlink>
      <w:r>
        <w:t xml:space="preserve">- Paragraph 6: </w:t>
      </w:r>
      <w:hyperlink r:id="rId14">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https://closetprofessor.blogspot.com/2026/08/reading-for-pleasure.html</w:t>
        </w:r>
      </w:hyperlink>
      <w:r>
        <w:t xml:space="preserve"> - Please view link - unable to able to access data</w:t>
      </w:r>
      <w:r/>
    </w:p>
    <w:p>
      <w:pPr>
        <w:pStyle w:val="ListNumber"/>
        <w:spacing w:line="240" w:lineRule="auto"/>
        <w:ind w:left="720"/>
      </w:pPr>
      <w:r/>
      <w:hyperlink r:id="rId10">
        <w:r>
          <w:rPr>
            <w:color w:val="0000EE"/>
            <w:u w:val="single"/>
          </w:rPr>
          <w:t>https://www.healthline.com/health/benefits-of-reading-books</w:t>
        </w:r>
      </w:hyperlink>
      <w:r>
        <w:t xml:space="preserve"> - This article discusses the numerous health benefits of reading books, including strengthening the brain, increasing empathy, building vocabulary, and improving sleep. It highlights that reading can lead to a longer lifespan and offers tips on what to read to maximise these benefits.</w:t>
      </w:r>
      <w:r/>
    </w:p>
    <w:p>
      <w:pPr>
        <w:pStyle w:val="ListNumber"/>
        <w:spacing w:line="240" w:lineRule="auto"/>
        <w:ind w:left="720"/>
      </w:pPr>
      <w:r/>
      <w:hyperlink r:id="rId12">
        <w:r>
          <w:rPr>
            <w:color w:val="0000EE"/>
            <w:u w:val="single"/>
          </w:rPr>
          <w:t>https://education.virginia.edu/news-stories/many-benefits-reading-pleasure</w:t>
        </w:r>
      </w:hyperlink>
      <w:r>
        <w:t xml:space="preserve"> - Professor Tisha Hayes from the UVA School of Education and Human Development explains how reading for pleasure enhances literacy skills, fosters connections with others, and exposes readers to diverse perspectives. She emphasises the importance of incorporating enjoyable reading into daily routines.</w:t>
      </w:r>
      <w:r/>
    </w:p>
    <w:p>
      <w:pPr>
        <w:pStyle w:val="ListNumber"/>
        <w:spacing w:line="240" w:lineRule="auto"/>
        <w:ind w:left="720"/>
      </w:pPr>
      <w:r/>
      <w:hyperlink r:id="rId15">
        <w:r>
          <w:rPr>
            <w:color w:val="0000EE"/>
            <w:u w:val="single"/>
          </w:rPr>
          <w:t>https://www.psychologytoday.com/us/blog/parenting-translator/202308/the-benefits-of-reading-for-pleasure</w:t>
        </w:r>
      </w:hyperlink>
      <w:r>
        <w:t xml:space="preserve"> - This article outlines the long-term benefits of reading for pleasure, including improved cognitive performance, language development, and academic achievement. It also links early reading habits to better mental health and reduced screen time in children.</w:t>
      </w:r>
      <w:r/>
    </w:p>
    <w:p>
      <w:pPr>
        <w:pStyle w:val="ListNumber"/>
        <w:spacing w:line="240" w:lineRule="auto"/>
        <w:ind w:left="720"/>
      </w:pPr>
      <w:r/>
      <w:hyperlink r:id="rId14">
        <w:r>
          <w:rPr>
            <w:color w:val="0000EE"/>
            <w:u w:val="single"/>
          </w:rPr>
          <w:t>https://www.edutopia.org/article/benefits-reading-pleasure/</w:t>
        </w:r>
      </w:hyperlink>
      <w:r>
        <w:t xml:space="preserve"> - Edutopia explores how reading for pleasure contributes to cognitive progress and social possibilities. The article discusses different types of pleasure derived from reading, such as social, work, and inner work pleasure, and their impact on personal development.</w:t>
      </w:r>
      <w:r/>
    </w:p>
    <w:p>
      <w:pPr>
        <w:pStyle w:val="ListNumber"/>
        <w:spacing w:line="240" w:lineRule="auto"/>
        <w:ind w:left="720"/>
      </w:pPr>
      <w:r/>
      <w:hyperlink r:id="rId13">
        <w:r>
          <w:rPr>
            <w:color w:val="0000EE"/>
            <w:u w:val="single"/>
          </w:rPr>
          <w:t>https://www.tandfonline.com/doi/full/10.1080/09500782.2024.2324948</w:t>
        </w:r>
      </w:hyperlink>
      <w:r>
        <w:t xml:space="preserve"> - This study examines the benefits associated with reading for pleasure, highlighting the relationship between reading engagement and academic achievement. It discusses how intrinsic and social motivation influences young readers' engagement and the positive outcomes of reading for enjoyment.</w:t>
      </w:r>
      <w:r/>
    </w:p>
    <w:p>
      <w:pPr>
        <w:pStyle w:val="ListNumber"/>
        <w:spacing w:line="240" w:lineRule="auto"/>
        <w:ind w:left="720"/>
      </w:pPr>
      <w:r/>
      <w:hyperlink r:id="rId11">
        <w:r>
          <w:rPr>
            <w:color w:val="0000EE"/>
            <w:u w:val="single"/>
          </w:rPr>
          <w:t>https://www.healthline.com/health/mental-health/why-and-how-to-start-a-daily-reading-habit</w:t>
        </w:r>
      </w:hyperlink>
      <w:r>
        <w:t xml:space="preserve"> - This article provides insights into the mental health benefits of establishing a daily reading habit. It offers practical tips on how to incorporate reading into daily routines and discusses the positive impact of reading on stress reduction and cognitive function.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reading-for-pleasure.html" TargetMode="External"/><Relationship Id="rId10" Type="http://schemas.openxmlformats.org/officeDocument/2006/relationships/hyperlink" Target="https://www.healthline.com/health/benefits-of-reading-books" TargetMode="External"/><Relationship Id="rId11" Type="http://schemas.openxmlformats.org/officeDocument/2006/relationships/hyperlink" Target="https://www.healthline.com/health/mental-health/why-and-how-to-start-a-daily-reading-habit" TargetMode="External"/><Relationship Id="rId12" Type="http://schemas.openxmlformats.org/officeDocument/2006/relationships/hyperlink" Target="https://education.virginia.edu/news-stories/many-benefits-reading-pleasure" TargetMode="External"/><Relationship Id="rId13" Type="http://schemas.openxmlformats.org/officeDocument/2006/relationships/hyperlink" Target="https://www.tandfonline.com/doi/full/10.1080/09500782.2024.2324948" TargetMode="External"/><Relationship Id="rId14" Type="http://schemas.openxmlformats.org/officeDocument/2006/relationships/hyperlink" Target="https://www.edutopia.org/article/benefits-reading-pleasure/" TargetMode="External"/><Relationship Id="rId15" Type="http://schemas.openxmlformats.org/officeDocument/2006/relationships/hyperlink" Target="https://www.psychologytoday.com/us/blog/parenting-translator/202308/the-benefits-of-reading-for-pleas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