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South Florida Is Remembering Frank Ribaudo, Club Café Founder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neighbours are pausing this month as South Florida honours Frank Ribaudo, the Boston-born hospitality pioneer whose warm laugh and tireless activism helped shape LGBTQ+ nightlife; locals are gathering at Salvo’s and beyond to celebrate his life, legacy and the community he helped build.</w:t>
      </w:r>
      <w:r/>
    </w:p>
    <w:p>
      <w:r/>
      <w:r>
        <w:t>Essential Takeaways</w:t>
      </w:r>
      <w:r/>
      <w:r/>
    </w:p>
    <w:p>
      <w:pPr>
        <w:pStyle w:val="ListBullet"/>
        <w:spacing w:line="240" w:lineRule="auto"/>
        <w:ind w:left="720"/>
      </w:pPr>
      <w:r/>
      <w:r>
        <w:rPr>
          <w:b/>
        </w:rPr>
        <w:t>Community tribute:</w:t>
      </w:r>
      <w:r>
        <w:t xml:space="preserve"> A celebration of life is being held at Salvo’s to honour Frank Ribaudo, drawing friends, family and longtime supporters.</w:t>
      </w:r>
      <w:r/>
    </w:p>
    <w:p>
      <w:pPr>
        <w:pStyle w:val="ListBullet"/>
        <w:spacing w:line="240" w:lineRule="auto"/>
        <w:ind w:left="720"/>
      </w:pPr>
      <w:r/>
      <w:r>
        <w:rPr>
          <w:b/>
        </w:rPr>
        <w:t>Legacy in hospitality:</w:t>
      </w:r>
      <w:r>
        <w:t xml:space="preserve"> Ribaudo co-founded Club Café in Boston, a landmark venue that served as a social and political hub for generations.</w:t>
      </w:r>
      <w:r/>
    </w:p>
    <w:p>
      <w:pPr>
        <w:pStyle w:val="ListBullet"/>
        <w:spacing w:line="240" w:lineRule="auto"/>
        <w:ind w:left="720"/>
      </w:pPr>
      <w:r/>
      <w:r>
        <w:rPr>
          <w:b/>
        </w:rPr>
        <w:t>Activism and outreach:</w:t>
      </w:r>
      <w:r>
        <w:t xml:space="preserve"> He combined entrepreneurship with advocacy, fundraising for HIV/AIDS causes and supporting LGBTQ+ visibility.</w:t>
      </w:r>
      <w:r/>
    </w:p>
    <w:p>
      <w:pPr>
        <w:pStyle w:val="ListBullet"/>
        <w:spacing w:line="240" w:lineRule="auto"/>
        <w:ind w:left="720"/>
      </w:pPr>
      <w:r/>
      <w:r>
        <w:rPr>
          <w:b/>
        </w:rPr>
        <w:t>Local impact:</w:t>
      </w:r>
      <w:r>
        <w:t xml:space="preserve"> After relocating, Ribaudo and his partner became fixtures in South Florida’s gay community, remembered for hospitality and warmth.</w:t>
      </w:r>
      <w:r/>
    </w:p>
    <w:p>
      <w:pPr>
        <w:pStyle w:val="ListBullet"/>
        <w:spacing w:line="240" w:lineRule="auto"/>
        <w:ind w:left="720"/>
      </w:pPr>
      <w:r/>
      <w:r>
        <w:rPr>
          <w:b/>
        </w:rPr>
        <w:t>Historic context:</w:t>
      </w:r>
      <w:r>
        <w:t xml:space="preserve"> Ribaudo’s passing prompted reflections across Boston and beyond about safety, community and the role of queer venues.</w:t>
      </w:r>
      <w:r/>
      <w:r/>
    </w:p>
    <w:p>
      <w:pPr>
        <w:pStyle w:val="Heading2"/>
      </w:pPr>
      <w:r>
        <w:t>A familiar smile lights a new gathering in South Florida</w:t>
      </w:r>
      <w:r/>
    </w:p>
    <w:p>
      <w:r/>
      <w:r>
        <w:t>People are already saying how Frank’s smile could fill a room; the mood at Salvo’s is set to be warm, loud and full of stories. According to local notices, Joe Posa and family organised a celebration of life that brings together friends from decades of nightlife and activism. Those who knew him in Boston will recognise the same mix of hospitality chops and community care that made Club Café more than a bar.</w:t>
      </w:r>
      <w:r/>
    </w:p>
    <w:p>
      <w:r/>
      <w:r>
        <w:t>Back in Boston, outlets including the Boston Globe and WGBH traced how a small dining-and-entertainment venue became a safe harbour for LGBTQ+ culture. For South Floridians who welcomed Frank later in life, this is both a goodbye and a chance to say thank you.</w:t>
      </w:r>
      <w:r/>
    </w:p>
    <w:p>
      <w:pPr>
        <w:pStyle w:val="Heading2"/>
      </w:pPr>
      <w:r>
        <w:t>How one club became a community anchor</w:t>
      </w:r>
      <w:r/>
    </w:p>
    <w:p>
      <w:r/>
      <w:r>
        <w:t>Club Café was never just about food or shows; it grew into a launching pad for local activism and fundraising, especially during the heights of the HIV/AIDS crisis. Reporting from Boston outlets highlights Ribaudo’s role as a connector , hosting benefit nights, mentoring younger organisers and building a space where people could be themselves.</w:t>
      </w:r>
      <w:r/>
    </w:p>
    <w:p>
      <w:r/>
      <w:r>
        <w:t>That approach explains why memorials feel like parties as much as farewells. If you’re planning to go to a celebration, expect music, memories and a convivial vibe that reflects the way Ribaudo made hospitality a form of care.</w:t>
      </w:r>
      <w:r/>
    </w:p>
    <w:p>
      <w:pPr>
        <w:pStyle w:val="Heading2"/>
      </w:pPr>
      <w:r>
        <w:t>From Boston to South Florida: why the move mattered</w:t>
      </w:r>
      <w:r/>
    </w:p>
    <w:p>
      <w:r/>
      <w:r>
        <w:t>When Frank and Joe relocated, they didn’t retire from community life; they folded into South Florida’s queer fabric and became familiar faces at local spots. Community posts and event listings show their presence helped knit local scenes together, bringing Boston-style warmth to Florida’s nightlife.</w:t>
      </w:r>
      <w:r/>
    </w:p>
    <w:p>
      <w:r/>
      <w:r>
        <w:t>If you’re curious about how movers like Ribaudo shift a locale, watch for small but telling signs: regular fundraisers, consistent volunteerism, and a knack for turning commercial venues into communal homes.</w:t>
      </w:r>
      <w:r/>
    </w:p>
    <w:p>
      <w:pPr>
        <w:pStyle w:val="Heading2"/>
      </w:pPr>
      <w:r>
        <w:t>What his passing means for venue safety and memory work</w:t>
      </w:r>
      <w:r/>
    </w:p>
    <w:p>
      <w:r/>
      <w:r>
        <w:t>News coverage in Boston has also sparked conversations about the responsibilities venues carry for safety and remembrance. After difficult moments in club history, venue operators and community leaders often reassess security and outreach; those debates are part of how queer spaces protect themselves and their guests.</w:t>
      </w:r>
      <w:r/>
    </w:p>
    <w:p>
      <w:r/>
      <w:r>
        <w:t>Locally, expect organisers to fold safety reminders into gatherings while keeping celebrations bright. It’s a balancing act , honouring a life by making sure everyone can remember in comfort.</w:t>
      </w:r>
      <w:r/>
    </w:p>
    <w:p>
      <w:pPr>
        <w:pStyle w:val="Heading2"/>
      </w:pPr>
      <w:r>
        <w:t>How to take part and what to bring</w:t>
      </w:r>
      <w:r/>
    </w:p>
    <w:p>
      <w:r/>
      <w:r>
        <w:t>If you plan to attend memorial events, arrive with a story or a photo; organisers say personal memories make these nights meaningful. Dress is casual, contributions of flowers or donations to HIV/AIDS charities are welcome, and a readiness to share a laugh will be appreciated more than anything.</w:t>
      </w:r>
      <w:r/>
    </w:p>
    <w:p>
      <w:r/>
      <w:r>
        <w:t>For those who can’t attend, consider sending a short note to Joe Posa or supporting a local LGBTQ+ health or advocacy group in Frank’s name.</w:t>
      </w:r>
      <w:r/>
    </w:p>
    <w:p>
      <w:r/>
      <w:r>
        <w:t>It's a small change that can make every memory feel a little brighter.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5">
        <w:r>
          <w:rPr>
            <w:color w:val="0000EE"/>
            <w:u w:val="single"/>
          </w:rPr>
          <w:t>[7]</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https://hotspotsmagazine.com/2026/08/13/whats-hot-south-florida-august-13-august-25/?utm_source=rss&amp;utm_medium=rss&amp;utm_campaign=whats-hot-south-florida-august-13-august-25</w:t>
        </w:r>
      </w:hyperlink>
      <w:r>
        <w:t xml:space="preserve"> - Please view link - unable to able to access data</w:t>
      </w:r>
      <w:r/>
    </w:p>
    <w:p>
      <w:pPr>
        <w:pStyle w:val="ListNumber"/>
        <w:spacing w:line="240" w:lineRule="auto"/>
        <w:ind w:left="720"/>
      </w:pPr>
      <w:r/>
      <w:hyperlink r:id="rId10">
        <w:r>
          <w:rPr>
            <w:color w:val="0000EE"/>
            <w:u w:val="single"/>
          </w:rPr>
          <w:t>https://www.boston.com/news/local-news/2026/07/08/club-cafe-founder-and-vice-president-dies-the-venue-says/</w:t>
        </w:r>
      </w:hyperlink>
      <w:r>
        <w:t xml:space="preserve"> - Frank A. Ribaudo, the founder and vice president of Club Café, Boston's iconic LGBTQ+ venue, passed away after a two-and-a-half-year battle with an aggressive form of brain cancer. Ribaudo, along with his husband Joe Posa, transformed Club Café into a central hub for Boston's LGBTQ+ community, offering a space for dining, fundraising, and advocacy. His contributions included organizing community dinners, fundraisers, and meetings to support those living with HIV/AIDS. A celebration of his life is planned at Club Café at a later date.</w:t>
      </w:r>
      <w:r/>
    </w:p>
    <w:p>
      <w:pPr>
        <w:pStyle w:val="ListNumber"/>
        <w:spacing w:line="240" w:lineRule="auto"/>
        <w:ind w:left="720"/>
      </w:pPr>
      <w:r/>
      <w:hyperlink r:id="rId12">
        <w:r>
          <w:rPr>
            <w:color w:val="0000EE"/>
            <w:u w:val="single"/>
          </w:rPr>
          <w:t>https://www.wgbh.org/news/local/2026/07/10/club-cafe-founder-anchor-of-bostons-lgbtq-activism-and-nightlife-dies-at-81</w:t>
        </w:r>
      </w:hyperlink>
      <w:r>
        <w:t xml:space="preserve"> - Frank Ribaudo, founder of Club Café, Boston's historic LGBTQ+ venue, died at 81 following a two-and-a-half-year battle with brain cancer. Ribaudo's establishment became a cornerstone of Boston's queer activism and nightlife, hosting community dinners, fundraisers, and meetings, especially during the AIDS crisis. He co-created the Harbor to the Bay AIDS Benefit Bike Ride, raising over $7 million for HIV/AIDS nonprofits. A celebration of his life is planned at Club Café.</w:t>
      </w:r>
      <w:r/>
    </w:p>
    <w:p>
      <w:pPr>
        <w:pStyle w:val="ListNumber"/>
        <w:spacing w:line="240" w:lineRule="auto"/>
        <w:ind w:left="720"/>
      </w:pPr>
      <w:r/>
      <w:hyperlink r:id="rId11">
        <w:r>
          <w:rPr>
            <w:color w:val="0000EE"/>
            <w:u w:val="single"/>
          </w:rPr>
          <w:t>https://www.bostonglobe.com/2026/07/10/metro/frank-ribaudo-obit-club-cafe-founder/</w:t>
        </w:r>
      </w:hyperlink>
      <w:r>
        <w:t xml:space="preserve"> - Frank Ribaudo, co-founder of Club Café, Boston's LGBTQ+ community hub, died at 81 after battling glioblastoma. Ribaudo's vision transformed Club Café into a gathering place for the LGBTQ+ community, offering dining, entertainment, and support during the AIDS crisis. He co-created the Harbor to the Bay cycling benefit, raising over $6 million for HIV/AIDS organizations. A celebration of his life is planned at Club Café.</w:t>
      </w:r>
      <w:r/>
    </w:p>
    <w:p>
      <w:pPr>
        <w:pStyle w:val="ListNumber"/>
        <w:spacing w:line="240" w:lineRule="auto"/>
        <w:ind w:left="720"/>
      </w:pPr>
      <w:r/>
      <w:hyperlink r:id="rId13">
        <w:r>
          <w:rPr>
            <w:color w:val="0000EE"/>
            <w:u w:val="single"/>
          </w:rPr>
          <w:t>https://bostonspiritmagazine.com/2026/07/remembering-frank-ribaudo-club-cafe-founder-longtime-lgbtq-community-leader/</w:t>
        </w:r>
      </w:hyperlink>
      <w:r>
        <w:t xml:space="preserve"> - Frank Alfred Ribaudo, co-founder of Club Café and a longtime LGBTQ+ community leader, passed away after a two-and-a-half-year battle with glioblastoma. Ribaudo's vision and leadership made Club Café a safe and welcoming space for all, offering dining, entertainment, and community support. A memorial service celebrating his life will be held at Club Café at a later date.</w:t>
      </w:r>
      <w:r/>
    </w:p>
    <w:p>
      <w:pPr>
        <w:pStyle w:val="ListNumber"/>
        <w:spacing w:line="240" w:lineRule="auto"/>
        <w:ind w:left="720"/>
      </w:pPr>
      <w:r/>
      <w:hyperlink r:id="rId14">
        <w:r>
          <w:rPr>
            <w:color w:val="0000EE"/>
            <w:u w:val="single"/>
          </w:rPr>
          <w:t>https://www.mysouthend.com/story/168089</w:t>
        </w:r>
      </w:hyperlink>
      <w:r>
        <w:t xml:space="preserve"> - Frank Ribaudo, founder of Club Café in Boston, died after a courageous two-and-a-half-year battle with glioblastoma. Ribaudo's vision helped create one of the city's most influential LGBTQ+ gathering places and community landmarks. A Navy veteran, entrepreneur, HIV/AIDS fundraiser, and hospitality visionary, he turned a Back Bay venue into a home base for generations of Boston’s LGBTQ+ community. A celebration of his life is planned at Club Café.</w:t>
      </w:r>
      <w:r/>
    </w:p>
    <w:p>
      <w:pPr>
        <w:pStyle w:val="ListNumber"/>
        <w:spacing w:line="240" w:lineRule="auto"/>
        <w:ind w:left="720"/>
      </w:pPr>
      <w:r/>
      <w:hyperlink r:id="rId15">
        <w:r>
          <w:rPr>
            <w:color w:val="0000EE"/>
            <w:u w:val="single"/>
          </w:rPr>
          <w:t>https://www.boston25news.com/news/boston-gay-clubs-consider-security-changes-after-orlando-masacre/341275555/</w:t>
        </w:r>
      </w:hyperlink>
      <w:r>
        <w:t xml:space="preserve"> - In the wake of the Orlando terror attack, Boston's gay clubs, including Club Café, are considering security changes. Club Café co-owner Frank Ribaudo emphasized the importance of maintaining a welcoming atmosphere while ensuring safety. The club already has tight security measures in place, with multiple staff members checking and observing patrons. Ribaudo expressed concerns about identifying potential threats and the challenges of enhancing security without compromising the club's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spotsmagazine.com/2026/08/13/whats-hot-south-florida-august-13-august-25/?utm_source=rss&amp;utm_medium=rss&amp;utm_campaign=whats-hot-south-florida-august-13-august-25" TargetMode="External"/><Relationship Id="rId10" Type="http://schemas.openxmlformats.org/officeDocument/2006/relationships/hyperlink" Target="https://www.boston.com/news/local-news/2026/07/08/club-cafe-founder-and-vice-president-dies-the-venue-says/" TargetMode="External"/><Relationship Id="rId11" Type="http://schemas.openxmlformats.org/officeDocument/2006/relationships/hyperlink" Target="https://www.bostonglobe.com/2026/07/10/metro/frank-ribaudo-obit-club-cafe-founder/" TargetMode="External"/><Relationship Id="rId12" Type="http://schemas.openxmlformats.org/officeDocument/2006/relationships/hyperlink" Target="https://www.wgbh.org/news/local/2026/07/10/club-cafe-founder-anchor-of-bostons-lgbtq-activism-and-nightlife-dies-at-81" TargetMode="External"/><Relationship Id="rId13" Type="http://schemas.openxmlformats.org/officeDocument/2006/relationships/hyperlink" Target="https://bostonspiritmagazine.com/2026/07/remembering-frank-ribaudo-club-cafe-founder-longtime-lgbtq-community-leader/" TargetMode="External"/><Relationship Id="rId14" Type="http://schemas.openxmlformats.org/officeDocument/2006/relationships/hyperlink" Target="https://www.mysouthend.com/story/168089" TargetMode="External"/><Relationship Id="rId15" Type="http://schemas.openxmlformats.org/officeDocument/2006/relationships/hyperlink" Target="https://www.boston25news.com/news/boston-gay-clubs-consider-security-changes-after-orlando-masacre/3412755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