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for Shy Lesbians to Explore a Domme Persona and Pegging Partners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Try on a new persona with care: shy lesbians are increasingly experimenting with domme roles and pegging, finding interested partners in kink communities and dating apps, and learning that practice, clear boundaries and honest listing of limits matter as much as technique.</w:t>
      </w:r>
      <w:r/>
    </w:p>
    <w:p>
      <w:r/>
      <w:r>
        <w:t>Essential Takeaways</w:t>
      </w:r>
      <w:r/>
      <w:r/>
    </w:p>
    <w:p>
      <w:pPr>
        <w:pStyle w:val="ListBullet"/>
        <w:spacing w:line="240" w:lineRule="auto"/>
        <w:ind w:left="720"/>
      </w:pPr>
      <w:r/>
      <w:r>
        <w:rPr>
          <w:b/>
        </w:rPr>
        <w:t>It’s a recognised kink:</w:t>
      </w:r>
      <w:r>
        <w:t xml:space="preserve"> Dominant play by women with men, including pegging, is an established practice with communities and resources that support it.</w:t>
      </w:r>
      <w:r/>
    </w:p>
    <w:p>
      <w:pPr>
        <w:pStyle w:val="ListBullet"/>
        <w:spacing w:line="240" w:lineRule="auto"/>
        <w:ind w:left="720"/>
      </w:pPr>
      <w:r/>
      <w:r>
        <w:rPr>
          <w:b/>
        </w:rPr>
        <w:t>People are curious:</w:t>
      </w:r>
      <w:r>
        <w:t xml:space="preserve"> Plenty of men and queer partners are drawn to power-play dynamics that centre pegging or strap-on play, often independent of partners’ usual orientation.</w:t>
      </w:r>
      <w:r/>
    </w:p>
    <w:p>
      <w:pPr>
        <w:pStyle w:val="ListBullet"/>
        <w:spacing w:line="240" w:lineRule="auto"/>
        <w:ind w:left="720"/>
      </w:pPr>
      <w:r/>
      <w:r>
        <w:rPr>
          <w:b/>
        </w:rPr>
        <w:t>Build your persona slowly:</w:t>
      </w:r>
      <w:r>
        <w:t xml:space="preserve"> Practising mannerisms, language and scenes in private or with a trusted friend can help a shy domme feel authentic.</w:t>
      </w:r>
      <w:r/>
    </w:p>
    <w:p>
      <w:pPr>
        <w:pStyle w:val="ListBullet"/>
        <w:spacing w:line="240" w:lineRule="auto"/>
        <w:ind w:left="720"/>
      </w:pPr>
      <w:r/>
      <w:r>
        <w:rPr>
          <w:b/>
        </w:rPr>
        <w:t>Use targeted spaces:</w:t>
      </w:r>
      <w:r>
        <w:t xml:space="preserve"> Fetish communities, kink apps and certain dating platforms make it easier to find bottoms who specifically want to be dominated by women.</w:t>
      </w:r>
      <w:r/>
    </w:p>
    <w:p>
      <w:pPr>
        <w:pStyle w:val="ListBullet"/>
        <w:spacing w:line="240" w:lineRule="auto"/>
        <w:ind w:left="720"/>
      </w:pPr>
      <w:r/>
      <w:r>
        <w:rPr>
          <w:b/>
        </w:rPr>
        <w:t>Safety and consent first:</w:t>
      </w:r>
      <w:r>
        <w:t xml:space="preserve"> Negotiate limits, safe words and aftercare; pegging requires communication about comfort, hygiene and physical readiness.</w:t>
      </w:r>
      <w:r/>
      <w:r/>
    </w:p>
    <w:p>
      <w:pPr>
        <w:pStyle w:val="Heading2"/>
      </w:pPr>
      <w:r>
        <w:t>Why this is a thing , and why it’s not rare</w:t>
      </w:r>
      <w:r/>
    </w:p>
    <w:p>
      <w:r/>
      <w:r>
        <w:t>People seek power exchange for lots of reasons, and the act of dominating someone can be pleasurable whether or not there’s conventional sexual attraction involved. Studies and long-standing community practice show that role reversal and penetrative play with a strap-on are legitimate kink expressions, and many men specifically seek out those dynamics. That means you’re not inventing something odd , you’re joining a well-trodden corner of kink culture where curiosity meets clear preferences. If you imagine the scene, it makes sense: for some folks the thrill is control, for others it’s being held and used, and for many it’s both.</w:t>
      </w:r>
      <w:r/>
    </w:p>
    <w:p>
      <w:pPr>
        <w:pStyle w:val="Heading2"/>
      </w:pPr>
      <w:r>
        <w:t>Where to meet potential play partners</w:t>
      </w:r>
      <w:r/>
    </w:p>
    <w:p>
      <w:r/>
      <w:r>
        <w:t>If you want to experiment without upsetting your social circle, look to spaces built for this. Fetish and BDSM communities, online and in person, exist to match people with particular interests, from pegging workshops to domme/bottom pairings. Some dating and kink apps let you state exactly what you want, so you won’t waste time explaining yourself to people who aren’t into it. Clubs, munches and private play parties can also be great because they often offer beginner-friendly ways to observe, ask questions and read the room before you participate. Be explicit in your profile: honesty attracts the right practice partners.</w:t>
      </w:r>
      <w:r/>
    </w:p>
    <w:p>
      <w:pPr>
        <w:pStyle w:val="Heading2"/>
      </w:pPr>
      <w:r>
        <w:t>How to start crafting a domme persona when you’re shy</w:t>
      </w:r>
      <w:r/>
    </w:p>
    <w:p>
      <w:r/>
      <w:r>
        <w:t>You don’t need to become a different person to command a room. Start small: practise tone, posture and a few lines in front of a mirror, or workshop with a trusted friend who can roleplay a scene without derailing it into giggles. Rehearsal helps build a predictable confidence the same way a speaker runs through a talk. Try on one or two consistent cues , a look, an instruction style, a way of praising or punishing , and see what feels authentic. If you feel uncomfortable forcing a persona, scale back: dominance can be calm and quiet as well as loud and theatrical.</w:t>
      </w:r>
      <w:r/>
    </w:p>
    <w:p>
      <w:pPr>
        <w:pStyle w:val="Heading2"/>
      </w:pPr>
      <w:r>
        <w:t>Practical pegging tips , technique, hygiene and consent</w:t>
      </w:r>
      <w:r/>
    </w:p>
    <w:p>
      <w:r/>
      <w:r>
        <w:t>PeGGing has practicalities worth learning before you jump in. Discuss limits and establish safe words; agree on aftercare and check in about physical boundaries. Hygiene matters: use condoms on toys if sharing or if partners prefer, and choose lubricant and toy size appropriate to experience level. Start slow with finger play or small plugs before moving to a strap-on, and consider positions that allow you to control depth and rhythm. If you’re unsure about technique, workshops, instructional guides or an experienced friend can demystify the mechanics and make first scenes feel safer.</w:t>
      </w:r>
      <w:r/>
    </w:p>
    <w:p>
      <w:pPr>
        <w:pStyle w:val="Heading2"/>
      </w:pPr>
      <w:r>
        <w:t>Finding practice bottoms and navigating expectations</w:t>
      </w:r>
      <w:r/>
    </w:p>
    <w:p>
      <w:r/>
      <w:r>
        <w:t>Many people in kink communities are keen to support newcomers , experienced submissives often enjoy being part of someone’s learning process. If you’re explicit that you’re exploring and want a patient partner, you’ll likely attract bottoms who relish guiding and helping you develop confidence. That said, set boundaries around payment and expectations: being asked to perform this role professionally is different from experimenting socially. Be clear about whether a scene is practice, play or commercial, and make sure both parties consent to the arrangement and any degree of intimacy involved.</w:t>
      </w:r>
      <w:r/>
    </w:p>
    <w:p>
      <w:r/>
      <w:r>
        <w:t>It's a small change that can make your exploration safer, richer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[7]</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https://slate.com/advice/2026/08/sex-advice-lesbian-men-exploration.html?via=rss</w:t>
        </w:r>
      </w:hyperlink>
      <w:r>
        <w:t xml:space="preserve"> - Please view link - unable to able to access data</w:t>
      </w:r>
      <w:r/>
    </w:p>
    <w:p>
      <w:pPr>
        <w:pStyle w:val="ListNumber"/>
        <w:spacing w:line="240" w:lineRule="auto"/>
        <w:ind w:left="720"/>
      </w:pPr>
      <w:r/>
      <w:hyperlink r:id="rId10">
        <w:r>
          <w:rPr>
            <w:color w:val="0000EE"/>
            <w:u w:val="single"/>
          </w:rPr>
          <w:t>https://www.bdsmpath.org/bdsm-practices/pegging</w:t>
        </w:r>
      </w:hyperlink>
      <w:r>
        <w:t xml:space="preserve"> - This comprehensive guide on pegging in BDSM explores the practice of one partner using a strap-on dildo to anally penetrate another. It discusses the physical and psychological aspects, including prostate stimulation and role reversal, and provides safety guidelines such as the importance of lubrication and communication. The article also addresses common misconceptions, emphasizing that pegging is about anatomy and not necessarily linked to sexual orientation.</w:t>
      </w:r>
      <w:r/>
    </w:p>
    <w:p>
      <w:pPr>
        <w:pStyle w:val="ListNumber"/>
        <w:spacing w:line="240" w:lineRule="auto"/>
        <w:ind w:left="720"/>
      </w:pPr>
      <w:r/>
      <w:hyperlink r:id="rId12">
        <w:r>
          <w:rPr>
            <w:color w:val="0000EE"/>
            <w:u w:val="single"/>
          </w:rPr>
          <w:t>https://www.menshealth.com/sex-women/a39435074/forced-bi-femdom/</w:t>
        </w:r>
      </w:hyperlink>
      <w:r>
        <w:t xml:space="preserve"> - An article from Men's Health delves into the 'forced bi' kink, where a dominatrix commands a submissive man to engage in sexual activities with another man. It examines the psychological motivations behind this kink, including the thrill of being dominated and the exploration of same-sex activities without labeling one's sexuality. The piece also highlights the importance of consent and communication in such BDSM practices.</w:t>
      </w:r>
      <w:r/>
    </w:p>
    <w:p>
      <w:pPr>
        <w:pStyle w:val="ListNumber"/>
        <w:spacing w:line="240" w:lineRule="auto"/>
        <w:ind w:left="720"/>
      </w:pPr>
      <w:r/>
      <w:hyperlink r:id="rId15">
        <w:r>
          <w:rPr>
            <w:color w:val="0000EE"/>
            <w:u w:val="single"/>
          </w:rPr>
          <w:t>https://factually.co/fact-checks/sexuality/pegging-orientations-relationship-dynamics-717edf</w:t>
        </w:r>
      </w:hyperlink>
      <w:r>
        <w:t xml:space="preserve"> - This article from Factually discusses how pegging fits into various sexual orientations and relationship dynamics. It explains that pegging, defined as anal penetration with a strap-on, is practiced across genders and orientations, serving both as a source of physical pleasure and a means to subvert traditional gender or power roles. The piece also addresses common misconceptions about pegging and its association with sexual orientation.</w:t>
      </w:r>
      <w:r/>
    </w:p>
    <w:p>
      <w:pPr>
        <w:pStyle w:val="ListNumber"/>
        <w:spacing w:line="240" w:lineRule="auto"/>
        <w:ind w:left="720"/>
      </w:pPr>
      <w:r/>
      <w:hyperlink r:id="rId13">
        <w:r>
          <w:rPr>
            <w:color w:val="0000EE"/>
            <w:u w:val="single"/>
          </w:rPr>
          <w:t>https://journals.sagepub.com/doi/10.1177/1363460720944594</w:t>
        </w:r>
      </w:hyperlink>
      <w:r>
        <w:t xml:space="preserve"> - A study published in the journal Sexualities examines how individuals who identify as kinky perceive the relationship between sex and BDSM. Through interviews with 70 kink-identified participants, the research explores the boundaries and intersections of sexual behaviors and kink practices, highlighting the diversity in how people construct and understand these aspects of their identities.</w:t>
      </w:r>
      <w:r/>
    </w:p>
    <w:p>
      <w:pPr>
        <w:pStyle w:val="ListNumber"/>
        <w:spacing w:line="240" w:lineRule="auto"/>
        <w:ind w:left="720"/>
      </w:pPr>
      <w:r/>
      <w:hyperlink r:id="rId14">
        <w:r>
          <w:rPr>
            <w:color w:val="0000EE"/>
            <w:u w:val="single"/>
          </w:rPr>
          <w:t>https://podme.com/no/episode/6343018/</w:t>
        </w:r>
      </w:hyperlink>
      <w:r>
        <w:t xml:space="preserve"> - An episode of the Queer Collective Podcast titled 'Intro To BDSM: Creating A Dom Persona' features a discussion with Yaz, a non-binary, bisexual individual, about crafting a dominant persona in BDSM. The conversation covers topics such as confidence, embodiment, and the intersections of BDSM and gender exploration, providing insights into stepping into a dominant role within the BDSM community.</w:t>
      </w:r>
      <w:r/>
    </w:p>
    <w:p>
      <w:pPr>
        <w:pStyle w:val="ListNumber"/>
        <w:spacing w:line="240" w:lineRule="auto"/>
        <w:ind w:left="720"/>
      </w:pPr>
      <w:r/>
      <w:hyperlink r:id="rId11">
        <w:r>
          <w:rPr>
            <w:color w:val="0000EE"/>
            <w:u w:val="single"/>
          </w:rPr>
          <w:t>https://www.riverfronttimes.com/pegging-strapon-the-penetrative-role-reversal/</w:t>
        </w:r>
      </w:hyperlink>
      <w:r>
        <w:t xml:space="preserve"> - An article from the Riverfront Times explores pegging as a penetrative role reversal in BDSM. It discusses the practice where a woman uses a strap-on dildo to penetrate a man anally, challenging traditional gender roles and societal norms. The piece delves into the psychological and cultural implications of pegging, emphasizing its role in subverting traditional notions of masculinity and femininity.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late.com/advice/2026/08/sex-advice-lesbian-men-exploration.html?via=rss" TargetMode="External"/><Relationship Id="rId10" Type="http://schemas.openxmlformats.org/officeDocument/2006/relationships/hyperlink" Target="https://www.bdsmpath.org/bdsm-practices/pegging" TargetMode="External"/><Relationship Id="rId11" Type="http://schemas.openxmlformats.org/officeDocument/2006/relationships/hyperlink" Target="https://www.riverfronttimes.com/pegging-strapon-the-penetrative-role-reversal/" TargetMode="External"/><Relationship Id="rId12" Type="http://schemas.openxmlformats.org/officeDocument/2006/relationships/hyperlink" Target="https://www.menshealth.com/sex-women/a39435074/forced-bi-femdom/" TargetMode="External"/><Relationship Id="rId13" Type="http://schemas.openxmlformats.org/officeDocument/2006/relationships/hyperlink" Target="https://journals.sagepub.com/doi/10.1177/1363460720944594" TargetMode="External"/><Relationship Id="rId14" Type="http://schemas.openxmlformats.org/officeDocument/2006/relationships/hyperlink" Target="https://podme.com/no/episode/6343018/" TargetMode="External"/><Relationship Id="rId15" Type="http://schemas.openxmlformats.org/officeDocument/2006/relationships/hyperlink" Target="https://factually.co/fact-checks/sexuality/pegging-orientations-relationship-dynamics-717e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