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Talk About Public Relationships: Laverne Cox’s Accountable Ahead-of-the-Curve Moment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and listen: Laverne Cox has been reflecting on the fallout from a high-profile relationship, acknowledging the hurt it caused fans while insisting she remains entitled to live and love. Her candid reckoning matters because it sits at the crossroads of celebrity, politics and the responsibilities public figures carry.</w:t>
      </w:r>
      <w:r/>
    </w:p>
    <w:p>
      <w:r/>
      <w:r>
        <w:t>Essential Takeaways</w:t>
      </w:r>
      <w:r/>
      <w:r/>
    </w:p>
    <w:p>
      <w:pPr>
        <w:pStyle w:val="ListBullet"/>
        <w:spacing w:line="240" w:lineRule="auto"/>
        <w:ind w:left="720"/>
      </w:pPr>
      <w:r/>
      <w:r>
        <w:rPr>
          <w:b/>
        </w:rPr>
        <w:t>Public admission:</w:t>
      </w:r>
      <w:r>
        <w:t xml:space="preserve"> Laverne Cox says she “accepts accountability” for the hurt caused by dating a MAGA-supporting police officer, while defending her right to make personal choices.</w:t>
      </w:r>
      <w:r/>
    </w:p>
    <w:p>
      <w:pPr>
        <w:pStyle w:val="ListBullet"/>
        <w:spacing w:line="240" w:lineRule="auto"/>
        <w:ind w:left="720"/>
      </w:pPr>
      <w:r/>
      <w:r>
        <w:rPr>
          <w:b/>
        </w:rPr>
        <w:t>Emotional honesty:</w:t>
      </w:r>
      <w:r>
        <w:t xml:space="preserve"> Cox described the relationship as intense and “spiritual,” saying it brought feelings she hadn’t experienced before.</w:t>
      </w:r>
      <w:r/>
    </w:p>
    <w:p>
      <w:pPr>
        <w:pStyle w:val="ListBullet"/>
        <w:spacing w:line="240" w:lineRule="auto"/>
        <w:ind w:left="720"/>
      </w:pPr>
      <w:r/>
      <w:r>
        <w:rPr>
          <w:b/>
        </w:rPr>
        <w:t>Fan reaction:</w:t>
      </w:r>
      <w:r>
        <w:t xml:space="preserve"> The relationship sparked strong backlash, with some fans unfollowing and others feeling personally betrayed.</w:t>
      </w:r>
      <w:r/>
    </w:p>
    <w:p>
      <w:pPr>
        <w:pStyle w:val="ListBullet"/>
        <w:spacing w:line="240" w:lineRule="auto"/>
        <w:ind w:left="720"/>
      </w:pPr>
      <w:r/>
      <w:r>
        <w:rPr>
          <w:b/>
        </w:rPr>
        <w:t>Wider context:</w:t>
      </w:r>
      <w:r>
        <w:t xml:space="preserve"> Cox links the controversy to broader contradictions in culture , political attacks on trans people yet high public interest in trans-related adult content.</w:t>
      </w:r>
      <w:r/>
    </w:p>
    <w:p>
      <w:pPr>
        <w:pStyle w:val="ListBullet"/>
        <w:spacing w:line="240" w:lineRule="auto"/>
        <w:ind w:left="720"/>
      </w:pPr>
      <w:r/>
      <w:r>
        <w:rPr>
          <w:b/>
        </w:rPr>
        <w:t>Ongoing stance:</w:t>
      </w:r>
      <w:r>
        <w:t xml:space="preserve"> She remains teachable and open to reproach, saying public figures with politicised brands owe accountability to their communities.</w:t>
      </w:r>
      <w:r/>
      <w:r/>
    </w:p>
    <w:p>
      <w:pPr>
        <w:pStyle w:val="Heading2"/>
      </w:pPr>
      <w:r>
        <w:t>A blunt moment of honesty , she felt bliss, and then backlash</w:t>
      </w:r>
      <w:r/>
    </w:p>
    <w:p>
      <w:r/>
      <w:r>
        <w:t>Laverne Cox told The New York Times she experienced a rare blend of spiritual, emotional and physical connection in the relationship, and that she’d never felt that before. That kind of warmth and awe comes through in her tone, and it helps explain why she stayed in the relationship initially. But when news of her partner’s MAGA and law-enforcement ties leaked, fans reacted strongly, and Cox found herself navigating an unexpectedly painful public reckoning.</w:t>
      </w:r>
      <w:r/>
    </w:p>
    <w:p>
      <w:r/>
      <w:r>
        <w:t>People close to celebrity culture know how quickly intimacy becomes a headline. According to reporting, the relationship spanned several years before ending amid criticism in 2024. Cox’s openness about feeling “sheer bliss” humanises her, even as the public debate turned into moral theatre.</w:t>
      </w:r>
      <w:r/>
    </w:p>
    <w:p>
      <w:pPr>
        <w:pStyle w:val="Heading2"/>
      </w:pPr>
      <w:r>
        <w:t>Why the reaction was so fierce , the politics are personal</w:t>
      </w:r>
      <w:r/>
    </w:p>
    <w:p>
      <w:r/>
      <w:r>
        <w:t>The fury wasn’t only about partisan politics; it was about perceived betrayal. For many trans people and allies, Donald Trump’s policies and rhetoric have been explicitly hostile to trans rights. That made a romantic link to a visible supporter of that movement feel, to some, like a sharp contradiction. Fans told Cox she should have hidden the relationship or kept it private, and some simply cut ties online.</w:t>
      </w:r>
      <w:r/>
    </w:p>
    <w:p>
      <w:r/>
      <w:r>
        <w:t>Cox acknowledges the hurt, noting that she’s accountable to her community as a public figure with a politicised brand. That admission matters because it reframes the story from private romance to public responsibility , a tension other public figures have confronted when their personal lives cross with their political stances.</w:t>
      </w:r>
      <w:r/>
    </w:p>
    <w:p>
      <w:pPr>
        <w:pStyle w:val="Heading2"/>
      </w:pPr>
      <w:r>
        <w:t>A curious cultural contradiction , desire and demonisation</w:t>
      </w:r>
      <w:r/>
    </w:p>
    <w:p>
      <w:r/>
      <w:r>
        <w:t>Cox pointed out an eye-catching paradox: at the same time trans people experienced historic levels of legislative attack, there was surging interest in trans content online. She suggested such contradictions aren’t unrelated, hinting at complex dynamics where exploitation, fascination and discrimination coexist. It’s a sharp cultural observation that moves the conversation beyond gossip and into the uncomfortable ways society consumes marginalised lives.</w:t>
      </w:r>
      <w:r/>
    </w:p>
    <w:p>
      <w:r/>
      <w:r>
        <w:t>Commentators and culture outlets picked up on that point quickly, because it reframes scandal as symptom. Rather than just a relationship faux pas, Cox’s experience prompts questions about how public appetite and political cruelty can sit side by side.</w:t>
      </w:r>
      <w:r/>
    </w:p>
    <w:p>
      <w:pPr>
        <w:pStyle w:val="Heading2"/>
      </w:pPr>
      <w:r>
        <w:t>Accountability without erasing choice , where Cox draws the line</w:t>
      </w:r>
      <w:r/>
    </w:p>
    <w:p>
      <w:r/>
      <w:r>
        <w:t>Cox’s language is careful but firm: she accepts accountability for the ways fans were hurt, and she remains teachable. Yet she’s also asserted the simple right to live her life and make personal choices. That balancing act is emotionally complex and familiar to anyone who’s had to explain private behaviour in public terms.</w:t>
      </w:r>
      <w:r/>
    </w:p>
    <w:p>
      <w:r/>
      <w:r>
        <w:t>Her stance is a kind of modern artisanal diplomacy. She doesn’t demand forgiveness, and she doesn’t apologise for the feelings she felt. Instead she invites conversation, criticism and the occasional rebuke , while holding space for personal agency. For other public figures, that model could be a sensible template: acknowledge, explain, and accept consequences, but don’t be erased.</w:t>
      </w:r>
      <w:r/>
    </w:p>
    <w:p>
      <w:pPr>
        <w:pStyle w:val="Heading2"/>
      </w:pPr>
      <w:r>
        <w:t>What this means for public figures and fans , practical takeaways</w:t>
      </w:r>
      <w:r/>
    </w:p>
    <w:p>
      <w:r/>
      <w:r>
        <w:t>If you’re a public figure, be mindful that romantic choices can have reputational consequences, especially when politics and identity collide. Be prepared to explain yourself honestly and to listen. If you’re a fan, remember that celebrity intimacy is messy; hold people accountable where harm is real, but try to distinguish personal missteps from ideologies that actively strip rights away.</w:t>
      </w:r>
      <w:r/>
    </w:p>
    <w:p>
      <w:r/>
      <w:r>
        <w:t>And for everyone watching from the outside: remember the human detail. Cox’s story is one about feeling seen, flawed and vulnerable , and about the tricky work of living a private life in a public world.</w:t>
      </w:r>
      <w:r/>
    </w:p>
    <w:p>
      <w:r/>
      <w:r>
        <w:t>It's a small, messy, and instructive moment about love, politics and responsibility , and it’s worth paying attention to how we respond.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https://www.attitude.co.uk/culture/laverne-cox-takes-accountability-for-dating-maga-police-office-531445/</w:t>
        </w:r>
      </w:hyperlink>
      <w:r>
        <w:t xml:space="preserve"> - Please view link - unable to able to access data</w:t>
      </w:r>
      <w:r/>
    </w:p>
    <w:p>
      <w:pPr>
        <w:pStyle w:val="ListNumber"/>
        <w:spacing w:line="240" w:lineRule="auto"/>
        <w:ind w:left="720"/>
      </w:pPr>
      <w:r/>
      <w:hyperlink r:id="rId9">
        <w:r>
          <w:rPr>
            <w:color w:val="0000EE"/>
            <w:u w:val="single"/>
          </w:rPr>
          <w:t>https://www.attitude.co.uk/culture/laverne-cox-takes-accountability-for-dating-maga-police-office-531445/</w:t>
        </w:r>
      </w:hyperlink>
      <w:r>
        <w:t xml:space="preserve"> - Laverne Cox addresses the backlash from her relationship with a MAGA-supporting police officer, stating she accepts accountability but remains entitled to make her own choices. She describes the four-year relationship, which began in 2020, as 'spiritual' and ended in 2024 after receiving criticism from fans. Cox reflects on the hurt caused and acknowledges the contradiction between political attacks on trans people and the popularity of trans porn. She emphasises her accountability to her community and her right to live her life.</w:t>
      </w:r>
      <w:r/>
    </w:p>
    <w:p>
      <w:pPr>
        <w:pStyle w:val="ListNumber"/>
        <w:spacing w:line="240" w:lineRule="auto"/>
        <w:ind w:left="720"/>
      </w:pPr>
      <w:r/>
      <w:hyperlink r:id="rId10">
        <w:r>
          <w:rPr>
            <w:color w:val="0000EE"/>
            <w:u w:val="single"/>
          </w:rPr>
          <w:t>https://www.edgemedianetwork.com/story/164674/laverne_cox_reflects_on_backlash_from_past_relationship_with_maga_supporting</w:t>
        </w:r>
      </w:hyperlink>
      <w:r>
        <w:t xml:space="preserve"> - Laverne Cox reflects on the backlash from her past relationship with a MAGA-supporting police officer. In a March 2026 interview, she discusses the five-year relationship, which ended in 2024, and the criticism she faced from fans. Cox acknowledges the sense of betrayal felt by some in the LGBTQ+ community and defends the humanity of her ex. She advocates for love across political lines but notes the challenges in sustaining such relationships in the current climate.</w:t>
      </w:r>
      <w:r/>
    </w:p>
    <w:p>
      <w:pPr>
        <w:pStyle w:val="ListNumber"/>
        <w:spacing w:line="240" w:lineRule="auto"/>
        <w:ind w:left="720"/>
      </w:pPr>
      <w:r/>
      <w:hyperlink r:id="rId12">
        <w:r>
          <w:rPr>
            <w:color w:val="0000EE"/>
            <w:u w:val="single"/>
          </w:rPr>
          <w:t>https://www.lgbtqnation.com/2026/06/laverne-cox-explains-why-she-dated-left-a-cop/</w:t>
        </w:r>
      </w:hyperlink>
      <w:r>
        <w:t xml:space="preserve"> - Laverne Cox explains her past relationship with a Trump-supporting New York City police officer. Appearing on 'The View,' she discusses the initial attraction and the eventual realisation that staying in the relationship would betray her values. Cox reflects on the lessons learned and the importance of self-respect in relationships.</w:t>
      </w:r>
      <w:r/>
    </w:p>
    <w:p>
      <w:pPr>
        <w:pStyle w:val="ListNumber"/>
        <w:spacing w:line="240" w:lineRule="auto"/>
        <w:ind w:left="720"/>
      </w:pPr>
      <w:r/>
      <w:hyperlink r:id="rId13">
        <w:r>
          <w:rPr>
            <w:color w:val="0000EE"/>
            <w:u w:val="single"/>
          </w:rPr>
          <w:t>https://thatgrapejuice.net/entertainment/2026/06/laverne-cox-says-she-betrayed-herself-by-dating-maga-cop-people-show-you-who-they-are-eventually/</w:t>
        </w:r>
      </w:hyperlink>
      <w:r>
        <w:t xml:space="preserve"> - Laverne Cox discusses her past relationship with a MAGA-aligned NYC police officer, stating she 'betrayed' herself by dating him. She reflects on the initial positive aspects of the relationship and the eventual realisation that staying would compromise her values. Cox emphasises the importance of self-love and the lessons learned from the experience.</w:t>
      </w:r>
      <w:r/>
    </w:p>
    <w:p>
      <w:pPr>
        <w:pStyle w:val="ListNumber"/>
        <w:spacing w:line="240" w:lineRule="auto"/>
        <w:ind w:left="720"/>
      </w:pPr>
      <w:r/>
      <w:hyperlink r:id="rId11">
        <w:r>
          <w:rPr>
            <w:color w:val="0000EE"/>
            <w:u w:val="single"/>
          </w:rPr>
          <w:t>https://extratv.com/2025/07/25/laverne-cox-reacts-to-backlash-over-relationship-with-hot-maga-police-officer-exclusive/</w:t>
        </w:r>
      </w:hyperlink>
      <w:r>
        <w:t xml:space="preserve"> - Laverne Cox reacts to the backlash over her relationship with a 'hot MAGA police officer.' In an exclusive interview, she discusses the challenges of dating someone with opposing political views and the impact of public scrutiny on her personal life. Cox reflects on the lessons learned and the importance of authenticity in relationships.</w:t>
      </w:r>
      <w:r/>
    </w:p>
    <w:p>
      <w:pPr>
        <w:pStyle w:val="ListNumber"/>
        <w:spacing w:line="240" w:lineRule="auto"/>
        <w:ind w:left="720"/>
      </w:pPr>
      <w:r/>
      <w:hyperlink r:id="rId14">
        <w:r>
          <w:rPr>
            <w:color w:val="0000EE"/>
            <w:u w:val="single"/>
          </w:rPr>
          <w:t>https://www.them.us/story/laverne_cox_maga_cop_boyfriend_the_view_relationship</w:t>
        </w:r>
      </w:hyperlink>
      <w:r>
        <w:t xml:space="preserve"> - Laverne Cox discusses her past relationship with a MAGA-aligned New York City police officer on 'The View.' She reflects on the initial attraction, the eventual realisation of their differing values, and the decision to end the relationship. Cox emphasises the importance of self-respect and the lessons learned from the experience.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culture/laverne-cox-takes-accountability-for-dating-maga-police-office-531445/" TargetMode="External"/><Relationship Id="rId10" Type="http://schemas.openxmlformats.org/officeDocument/2006/relationships/hyperlink" Target="https://www.edgemedianetwork.com/story/164674/laverne_cox_reflects_on_backlash_from_past_relationship_with_maga_supporting" TargetMode="External"/><Relationship Id="rId11" Type="http://schemas.openxmlformats.org/officeDocument/2006/relationships/hyperlink" Target="https://extratv.com/2025/07/25/laverne-cox-reacts-to-backlash-over-relationship-with-hot-maga-police-officer-exclusive/" TargetMode="External"/><Relationship Id="rId12" Type="http://schemas.openxmlformats.org/officeDocument/2006/relationships/hyperlink" Target="https://www.lgbtqnation.com/2026/06/laverne-cox-explains-why-she-dated-left-a-cop/" TargetMode="External"/><Relationship Id="rId13" Type="http://schemas.openxmlformats.org/officeDocument/2006/relationships/hyperlink" Target="https://thatgrapejuice.net/entertainment/2026/06/laverne-cox-says-she-betrayed-herself-by-dating-maga-cop-people-show-you-who-they-are-eventually/" TargetMode="External"/><Relationship Id="rId14" Type="http://schemas.openxmlformats.org/officeDocument/2006/relationships/hyperlink" Target="https://www.them.us/story/laverne_cox_maga_cop_boyfriend_the_view_relation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