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Moments and the Pleasure Problem: Why Lioness Season 3 Sparks a Bigger Conversation About LGBTQ+ Women on Screen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tuning into streaming drama and noticing a recurring frustration: LGBTQ+ women rarely get simple, sustained joy on TV. Lioness season 3 episode 2’s interrupted romance between Cruz and Josephina has fans talking about representation, narrative choices and why small pleasures matter on screen.</w:t>
      </w:r>
      <w:r/>
    </w:p>
    <w:p>
      <w:r/>
      <w:r>
        <w:t>Essential Takeaways</w:t>
      </w:r>
      <w:r/>
      <w:r/>
    </w:p>
    <w:p>
      <w:pPr>
        <w:pStyle w:val="ListBullet"/>
        <w:spacing w:line="240" w:lineRule="auto"/>
        <w:ind w:left="720"/>
      </w:pPr>
      <w:r/>
      <w:r>
        <w:rPr>
          <w:b/>
        </w:rPr>
        <w:t>Interrupted intimacy:</w:t>
      </w:r>
      <w:r>
        <w:t xml:space="preserve"> A key romantic scene in Lioness season 3 is cut short by work duties, leaving viewers frustrated and emotionally unfulfilled.</w:t>
      </w:r>
      <w:r/>
    </w:p>
    <w:p>
      <w:pPr>
        <w:pStyle w:val="ListBullet"/>
        <w:spacing w:line="240" w:lineRule="auto"/>
        <w:ind w:left="720"/>
      </w:pPr>
      <w:r/>
      <w:r>
        <w:rPr>
          <w:b/>
        </w:rPr>
        <w:t>Pattern, not an accident:</w:t>
      </w:r>
      <w:r>
        <w:t xml:space="preserve"> Industry research and cultural conversations point to a persistent trend of limited, tragic or interrupted arcs for LGBTQ+ characters.</w:t>
      </w:r>
      <w:r/>
    </w:p>
    <w:p>
      <w:pPr>
        <w:pStyle w:val="ListBullet"/>
        <w:spacing w:line="240" w:lineRule="auto"/>
        <w:ind w:left="720"/>
      </w:pPr>
      <w:r/>
      <w:r>
        <w:rPr>
          <w:b/>
        </w:rPr>
        <w:t>Sheridan’s women vs this moment:</w:t>
      </w:r>
      <w:r>
        <w:t xml:space="preserve"> Taylor Sheridan often writes vivid, forceful female roles, but critics say this particular LGBTQ+ storyline feels needlessly constrained.</w:t>
      </w:r>
      <w:r/>
    </w:p>
    <w:p>
      <w:pPr>
        <w:pStyle w:val="ListBullet"/>
        <w:spacing w:line="240" w:lineRule="auto"/>
        <w:ind w:left="720"/>
      </w:pPr>
      <w:r/>
      <w:r>
        <w:rPr>
          <w:b/>
        </w:rPr>
        <w:t>Why it matters:</w:t>
      </w:r>
      <w:r>
        <w:t xml:space="preserve"> Small moments of happiness shape audience empathy; denying them reinforces stereotypes and reduces complexity.</w:t>
      </w:r>
      <w:r/>
    </w:p>
    <w:p>
      <w:pPr>
        <w:pStyle w:val="ListBullet"/>
        <w:spacing w:line="240" w:lineRule="auto"/>
        <w:ind w:left="720"/>
      </w:pPr>
      <w:r/>
      <w:r>
        <w:rPr>
          <w:b/>
        </w:rPr>
        <w:t>What viewers can do:</w:t>
      </w:r>
      <w:r>
        <w:t xml:space="preserve"> Discuss, stream responsibly, and support shows that allow LGBTQ+ women full lives , joy included.</w:t>
      </w:r>
      <w:r/>
      <w:r/>
    </w:p>
    <w:p>
      <w:pPr>
        <w:pStyle w:val="Heading2"/>
      </w:pPr>
      <w:r>
        <w:t>A bold scene that ends on a phone call , and a quiet anger</w:t>
      </w:r>
      <w:r/>
    </w:p>
    <w:p>
      <w:r/>
      <w:r>
        <w:t>The bath and bow moment between Cruz and Josephina plays like a rare, soft beat in a hard-edged spy drama, warm and intimate before a sudden phone interruption yanks the pair back to duty. That jolt feels tactile , the room cools, the mood snaps , and it’s precisely why viewers winced. According to commentary and fan reaction, it wasn’t the interruption alone but the pattern it evokes: LGBTQ+ women on TV rarely keep going after a tender beat.</w:t>
      </w:r>
      <w:r/>
    </w:p>
    <w:p>
      <w:pPr>
        <w:pStyle w:val="Heading2"/>
      </w:pPr>
      <w:r>
        <w:t>This isn’t just one writer’s slip , it reflects a wider representation problem</w:t>
      </w:r>
      <w:r/>
    </w:p>
    <w:p>
      <w:r/>
      <w:r>
        <w:t>Studies and public watchdogs have tracked how queer characters are portrayed in primetime, noting both progress and persistent gaps. Representation counts not only when characters appear but in how fully their lives are shown; small pleasures and long stretches of domestic content matter. Industry groups and researchers have highlighted that LGBTQ+ characters often face more tragic or curtailed arcs than their straight counterparts, which makes every interrupted evening feel like one more data point in a frustrating trend.</w:t>
      </w:r>
      <w:r/>
    </w:p>
    <w:p>
      <w:pPr>
        <w:pStyle w:val="Heading2"/>
      </w:pPr>
      <w:r>
        <w:t>Taylor Sheridan’s strength with women , and where this scene feels off</w:t>
      </w:r>
      <w:r/>
    </w:p>
    <w:p>
      <w:r/>
      <w:r>
        <w:t>Sheridan has a reputation for writing complex, sharp women with agency and memorable lines, from Yellowstone through his other projects. So when a tender moment between two women is cut short, it feels discordant with his best instincts. Fans and critics have celebrated Sheridan’s ability to hand female characters substantive journeys, and that makes the perceived shortchanging of Cruz and Josephina more conspicuous. You can enjoy Sheridan’s flair and still call out choices that undercut queer joy.</w:t>
      </w:r>
      <w:r/>
    </w:p>
    <w:p>
      <w:pPr>
        <w:pStyle w:val="Heading2"/>
      </w:pPr>
      <w:r>
        <w:t>Why “denied pleasure” scenes matter beyond one show</w:t>
      </w:r>
      <w:r/>
    </w:p>
    <w:p>
      <w:r/>
      <w:r>
        <w:t>Narrative choices ripple. When writers repeatedly interrupt or penalise LGBTQ+ relationships , whether with sudden deaths, career crises or missed moments , they contribute to a cultural shorthand: queer love is provisional. That shorthand shapes who feels safe seeing themselves reflected and who receives the emotional residency of a full character. For viewers who rarely find themselves centre stage, extended scenes of domestic calm and pleasure are politically and emotionally significant.</w:t>
      </w:r>
      <w:r/>
    </w:p>
    <w:p>
      <w:pPr>
        <w:pStyle w:val="Heading2"/>
      </w:pPr>
      <w:r>
        <w:t>What showrunners, viewers and creators can do next</w:t>
      </w:r>
      <w:r/>
    </w:p>
    <w:p>
      <w:r/>
      <w:r>
        <w:t>Writers can be mindful: give queer characters the small, mundane pleasures others get. Producers and casting directors can champion scripts that let LGBTQ+ women have uninterrupted joy. And viewers can vote with attention: discuss these scenes on social platforms, support shows that broaden representation, and call out patterns when they appear. Change rarely comes from a single episode, but sustained conversation nudges creative decisions.</w:t>
      </w:r>
      <w:r/>
    </w:p>
    <w:p>
      <w:r/>
      <w:r>
        <w:t>It’s a small shift , letting queer women keep a peaceful moment , but it can change how entire audiences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0">
        <w:r>
          <w:rPr>
            <w:color w:val="0000EE"/>
            <w:u w:val="single"/>
          </w:rPr>
          <w:t>[2]</w:t>
        </w:r>
      </w:hyperlink>
      <w:r>
        <w:t xml:space="preserve">- Paragraph 3: </w:t>
      </w:r>
      <w:hyperlink r:id="rId12">
        <w:r>
          <w:rPr>
            <w:color w:val="0000EE"/>
            <w:u w:val="single"/>
          </w:rPr>
          <w:t>[7]</w:t>
        </w:r>
      </w:hyperlink>
      <w:r>
        <w:t xml:space="preserve">, </w:t>
      </w:r>
      <w:hyperlink r:id="rId13">
        <w:r>
          <w:rPr>
            <w:color w:val="0000EE"/>
            <w:u w:val="single"/>
          </w:rPr>
          <w:t>[4]</w:t>
        </w:r>
      </w:hyperlink>
      <w:r>
        <w:t xml:space="preserve">- Paragraph 4: </w:t>
      </w:r>
      <w:hyperlink r:id="rId11">
        <w:r>
          <w:rPr>
            <w:color w:val="0000EE"/>
            <w:u w:val="single"/>
          </w:rPr>
          <w:t>[5]</w:t>
        </w:r>
      </w:hyperlink>
      <w:r>
        <w:t xml:space="preserve">, </w:t>
      </w:r>
      <w:hyperlink r:id="rId14">
        <w:r>
          <w:rPr>
            <w:color w:val="0000EE"/>
            <w:u w:val="single"/>
          </w:rPr>
          <w:t>[3]</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https://www.techradar.com/streaming/paramount-plus/lioness-season-3-episode-2-reaction</w:t>
        </w:r>
      </w:hyperlink>
      <w:r>
        <w:t xml:space="preserve"> - Please view link - unable to able to access data</w:t>
      </w:r>
      <w:r/>
    </w:p>
    <w:p>
      <w:pPr>
        <w:pStyle w:val="ListNumber"/>
        <w:spacing w:line="240" w:lineRule="auto"/>
        <w:ind w:left="720"/>
      </w:pPr>
      <w:r/>
      <w:hyperlink r:id="rId10">
        <w:r>
          <w:rPr>
            <w:color w:val="0000EE"/>
            <w:u w:val="single"/>
          </w:rPr>
          <w:t>https://www.ncta.com/news/tv-stats-lgbtq-representation-on-tv</w:t>
        </w:r>
      </w:hyperlink>
      <w:r>
        <w:t xml:space="preserve"> - This article discusses the representation of LGBTQ+ characters on cable television, highlighting that 35% of LGBTQ+ characters are lesbians, making them the most represented group. It also notes that Showtime has 35 LGBTQ+ characters, making it the top cable network for representation. The piece emphasizes the importance of diverse and inclusive storytelling in media.</w:t>
      </w:r>
      <w:r/>
    </w:p>
    <w:p>
      <w:pPr>
        <w:pStyle w:val="ListNumber"/>
        <w:spacing w:line="240" w:lineRule="auto"/>
        <w:ind w:left="720"/>
      </w:pPr>
      <w:r/>
      <w:hyperlink r:id="rId14">
        <w:r>
          <w:rPr>
            <w:color w:val="0000EE"/>
            <w:u w:val="single"/>
          </w:rPr>
          <w:t>https://www.womansworld.com/entertainment/celebrities/yellowstone-landman-stars-on-taylor-sheridans-portrayal-of-women</w:t>
        </w:r>
      </w:hyperlink>
      <w:r>
        <w:t xml:space="preserve"> - This article explores how actresses from Taylor Sheridan's series, including 'Yellowstone' and 'Landman', perceive his portrayal of female characters. It features insights from actresses like Julia Schlaepfer and Isabel May, who discuss their roles and the depth of their characters, highlighting Sheridan's focus on strong, multifaceted female leads.</w:t>
      </w:r>
      <w:r/>
    </w:p>
    <w:p>
      <w:pPr>
        <w:pStyle w:val="ListNumber"/>
        <w:spacing w:line="240" w:lineRule="auto"/>
        <w:ind w:left="720"/>
      </w:pPr>
      <w:r/>
      <w:hyperlink r:id="rId13">
        <w:r>
          <w:rPr>
            <w:color w:val="0000EE"/>
            <w:u w:val="single"/>
          </w:rPr>
          <w:t>https://www.tvinsider.com/1237355/taylor-sheridan-controversies-explained/</w:t>
        </w:r>
      </w:hyperlink>
      <w:r>
        <w:t xml:space="preserve"> - This piece delves into various controversies surrounding Taylor Sheridan, particularly focusing on critiques of his treatment of female characters. It includes perspectives from critics and fans who have raised concerns about the depth and complexity of women in his series, suggesting a need for more nuanced portrayals.</w:t>
      </w:r>
      <w:r/>
    </w:p>
    <w:p>
      <w:pPr>
        <w:pStyle w:val="ListNumber"/>
        <w:spacing w:line="240" w:lineRule="auto"/>
        <w:ind w:left="720"/>
      </w:pPr>
      <w:r/>
      <w:hyperlink r:id="rId11">
        <w:r>
          <w:rPr>
            <w:color w:val="0000EE"/>
            <w:u w:val="single"/>
          </w:rPr>
          <w:t>https://www.kqed.org/arts/13983504/lgbtq-representation-on-primetime-tv-glaad-study-results</w:t>
        </w:r>
      </w:hyperlink>
      <w:r>
        <w:t xml:space="preserve"> - This article reports on a GLAAD study showing a 4% increase in LGBTQ+ representation on primetime television, driven by shows like 'Abbott Elementary', 'Hacks', 'Heartstopper', 'The Last of Us', and 'Yellowjackets'. It also notes that over 200 of these characters may not return due to series cancellations or conclusions.</w:t>
      </w:r>
      <w:r/>
    </w:p>
    <w:p>
      <w:pPr>
        <w:pStyle w:val="ListNumber"/>
        <w:spacing w:line="240" w:lineRule="auto"/>
        <w:ind w:left="720"/>
      </w:pPr>
      <w:r/>
      <w:hyperlink r:id="rId15">
        <w:r>
          <w:rPr>
            <w:color w:val="0000EE"/>
            <w:u w:val="single"/>
          </w:rPr>
          <w:t>https://www.salon.com/2023/01/01/yellowstone-beth-dutton-women/</w:t>
        </w:r>
      </w:hyperlink>
      <w:r>
        <w:t xml:space="preserve"> - This article critiques the portrayal of strong female characters in 'Yellowstone', particularly focusing on Beth Dutton. It argues that while male characters are depicted as rugged cowboys, female characters are often shown as unhinged, highlighting a disparity in character development and representation.</w:t>
      </w:r>
      <w:r/>
    </w:p>
    <w:p>
      <w:pPr>
        <w:pStyle w:val="ListNumber"/>
        <w:spacing w:line="240" w:lineRule="auto"/>
        <w:ind w:left="720"/>
      </w:pPr>
      <w:r/>
      <w:hyperlink r:id="rId12">
        <w:r>
          <w:rPr>
            <w:color w:val="0000EE"/>
            <w:u w:val="single"/>
          </w:rPr>
          <w:t>https://www.projectcasting.com/blog/casting-calls-acting-auditions/fans-questioned-taylor-sheridans-portrayal-of-female-characters-in-yellowstone</w:t>
        </w:r>
      </w:hyperlink>
      <w:r>
        <w:t xml:space="preserve"> - This article discusses fan reactions to Taylor Sheridan's portrayal of female characters in 'Yellowstone'. It highlights critiques of characters like Sarah Atwood, with fans expressing disappointment over miscasting and underdevelopment, and questions Sheridan's ability to create well-rounded female characters.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echradar.com/streaming/paramount-plus/lioness-season-3-episode-2-reaction" TargetMode="External"/><Relationship Id="rId10" Type="http://schemas.openxmlformats.org/officeDocument/2006/relationships/hyperlink" Target="https://www.ncta.com/news/tv-stats-lgbtq-representation-on-tv" TargetMode="External"/><Relationship Id="rId11" Type="http://schemas.openxmlformats.org/officeDocument/2006/relationships/hyperlink" Target="https://www.kqed.org/arts/13983504/lgbtq-representation-on-primetime-tv-glaad-study-results" TargetMode="External"/><Relationship Id="rId12" Type="http://schemas.openxmlformats.org/officeDocument/2006/relationships/hyperlink" Target="https://www.projectcasting.com/blog/casting-calls-acting-auditions/fans-questioned-taylor-sheridans-portrayal-of-female-characters-in-yellowstone" TargetMode="External"/><Relationship Id="rId13" Type="http://schemas.openxmlformats.org/officeDocument/2006/relationships/hyperlink" Target="https://www.tvinsider.com/1237355/taylor-sheridan-controversies-explained/" TargetMode="External"/><Relationship Id="rId14" Type="http://schemas.openxmlformats.org/officeDocument/2006/relationships/hyperlink" Target="https://www.womansworld.com/entertainment/celebrities/yellowstone-landman-stars-on-taylor-sheridans-portrayal-of-women" TargetMode="External"/><Relationship Id="rId15" Type="http://schemas.openxmlformats.org/officeDocument/2006/relationships/hyperlink" Target="https://www.salon.com/2023/01/01/yellowstone-beth-dutton-wo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